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8946"/>
        <w:gridCol w:w="1928"/>
      </w:tblGrid>
      <w:tr w:rsidR="00DA201C" w:rsidRPr="007853C5" w14:paraId="73C1DAFF" w14:textId="77777777" w:rsidTr="00D562CD">
        <w:trPr>
          <w:cantSplit/>
          <w:jc w:val="center"/>
        </w:trPr>
        <w:tc>
          <w:tcPr>
            <w:tcW w:w="8946" w:type="dxa"/>
            <w:shd w:val="clear" w:color="auto" w:fill="193D51"/>
            <w:tcMar>
              <w:top w:w="110" w:type="dxa"/>
              <w:left w:w="100" w:type="dxa"/>
              <w:bottom w:w="102" w:type="dxa"/>
              <w:right w:w="100" w:type="dxa"/>
            </w:tcMar>
            <w:vAlign w:val="center"/>
          </w:tcPr>
          <w:p w14:paraId="3F1FA927" w14:textId="77777777" w:rsidR="00DA201C" w:rsidRDefault="00DA5D38" w:rsidP="004809AF">
            <w:pPr>
              <w:spacing w:line="245" w:lineRule="auto"/>
              <w:rPr>
                <w:rFonts w:asciiTheme="majorHAnsi" w:hAnsiTheme="majorHAnsi" w:cstheme="majorHAnsi"/>
                <w:b/>
                <w:color w:val="FFFFFF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28"/>
                <w:szCs w:val="20"/>
                <w:lang w:val="it-IT"/>
              </w:rPr>
              <w:t xml:space="preserve">ALLEGATO </w:t>
            </w:r>
            <w:r w:rsidR="00DD16E9">
              <w:rPr>
                <w:rFonts w:asciiTheme="majorHAnsi" w:hAnsiTheme="majorHAnsi" w:cstheme="majorHAnsi"/>
                <w:b/>
                <w:color w:val="FFFFFF"/>
                <w:sz w:val="28"/>
                <w:szCs w:val="20"/>
                <w:lang w:val="it-IT"/>
              </w:rPr>
              <w:t>3</w:t>
            </w:r>
            <w:r w:rsidRPr="004F53BA">
              <w:rPr>
                <w:rFonts w:asciiTheme="majorHAnsi" w:hAnsiTheme="majorHAnsi" w:cstheme="majorHAnsi"/>
                <w:b/>
                <w:color w:val="FFFFFF"/>
                <w:sz w:val="28"/>
                <w:szCs w:val="20"/>
                <w:lang w:val="it-IT"/>
              </w:rPr>
              <w:t xml:space="preserve"> · HUB URBANO DI CAMPAGNOLA EMILIA</w:t>
            </w:r>
            <w:r w:rsidRPr="004F53BA">
              <w:rPr>
                <w:rFonts w:asciiTheme="majorHAnsi" w:hAnsiTheme="majorHAnsi" w:cstheme="majorHAnsi"/>
                <w:b/>
                <w:color w:val="FFFFFF"/>
                <w:szCs w:val="20"/>
                <w:lang w:val="it-IT"/>
              </w:rPr>
              <w:br/>
            </w:r>
            <w:r w:rsidR="00DD16E9">
              <w:rPr>
                <w:rFonts w:asciiTheme="majorHAnsi" w:hAnsiTheme="majorHAnsi" w:cstheme="majorHAnsi"/>
                <w:b/>
                <w:color w:val="FFFFFF"/>
                <w:szCs w:val="20"/>
                <w:lang w:val="it-IT"/>
              </w:rPr>
              <w:t>MODULO DI RENDICONTAZIONE</w:t>
            </w:r>
            <w:r w:rsidRPr="004F53BA">
              <w:rPr>
                <w:rFonts w:asciiTheme="majorHAnsi" w:hAnsiTheme="majorHAnsi" w:cstheme="majorHAnsi"/>
                <w:b/>
                <w:color w:val="FFFFFF"/>
                <w:szCs w:val="20"/>
                <w:lang w:val="it-IT"/>
              </w:rPr>
              <w:t xml:space="preserve"> </w:t>
            </w:r>
            <w:r w:rsidR="004809AF">
              <w:rPr>
                <w:rFonts w:asciiTheme="majorHAnsi" w:hAnsiTheme="majorHAnsi" w:cstheme="majorHAnsi"/>
                <w:b/>
                <w:color w:val="FFFFFF"/>
                <w:szCs w:val="20"/>
                <w:lang w:val="it-IT"/>
              </w:rPr>
              <w:t xml:space="preserve"> </w:t>
            </w:r>
          </w:p>
          <w:p w14:paraId="3CA90420" w14:textId="77777777" w:rsidR="004809AF" w:rsidRPr="004F53BA" w:rsidRDefault="004809AF" w:rsidP="004809AF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</w:tc>
        <w:tc>
          <w:tcPr>
            <w:tcW w:w="1928" w:type="dxa"/>
            <w:shd w:val="clear" w:color="auto" w:fill="193D51"/>
            <w:tcMar>
              <w:top w:w="110" w:type="dxa"/>
              <w:left w:w="100" w:type="dxa"/>
              <w:bottom w:w="102" w:type="dxa"/>
              <w:right w:w="100" w:type="dxa"/>
            </w:tcMar>
            <w:vAlign w:val="center"/>
          </w:tcPr>
          <w:p w14:paraId="3B1019FD" w14:textId="77777777" w:rsidR="00DA201C" w:rsidRPr="00DD496E" w:rsidRDefault="00DA201C">
            <w:pPr>
              <w:spacing w:line="245" w:lineRule="auto"/>
              <w:jc w:val="right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</w:tc>
      </w:tr>
    </w:tbl>
    <w:p w14:paraId="6EFB4B8A" w14:textId="77777777" w:rsidR="00DA201C" w:rsidRPr="00DD496E" w:rsidRDefault="00DA201C">
      <w:pPr>
        <w:spacing w:line="96" w:lineRule="auto"/>
        <w:rPr>
          <w:rFonts w:asciiTheme="majorHAnsi" w:hAnsiTheme="majorHAnsi" w:cstheme="majorHAnsi"/>
          <w:sz w:val="20"/>
          <w:szCs w:val="20"/>
          <w:lang w:val="it-IT"/>
        </w:rPr>
      </w:pPr>
    </w:p>
    <w:p w14:paraId="398DE458" w14:textId="77777777" w:rsidR="00DA201C" w:rsidRPr="00BD49FA" w:rsidRDefault="00DD16E9" w:rsidP="00DD16E9">
      <w:pPr>
        <w:spacing w:after="80" w:line="240" w:lineRule="auto"/>
        <w:jc w:val="center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BD49FA">
        <w:rPr>
          <w:rFonts w:asciiTheme="majorHAnsi" w:hAnsiTheme="majorHAnsi" w:cstheme="majorHAnsi"/>
          <w:b/>
          <w:sz w:val="18"/>
          <w:szCs w:val="24"/>
          <w:lang w:val="it-IT"/>
        </w:rPr>
        <w:t>DA INVIARE ENTRO LE ORE 12,00 DEL  30 GIUGNO 2027</w:t>
      </w:r>
    </w:p>
    <w:tbl>
      <w:tblPr>
        <w:tblW w:w="0" w:type="auto"/>
        <w:jc w:val="center"/>
        <w:tblBorders>
          <w:top w:val="single" w:sz="2" w:space="0" w:color="C7D0D3"/>
          <w:left w:val="single" w:sz="2" w:space="0" w:color="C7D0D3"/>
          <w:bottom w:val="single" w:sz="2" w:space="0" w:color="C7D0D3"/>
          <w:right w:val="single" w:sz="2" w:space="0" w:color="C7D0D3"/>
          <w:insideH w:val="single" w:sz="2" w:space="0" w:color="C7D0D3"/>
          <w:insideV w:val="single" w:sz="2" w:space="0" w:color="C7D0D3"/>
        </w:tblBorders>
        <w:tblLayout w:type="fixed"/>
        <w:tblLook w:val="04A0" w:firstRow="1" w:lastRow="0" w:firstColumn="1" w:lastColumn="0" w:noHBand="0" w:noVBand="1"/>
      </w:tblPr>
      <w:tblGrid>
        <w:gridCol w:w="5158"/>
        <w:gridCol w:w="5684"/>
      </w:tblGrid>
      <w:tr w:rsidR="00DA201C" w:rsidRPr="007853C5" w14:paraId="5EA7A063" w14:textId="77777777" w:rsidTr="00DA5D38">
        <w:trPr>
          <w:cantSplit/>
          <w:jc w:val="center"/>
        </w:trPr>
        <w:tc>
          <w:tcPr>
            <w:tcW w:w="10842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7DDD83" w14:textId="77777777" w:rsidR="00811F6F" w:rsidRPr="00DD496E" w:rsidRDefault="00811F6F">
            <w:pPr>
              <w:spacing w:line="245" w:lineRule="auto"/>
              <w:rPr>
                <w:lang w:val="it-IT"/>
              </w:rPr>
            </w:pPr>
          </w:p>
        </w:tc>
      </w:tr>
      <w:tr w:rsidR="00DA201C" w:rsidRPr="007853C5" w14:paraId="055807D6" w14:textId="77777777" w:rsidTr="00DA5D38">
        <w:tblPrEx>
          <w:tblBorders>
            <w:top w:val="single" w:sz="0" w:space="0" w:color="334B5C"/>
            <w:left w:val="single" w:sz="0" w:space="0" w:color="334B5C"/>
            <w:bottom w:val="single" w:sz="0" w:space="0" w:color="334B5C"/>
            <w:right w:val="single" w:sz="0" w:space="0" w:color="334B5C"/>
            <w:insideH w:val="single" w:sz="0" w:space="0" w:color="334B5C"/>
            <w:insideV w:val="single" w:sz="0" w:space="0" w:color="334B5C"/>
          </w:tblBorders>
        </w:tblPrEx>
        <w:trPr>
          <w:cantSplit/>
          <w:jc w:val="center"/>
        </w:trPr>
        <w:tc>
          <w:tcPr>
            <w:tcW w:w="10842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C46728"/>
            <w:tcMar>
              <w:top w:w="44" w:type="dxa"/>
              <w:left w:w="65" w:type="dxa"/>
              <w:bottom w:w="40" w:type="dxa"/>
              <w:right w:w="65" w:type="dxa"/>
            </w:tcMar>
            <w:vAlign w:val="center"/>
          </w:tcPr>
          <w:p w14:paraId="5FC0DFD6" w14:textId="77777777" w:rsidR="00DA201C" w:rsidRPr="004F53BA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5"/>
                <w:szCs w:val="20"/>
                <w:lang w:val="it-IT"/>
              </w:rPr>
              <w:t>RISERVATO ALL’UFFICIO · IDENTIFICAZIONE DELLA PRATICA</w:t>
            </w:r>
          </w:p>
        </w:tc>
      </w:tr>
      <w:tr w:rsidR="00DA201C" w:rsidRPr="00DA5D38" w14:paraId="1B8DE0D8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1D315038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Protocollo n. __________________  del ____ / ____ / 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07DF4605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ID domanda / fascicolo ____________________</w:t>
            </w:r>
          </w:p>
        </w:tc>
      </w:tr>
      <w:tr w:rsidR="00DA201C" w:rsidRPr="00DA5D38" w14:paraId="58FC58D9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2CF78CB2" w14:textId="77777777" w:rsidR="00DA201C" w:rsidRPr="00DA5D38" w:rsidRDefault="00DA5D38" w:rsidP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CUP / riferimento progetto  ___________________________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2FDD546B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Istruttore ________________________________</w:t>
            </w:r>
          </w:p>
        </w:tc>
      </w:tr>
      <w:tr w:rsidR="00DA201C" w:rsidRPr="007853C5" w14:paraId="0ABD0A01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44" w:type="dxa"/>
              <w:left w:w="65" w:type="dxa"/>
              <w:bottom w:w="40" w:type="dxa"/>
              <w:right w:w="65" w:type="dxa"/>
            </w:tcMar>
            <w:vAlign w:val="center"/>
          </w:tcPr>
          <w:p w14:paraId="63E95DB6" w14:textId="77777777" w:rsidR="00DA201C" w:rsidRPr="004F53BA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5"/>
                <w:szCs w:val="20"/>
                <w:lang w:val="it-IT"/>
              </w:rPr>
              <w:t xml:space="preserve">A CURA DEL RICHIEDENTE ·DATI DEL SOGGETTO CHE PRESENTA LA </w:t>
            </w:r>
            <w:r w:rsidR="00DD16E9">
              <w:rPr>
                <w:rFonts w:asciiTheme="majorHAnsi" w:hAnsiTheme="majorHAnsi" w:cstheme="majorHAnsi"/>
                <w:b/>
                <w:color w:val="FFFFFF"/>
                <w:sz w:val="15"/>
                <w:szCs w:val="20"/>
                <w:lang w:val="it-IT"/>
              </w:rPr>
              <w:t>RENDICONTAZIONE</w:t>
            </w:r>
          </w:p>
        </w:tc>
      </w:tr>
      <w:tr w:rsidR="00DA201C" w:rsidRPr="00DA5D38" w14:paraId="4E4259C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113577A5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Cognome ______________________________________________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4B3BC005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Nome ______________________________________________________</w:t>
            </w:r>
          </w:p>
        </w:tc>
      </w:tr>
      <w:tr w:rsidR="00DA201C" w:rsidRPr="00DA5D38" w14:paraId="7F94DC49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627C1371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Codice fiscale _________________________________________</w:t>
            </w:r>
            <w:r w:rsidR="00390B46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4D02CD90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Nato/a a ________________________________________________ il ____ / ____ / ______</w:t>
            </w:r>
          </w:p>
        </w:tc>
      </w:tr>
      <w:tr w:rsidR="00DA201C" w:rsidRPr="00DA5D38" w14:paraId="239AA9D5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0CD3C798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Residenza: Comune _______________________________ CAP __________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339CDB6D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Via/Piazza _________________________________ n. ______</w:t>
            </w:r>
          </w:p>
        </w:tc>
      </w:tr>
      <w:tr w:rsidR="00DA201C" w:rsidRPr="00DA5D38" w14:paraId="18504C2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7F7223EC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Telefono ____________________</w:t>
            </w:r>
            <w:r w:rsidR="004F53BA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____________________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58D902E1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E-mail ___________________________________________________</w:t>
            </w:r>
          </w:p>
        </w:tc>
      </w:tr>
      <w:tr w:rsidR="00DA201C" w:rsidRPr="00DA5D38" w14:paraId="19D1497B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5B873D67" w14:textId="77777777" w:rsidR="00DD496E" w:rsidRDefault="00DA5D38">
            <w:pPr>
              <w:spacing w:line="245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In qualità di </w:t>
            </w:r>
            <w:r w:rsidRPr="004F53BA">
              <w:rPr>
                <w:rFonts w:cs="MS Gothic" w:hint="eastAsia"/>
                <w:color w:val="263238"/>
                <w:sz w:val="16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titolare   </w:t>
            </w:r>
            <w:r w:rsidRPr="004F53BA">
              <w:rPr>
                <w:rFonts w:cs="MS Gothic" w:hint="eastAsia"/>
                <w:color w:val="263238"/>
                <w:sz w:val="16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legale rappresentante   </w:t>
            </w:r>
          </w:p>
          <w:p w14:paraId="6E4B7733" w14:textId="77777777" w:rsidR="00DA201C" w:rsidRPr="004F53BA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cs="MS Gothic" w:hint="eastAsia"/>
                <w:color w:val="263238"/>
                <w:sz w:val="16"/>
                <w:szCs w:val="20"/>
                <w:lang w:val="it-IT"/>
              </w:rPr>
              <w:t>☐</w:t>
            </w:r>
            <w:r w:rsidRPr="004F53BA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procuratore</w:t>
            </w:r>
            <w:r w:rsidR="001C3A6C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(ALLEGARE PROCURA/DELEGA</w:t>
            </w:r>
            <w:r w:rsidR="007A4FE6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SE MODIFICATA</w:t>
            </w:r>
            <w:r w:rsidR="001C3A6C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)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6028D71C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Altro ____________________________________________________</w:t>
            </w:r>
          </w:p>
        </w:tc>
      </w:tr>
      <w:tr w:rsidR="00DA201C" w:rsidRPr="007853C5" w14:paraId="559CAAEF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44" w:type="dxa"/>
              <w:left w:w="65" w:type="dxa"/>
              <w:bottom w:w="40" w:type="dxa"/>
              <w:right w:w="65" w:type="dxa"/>
            </w:tcMar>
            <w:vAlign w:val="center"/>
          </w:tcPr>
          <w:p w14:paraId="0CFCB446" w14:textId="77777777" w:rsidR="00DA201C" w:rsidRPr="004F53BA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5"/>
                <w:szCs w:val="20"/>
                <w:lang w:val="it-IT"/>
              </w:rPr>
              <w:t>A CURA DEL RICHIEDENTE · DATI DELL’IMPRESA</w:t>
            </w:r>
          </w:p>
        </w:tc>
      </w:tr>
      <w:tr w:rsidR="00DA201C" w:rsidRPr="00DA5D38" w14:paraId="3B6D7FD2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765673EE" w14:textId="77777777" w:rsidR="00DA201C" w:rsidRPr="00DA5D38" w:rsidRDefault="00DA5D38" w:rsidP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Denominazione / ragione sociale __________________________________________________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6DAA5AE2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Forma giuridica _______________________________________________________</w:t>
            </w:r>
          </w:p>
        </w:tc>
      </w:tr>
      <w:tr w:rsidR="00DA201C" w:rsidRPr="00DA5D38" w14:paraId="49097A8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72CD6E88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Codice fiscale impresa __________________________________________________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4E16500A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Partita IVA _______________________________________________________</w:t>
            </w:r>
          </w:p>
        </w:tc>
      </w:tr>
      <w:tr w:rsidR="00DA201C" w:rsidRPr="00DA5D38" w14:paraId="28754132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0BAF7B25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Sede legale: Comune ______________________________ CAP _________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661400F2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Via/Piazza _________________________________ n. ______</w:t>
            </w:r>
          </w:p>
        </w:tc>
      </w:tr>
      <w:tr w:rsidR="00DA201C" w:rsidRPr="00DA5D38" w14:paraId="36B82DCD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3552E99D" w14:textId="77777777" w:rsidR="00DA201C" w:rsidRPr="00DA5D38" w:rsidRDefault="00DA5D38" w:rsidP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PEC __________________________________________________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48D90CB1" w14:textId="77777777" w:rsidR="00DA5D38" w:rsidRPr="00DA5D38" w:rsidRDefault="00DA5D38">
            <w:pPr>
              <w:spacing w:line="245" w:lineRule="auto"/>
              <w:rPr>
                <w:rFonts w:asciiTheme="majorHAnsi" w:hAnsiTheme="majorHAnsi" w:cstheme="majorHAnsi"/>
                <w:color w:val="263238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 xml:space="preserve">Telefono </w:t>
            </w:r>
          </w:p>
          <w:p w14:paraId="49C8C847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______________________________________________</w:t>
            </w:r>
          </w:p>
        </w:tc>
      </w:tr>
      <w:tr w:rsidR="00DA201C" w:rsidRPr="007853C5" w14:paraId="720BC926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44" w:type="dxa"/>
              <w:left w:w="65" w:type="dxa"/>
              <w:bottom w:w="40" w:type="dxa"/>
              <w:right w:w="65" w:type="dxa"/>
            </w:tcMar>
            <w:vAlign w:val="center"/>
          </w:tcPr>
          <w:p w14:paraId="52C1DB6D" w14:textId="77777777" w:rsidR="00DA201C" w:rsidRPr="004F53BA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4F53BA">
              <w:rPr>
                <w:rFonts w:asciiTheme="majorHAnsi" w:hAnsiTheme="majorHAnsi" w:cstheme="majorHAnsi"/>
                <w:b/>
                <w:color w:val="FFFFFF"/>
                <w:sz w:val="15"/>
                <w:szCs w:val="20"/>
                <w:lang w:val="it-IT"/>
              </w:rPr>
              <w:t>A CURA DEL RICHIEDENTE · UNITÀ LOCALE E PROGETTO</w:t>
            </w:r>
          </w:p>
        </w:tc>
      </w:tr>
      <w:tr w:rsidR="00DA201C" w:rsidRPr="00DA5D38" w14:paraId="1DA88FCB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4930ADDE" w14:textId="3195E118" w:rsidR="00DA5D38" w:rsidRPr="004F53BA" w:rsidRDefault="00BD49FA">
            <w:pPr>
              <w:spacing w:line="245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BD49FA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Unità locale / posteggio oggetto del progetto</w:t>
            </w:r>
            <w:r w:rsidR="00DA5D38" w:rsidRPr="004F53BA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:</w:t>
            </w:r>
          </w:p>
          <w:p w14:paraId="6B8AE940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Via/Piazza _________________________________ n. _____</w:t>
            </w:r>
          </w:p>
        </w:tc>
        <w:tc>
          <w:tcPr>
            <w:tcW w:w="5684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7FAF9"/>
            <w:tcMar>
              <w:top w:w="58" w:type="dxa"/>
              <w:left w:w="66" w:type="dxa"/>
              <w:bottom w:w="56" w:type="dxa"/>
              <w:right w:w="66" w:type="dxa"/>
            </w:tcMar>
            <w:vAlign w:val="center"/>
          </w:tcPr>
          <w:p w14:paraId="4B2320A7" w14:textId="77777777" w:rsidR="00DA201C" w:rsidRPr="00DA5D38" w:rsidRDefault="00DA5D38">
            <w:pPr>
              <w:spacing w:line="245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A5D38">
              <w:rPr>
                <w:rFonts w:asciiTheme="majorHAnsi" w:hAnsiTheme="majorHAnsi" w:cstheme="majorHAnsi"/>
                <w:color w:val="263238"/>
                <w:sz w:val="16"/>
                <w:szCs w:val="20"/>
              </w:rPr>
              <w:t>CAP __________</w:t>
            </w:r>
          </w:p>
        </w:tc>
      </w:tr>
      <w:tr w:rsidR="001C3A6C" w:rsidRPr="00C263FC" w14:paraId="1C93B646" w14:textId="77777777" w:rsidTr="007A4FE6">
        <w:trPr>
          <w:cantSplit/>
          <w:jc w:val="center"/>
        </w:trPr>
        <w:tc>
          <w:tcPr>
            <w:tcW w:w="10842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 w:themeFill="background1"/>
            <w:tcMar>
              <w:top w:w="75" w:type="dxa"/>
              <w:left w:w="60" w:type="dxa"/>
              <w:bottom w:w="0" w:type="dxa"/>
              <w:right w:w="60" w:type="dxa"/>
            </w:tcMar>
            <w:vAlign w:val="center"/>
          </w:tcPr>
          <w:p w14:paraId="66A13284" w14:textId="77777777" w:rsidR="00DD16E9" w:rsidRPr="00C263FC" w:rsidRDefault="00DD16E9" w:rsidP="00C263FC">
            <w:pPr>
              <w:spacing w:after="30" w:line="254" w:lineRule="auto"/>
              <w:jc w:val="center"/>
              <w:rPr>
                <w:rFonts w:asciiTheme="majorHAnsi" w:hAnsiTheme="majorHAnsi" w:cstheme="majorHAnsi"/>
                <w:b/>
                <w:color w:val="263238"/>
                <w:sz w:val="20"/>
                <w:szCs w:val="20"/>
                <w:lang w:val="it-IT"/>
              </w:rPr>
            </w:pPr>
            <w:r w:rsidRPr="00C263FC">
              <w:rPr>
                <w:rFonts w:asciiTheme="majorHAnsi" w:hAnsiTheme="majorHAnsi" w:cstheme="majorHAnsi"/>
                <w:b/>
                <w:color w:val="263238"/>
                <w:sz w:val="20"/>
                <w:szCs w:val="20"/>
                <w:lang w:val="it-IT"/>
              </w:rPr>
              <w:t>Ai sensi degli articoli 47 e 48 del DPR 445/2000, consapevole delle responsabilità penali a cui può andare incontro in caso di dichiarazioni mendaci rese nella presente istanza o di esibizione di atti falsi o contenenti dati non rispondenti a verità (articolo 76 del DPR 445/2000)</w:t>
            </w:r>
          </w:p>
          <w:p w14:paraId="511BCEA4" w14:textId="77777777" w:rsidR="00DD16E9" w:rsidRPr="00C263FC" w:rsidRDefault="00343482" w:rsidP="00C263FC">
            <w:pPr>
              <w:spacing w:after="30" w:line="254" w:lineRule="auto"/>
              <w:jc w:val="center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C263FC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a</w:t>
            </w:r>
            <w:r w:rsidR="00DD16E9" w:rsidRPr="00C263FC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i fini della liquidazione del contributo identificato dal CUP n. ……………………………………………………….</w:t>
            </w:r>
          </w:p>
          <w:p w14:paraId="32D33781" w14:textId="77777777" w:rsidR="00DD16E9" w:rsidRPr="00C263FC" w:rsidRDefault="00DD16E9" w:rsidP="00C263FC">
            <w:pPr>
              <w:spacing w:after="30" w:line="254" w:lineRule="auto"/>
              <w:jc w:val="center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C263FC"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  <w:t>a valere sul “BANDO PER LA CONCESSIONE DI CONTRIBUTI A FONDO PERDUTO PER INTERVENTI IN CONTO CAPITALE A SOSTEGNO DELLE IMPRESE LOCALIZZATE NELL’ HUB URBANO DI CAMPAGNOLA EMILIA”</w:t>
            </w:r>
          </w:p>
          <w:p w14:paraId="6C05261A" w14:textId="77777777" w:rsidR="001C3A6C" w:rsidRPr="00C263FC" w:rsidRDefault="00DD16E9" w:rsidP="001C3A6C">
            <w:pPr>
              <w:spacing w:after="20" w:line="240" w:lineRule="auto"/>
              <w:jc w:val="center"/>
              <w:rPr>
                <w:rFonts w:asciiTheme="majorHAnsi" w:hAnsiTheme="majorHAnsi" w:cstheme="majorHAnsi"/>
                <w:b/>
                <w:color w:val="263238"/>
                <w:sz w:val="20"/>
                <w:szCs w:val="20"/>
                <w:lang w:val="it-IT"/>
              </w:rPr>
            </w:pPr>
            <w:r w:rsidRPr="00C263FC">
              <w:rPr>
                <w:rFonts w:asciiTheme="majorHAnsi" w:hAnsiTheme="majorHAnsi" w:cstheme="majorHAnsi"/>
                <w:b/>
                <w:color w:val="193D51"/>
                <w:sz w:val="22"/>
                <w:szCs w:val="20"/>
                <w:lang w:val="it-IT"/>
              </w:rPr>
              <w:t>DICHIARA</w:t>
            </w:r>
          </w:p>
        </w:tc>
      </w:tr>
    </w:tbl>
    <w:p w14:paraId="69C45499" w14:textId="77777777" w:rsidR="004809AF" w:rsidRPr="00C263FC" w:rsidRDefault="004809AF">
      <w:pPr>
        <w:spacing w:line="96" w:lineRule="auto"/>
        <w:rPr>
          <w:rFonts w:asciiTheme="majorHAnsi" w:hAnsiTheme="majorHAnsi" w:cstheme="majorHAnsi"/>
          <w:sz w:val="20"/>
          <w:szCs w:val="20"/>
          <w:lang w:val="it-IT"/>
        </w:rPr>
      </w:pPr>
    </w:p>
    <w:p w14:paraId="2BEE6220" w14:textId="76346556" w:rsidR="00343482" w:rsidRPr="00C263FC" w:rsidRDefault="00343482" w:rsidP="00343482">
      <w:pPr>
        <w:pStyle w:val="Paragrafoelenco"/>
        <w:keepLines/>
        <w:numPr>
          <w:ilvl w:val="0"/>
          <w:numId w:val="13"/>
        </w:numPr>
        <w:spacing w:after="32" w:line="257" w:lineRule="auto"/>
        <w:ind w:left="397" w:hanging="170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C263FC">
        <w:rPr>
          <w:rFonts w:asciiTheme="majorHAnsi" w:hAnsiTheme="majorHAnsi" w:cstheme="majorHAnsi"/>
          <w:color w:val="263238"/>
          <w:sz w:val="20"/>
          <w:szCs w:val="20"/>
          <w:lang w:val="it-IT"/>
        </w:rPr>
        <w:t>di essere consapevole che il contributo è concesso nel rispetto del regime di aiuto indicato dal bando e che l’Amministrazione effettuerà le verifiche previste nel Registro Nazionale degli Aiuti di Stato</w:t>
      </w:r>
    </w:p>
    <w:p w14:paraId="733738B8" w14:textId="53209BC9" w:rsidR="00343482" w:rsidRPr="00C263FC" w:rsidRDefault="00F20665" w:rsidP="00343482">
      <w:pPr>
        <w:pStyle w:val="Paragrafoelenco"/>
        <w:keepLines/>
        <w:numPr>
          <w:ilvl w:val="0"/>
          <w:numId w:val="13"/>
        </w:numPr>
        <w:spacing w:after="32" w:line="257" w:lineRule="auto"/>
        <w:ind w:left="397" w:hanging="170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C263FC">
        <w:rPr>
          <w:rFonts w:asciiTheme="majorHAnsi" w:hAnsiTheme="majorHAnsi" w:cstheme="majorHAnsi"/>
          <w:color w:val="263238"/>
          <w:sz w:val="20"/>
          <w:szCs w:val="20"/>
          <w:lang w:val="it-IT"/>
        </w:rPr>
        <w:t>che non sussiste un doppio finanziamento delle spese rendicontate e che eventuali ulteriori agevolazioni riferite alle medesime spese sono state comunicate al Comune, nel rispetto delle disposizioni sul cumulo previste dal bando</w:t>
      </w:r>
      <w:r w:rsidR="00343482" w:rsidRPr="00C263FC"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2887D58B" w14:textId="77777777" w:rsidR="00343482" w:rsidRPr="00C263FC" w:rsidRDefault="00343482" w:rsidP="00343482">
      <w:pPr>
        <w:pStyle w:val="Paragrafoelenco"/>
        <w:keepLines/>
        <w:numPr>
          <w:ilvl w:val="0"/>
          <w:numId w:val="13"/>
        </w:numPr>
        <w:spacing w:after="32" w:line="257" w:lineRule="auto"/>
        <w:ind w:left="397" w:hanging="170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C263FC">
        <w:rPr>
          <w:rFonts w:asciiTheme="majorHAnsi" w:hAnsiTheme="majorHAnsi" w:cstheme="majorHAnsi"/>
          <w:color w:val="263238"/>
          <w:sz w:val="20"/>
          <w:szCs w:val="20"/>
          <w:lang w:val="it-IT"/>
        </w:rPr>
        <w:t>di aver preso visione dell’informativa sulla privacy di cui all’art. 18 del Bando;</w:t>
      </w:r>
    </w:p>
    <w:p w14:paraId="7E180225" w14:textId="77777777" w:rsidR="00343482" w:rsidRPr="00C263FC" w:rsidRDefault="00343482" w:rsidP="00343482">
      <w:pPr>
        <w:pStyle w:val="Paragrafoelenco"/>
        <w:keepLines/>
        <w:numPr>
          <w:ilvl w:val="0"/>
          <w:numId w:val="13"/>
        </w:numPr>
        <w:spacing w:after="32" w:line="257" w:lineRule="auto"/>
        <w:ind w:left="397" w:hanging="170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C263FC">
        <w:rPr>
          <w:rFonts w:asciiTheme="majorHAnsi" w:hAnsiTheme="majorHAnsi" w:cstheme="majorHAnsi"/>
          <w:color w:val="263238"/>
          <w:sz w:val="20"/>
          <w:szCs w:val="20"/>
          <w:lang w:val="it-IT"/>
        </w:rPr>
        <w:t>che le spese di seguito rendicontate:</w:t>
      </w:r>
    </w:p>
    <w:p w14:paraId="7A173EAC" w14:textId="77777777" w:rsidR="00343482" w:rsidRPr="00C263FC" w:rsidRDefault="00343482" w:rsidP="00343482">
      <w:pPr>
        <w:pStyle w:val="Paragrafoelenco"/>
        <w:keepLines/>
        <w:numPr>
          <w:ilvl w:val="0"/>
          <w:numId w:val="15"/>
        </w:numPr>
        <w:spacing w:after="32" w:line="257" w:lineRule="auto"/>
        <w:ind w:left="680" w:hanging="170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C263FC">
        <w:rPr>
          <w:rFonts w:asciiTheme="majorHAnsi" w:hAnsiTheme="majorHAnsi" w:cstheme="majorHAnsi"/>
          <w:color w:val="263238"/>
          <w:sz w:val="20"/>
          <w:szCs w:val="20"/>
          <w:lang w:val="it-IT"/>
        </w:rPr>
        <w:t>sono state sostenute esclusivamente per l’attività dell’impresa da me rappresentata;</w:t>
      </w:r>
    </w:p>
    <w:p w14:paraId="68CC48CA" w14:textId="77777777" w:rsidR="00343482" w:rsidRPr="00C263FC" w:rsidRDefault="00343482" w:rsidP="00343482">
      <w:pPr>
        <w:pStyle w:val="Paragrafoelenco"/>
        <w:keepLines/>
        <w:numPr>
          <w:ilvl w:val="0"/>
          <w:numId w:val="15"/>
        </w:numPr>
        <w:spacing w:after="32" w:line="257" w:lineRule="auto"/>
        <w:ind w:left="680" w:hanging="170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C263FC">
        <w:rPr>
          <w:rFonts w:asciiTheme="majorHAnsi" w:hAnsiTheme="majorHAnsi" w:cstheme="majorHAnsi"/>
          <w:color w:val="263238"/>
          <w:sz w:val="20"/>
          <w:szCs w:val="20"/>
          <w:lang w:val="it-IT"/>
        </w:rPr>
        <w:t>non sono state fatturate dal legale rappresentante o da qualunque altro soggetto facente parte degli organi societari;</w:t>
      </w:r>
    </w:p>
    <w:p w14:paraId="0011546A" w14:textId="77777777" w:rsidR="00343482" w:rsidRPr="00C263FC" w:rsidRDefault="00343482" w:rsidP="00343482">
      <w:pPr>
        <w:pStyle w:val="Paragrafoelenco"/>
        <w:keepLines/>
        <w:numPr>
          <w:ilvl w:val="0"/>
          <w:numId w:val="15"/>
        </w:numPr>
        <w:spacing w:after="32" w:line="257" w:lineRule="auto"/>
        <w:ind w:left="680" w:hanging="170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C263FC">
        <w:rPr>
          <w:rFonts w:asciiTheme="majorHAnsi" w:hAnsiTheme="majorHAnsi" w:cstheme="majorHAnsi"/>
          <w:color w:val="263238"/>
          <w:sz w:val="20"/>
          <w:szCs w:val="20"/>
          <w:lang w:val="it-IT"/>
        </w:rPr>
        <w:t>non sono state fatturate da società con rapporti di controllo o collegamento così come definito ai sensi dell’art. 2359 del codice civile o che abbiano in comuni soci, amministratori o procuratori con poteri di rappresentanza</w:t>
      </w:r>
    </w:p>
    <w:p w14:paraId="33E0109E" w14:textId="77777777" w:rsidR="00343482" w:rsidRPr="00BD49FA" w:rsidRDefault="007A3A8C" w:rsidP="007A3A8C">
      <w:pPr>
        <w:pStyle w:val="Paragrafoelenco"/>
        <w:keepLines/>
        <w:numPr>
          <w:ilvl w:val="0"/>
          <w:numId w:val="13"/>
        </w:numPr>
        <w:spacing w:after="32" w:line="257" w:lineRule="auto"/>
        <w:ind w:left="397" w:hanging="170"/>
        <w:rPr>
          <w:rFonts w:asciiTheme="majorHAnsi" w:hAnsiTheme="majorHAnsi" w:cstheme="majorHAnsi"/>
          <w:sz w:val="20"/>
          <w:szCs w:val="20"/>
          <w:lang w:val="it-IT"/>
        </w:rPr>
      </w:pPr>
      <w:r w:rsidRPr="00BD49FA">
        <w:rPr>
          <w:rFonts w:asciiTheme="majorHAnsi" w:hAnsiTheme="majorHAnsi" w:cstheme="majorHAnsi"/>
          <w:sz w:val="20"/>
          <w:szCs w:val="20"/>
          <w:lang w:val="it-IT"/>
        </w:rPr>
        <w:t>con riferimento all’assoggettabilità IVA (selezionare l’opzione corretta):</w:t>
      </w:r>
    </w:p>
    <w:p w14:paraId="35EA5A63" w14:textId="77777777" w:rsidR="007A4FE6" w:rsidRPr="00BD49FA" w:rsidRDefault="007A4FE6" w:rsidP="009C2F34">
      <w:pPr>
        <w:keepLines/>
        <w:spacing w:after="30" w:line="257" w:lineRule="auto"/>
        <w:ind w:left="652" w:hanging="170"/>
        <w:rPr>
          <w:rFonts w:asciiTheme="majorHAnsi" w:hAnsiTheme="majorHAnsi" w:cstheme="majorHAnsi"/>
          <w:sz w:val="20"/>
          <w:szCs w:val="20"/>
          <w:lang w:val="it-IT"/>
        </w:rPr>
      </w:pPr>
      <w:r w:rsidRPr="00BD49FA">
        <w:rPr>
          <w:rFonts w:ascii="MS Gothic" w:eastAsia="MS Gothic" w:hAnsi="MS Gothic" w:cs="MS Gothic" w:hint="eastAsia"/>
          <w:sz w:val="20"/>
          <w:szCs w:val="20"/>
          <w:lang w:val="it-IT"/>
        </w:rPr>
        <w:t>☐</w:t>
      </w:r>
      <w:r w:rsidRPr="00BD49FA">
        <w:rPr>
          <w:rFonts w:asciiTheme="majorHAnsi" w:hAnsiTheme="majorHAnsi" w:cstheme="majorHAnsi"/>
          <w:sz w:val="20"/>
          <w:szCs w:val="20"/>
          <w:lang w:val="it-IT"/>
        </w:rPr>
        <w:t xml:space="preserve">  L'IVA è indetraibile e rappresenta un costo.</w:t>
      </w:r>
    </w:p>
    <w:p w14:paraId="7A9A5909" w14:textId="77777777" w:rsidR="007A4FE6" w:rsidRPr="00BD49FA" w:rsidRDefault="007A4FE6" w:rsidP="009C2F34">
      <w:pPr>
        <w:keepLines/>
        <w:spacing w:after="30" w:line="257" w:lineRule="auto"/>
        <w:ind w:left="652" w:hanging="170"/>
        <w:rPr>
          <w:rFonts w:asciiTheme="majorHAnsi" w:hAnsiTheme="majorHAnsi" w:cstheme="majorHAnsi"/>
          <w:sz w:val="20"/>
          <w:szCs w:val="20"/>
          <w:lang w:val="it-IT"/>
        </w:rPr>
      </w:pPr>
      <w:r w:rsidRPr="00BD49FA">
        <w:rPr>
          <w:rFonts w:ascii="MS Gothic" w:eastAsia="MS Gothic" w:hAnsi="MS Gothic" w:cs="MS Gothic" w:hint="eastAsia"/>
          <w:sz w:val="20"/>
          <w:szCs w:val="20"/>
          <w:lang w:val="it-IT"/>
        </w:rPr>
        <w:t>☐</w:t>
      </w:r>
      <w:r w:rsidRPr="00BD49FA">
        <w:rPr>
          <w:rFonts w:asciiTheme="majorHAnsi" w:hAnsiTheme="majorHAnsi" w:cstheme="majorHAnsi"/>
          <w:sz w:val="20"/>
          <w:szCs w:val="20"/>
          <w:lang w:val="it-IT"/>
        </w:rPr>
        <w:t xml:space="preserve">  L'IVA è detraibile e non viene candidata a contributo.</w:t>
      </w:r>
    </w:p>
    <w:p w14:paraId="0E569CA4" w14:textId="77777777" w:rsidR="009C2F34" w:rsidRPr="00BD49FA" w:rsidRDefault="007A4FE6" w:rsidP="009C2F34">
      <w:pPr>
        <w:keepLines/>
        <w:spacing w:after="30" w:line="257" w:lineRule="auto"/>
        <w:ind w:left="652" w:hanging="170"/>
        <w:rPr>
          <w:rFonts w:asciiTheme="majorHAnsi" w:hAnsiTheme="majorHAnsi" w:cstheme="majorHAnsi"/>
          <w:sz w:val="20"/>
          <w:szCs w:val="20"/>
          <w:lang w:val="it-IT"/>
        </w:rPr>
      </w:pPr>
      <w:r w:rsidRPr="00BD49FA">
        <w:rPr>
          <w:rFonts w:ascii="MS Gothic" w:eastAsia="MS Gothic" w:hAnsi="MS Gothic" w:cs="MS Gothic" w:hint="eastAsia"/>
          <w:sz w:val="20"/>
          <w:szCs w:val="20"/>
          <w:lang w:val="it-IT"/>
        </w:rPr>
        <w:t>☐</w:t>
      </w:r>
      <w:r w:rsidRPr="00BD49FA">
        <w:rPr>
          <w:rFonts w:asciiTheme="majorHAnsi" w:hAnsiTheme="majorHAnsi" w:cstheme="majorHAnsi"/>
          <w:sz w:val="20"/>
          <w:szCs w:val="20"/>
          <w:lang w:val="it-IT"/>
        </w:rPr>
        <w:t xml:space="preserve">  L'operazione non è soggetta a IVA.</w:t>
      </w:r>
    </w:p>
    <w:p w14:paraId="2BC4087C" w14:textId="5A06AD89" w:rsidR="007A3A8C" w:rsidRPr="00BD49FA" w:rsidRDefault="007A3A8C" w:rsidP="007A4FE6">
      <w:pPr>
        <w:pStyle w:val="Paragrafoelenco"/>
        <w:keepLines/>
        <w:numPr>
          <w:ilvl w:val="0"/>
          <w:numId w:val="13"/>
        </w:numPr>
        <w:spacing w:after="32" w:line="257" w:lineRule="auto"/>
        <w:ind w:left="397" w:hanging="170"/>
        <w:rPr>
          <w:rFonts w:asciiTheme="majorHAnsi" w:hAnsiTheme="majorHAnsi" w:cstheme="majorHAnsi"/>
          <w:sz w:val="20"/>
          <w:szCs w:val="20"/>
          <w:lang w:val="it-IT"/>
        </w:rPr>
      </w:pPr>
      <w:r w:rsidRPr="00BD49FA">
        <w:rPr>
          <w:rFonts w:asciiTheme="majorHAnsi" w:hAnsiTheme="majorHAnsi" w:cstheme="majorHAnsi"/>
          <w:sz w:val="20"/>
          <w:szCs w:val="20"/>
          <w:lang w:val="it-IT"/>
        </w:rPr>
        <w:t>che, con riferimento alla ritenuta di acconto del 4% prevista dall’art. 28 del DPR 600/73, si conferma l’opzione selezionata nel modulo di domanda, consapevole che, nel caso le spese effettivamente sostenute non siano compatibili con l’opzione scelta, la ritenuta d’acconto sarà comunque applicat</w:t>
      </w:r>
      <w:r w:rsidR="006F7151">
        <w:rPr>
          <w:rFonts w:asciiTheme="majorHAnsi" w:hAnsiTheme="majorHAnsi" w:cstheme="majorHAnsi"/>
          <w:sz w:val="20"/>
          <w:szCs w:val="20"/>
          <w:lang w:val="it-IT"/>
        </w:rPr>
        <w:t>a</w:t>
      </w:r>
      <w:r w:rsidRPr="00BD49FA">
        <w:rPr>
          <w:rFonts w:asciiTheme="majorHAnsi" w:hAnsiTheme="majorHAnsi" w:cstheme="majorHAnsi"/>
          <w:sz w:val="20"/>
          <w:szCs w:val="20"/>
          <w:lang w:val="it-IT"/>
        </w:rPr>
        <w:t xml:space="preserve"> in sede di liquidazione</w:t>
      </w:r>
    </w:p>
    <w:p w14:paraId="1A864CC6" w14:textId="77777777" w:rsidR="00BA6925" w:rsidRPr="00BD49FA" w:rsidRDefault="00BA6925" w:rsidP="009C2F34">
      <w:pPr>
        <w:pStyle w:val="Paragrafoelenco"/>
        <w:keepLines/>
        <w:numPr>
          <w:ilvl w:val="0"/>
          <w:numId w:val="13"/>
        </w:numPr>
        <w:spacing w:after="32" w:line="257" w:lineRule="auto"/>
        <w:ind w:left="397" w:hanging="170"/>
        <w:rPr>
          <w:rFonts w:asciiTheme="majorHAnsi" w:hAnsiTheme="majorHAnsi" w:cstheme="majorHAnsi"/>
          <w:sz w:val="20"/>
          <w:szCs w:val="20"/>
          <w:lang w:val="it-IT"/>
        </w:rPr>
      </w:pPr>
      <w:r w:rsidRPr="00BD49FA">
        <w:rPr>
          <w:rFonts w:asciiTheme="majorHAnsi" w:hAnsiTheme="majorHAnsi" w:cstheme="majorHAnsi"/>
          <w:sz w:val="20"/>
          <w:szCs w:val="20"/>
          <w:lang w:val="it-IT"/>
        </w:rPr>
        <w:t xml:space="preserve">che le </w:t>
      </w:r>
      <w:r w:rsidR="009C2F34" w:rsidRPr="00BD49FA">
        <w:rPr>
          <w:rFonts w:asciiTheme="majorHAnsi" w:hAnsiTheme="majorHAnsi" w:cstheme="majorHAnsi"/>
          <w:b/>
          <w:sz w:val="20"/>
          <w:szCs w:val="20"/>
          <w:lang w:val="it-IT"/>
        </w:rPr>
        <w:t xml:space="preserve">spese sostenute a decorrere dalla pubblicazione del bando </w:t>
      </w:r>
      <w:r w:rsidRPr="00BD49FA">
        <w:rPr>
          <w:rFonts w:asciiTheme="majorHAnsi" w:hAnsiTheme="majorHAnsi" w:cstheme="majorHAnsi"/>
          <w:b/>
          <w:sz w:val="20"/>
          <w:szCs w:val="20"/>
          <w:lang w:val="it-IT"/>
        </w:rPr>
        <w:t>al 30 giugno 2027</w:t>
      </w:r>
      <w:r w:rsidRPr="00BD49FA">
        <w:rPr>
          <w:rFonts w:asciiTheme="majorHAnsi" w:hAnsiTheme="majorHAnsi" w:cstheme="majorHAnsi"/>
          <w:sz w:val="20"/>
          <w:szCs w:val="20"/>
          <w:lang w:val="it-IT"/>
        </w:rPr>
        <w:t xml:space="preserve"> (con riferimento alla data della fattura</w:t>
      </w:r>
      <w:r w:rsidR="00C45DBC" w:rsidRPr="00BD49FA">
        <w:rPr>
          <w:rFonts w:asciiTheme="majorHAnsi" w:hAnsiTheme="majorHAnsi" w:cstheme="majorHAnsi"/>
          <w:sz w:val="20"/>
          <w:szCs w:val="20"/>
          <w:lang w:val="it-IT"/>
        </w:rPr>
        <w:t xml:space="preserve"> che deve contenere il CUP assegnato</w:t>
      </w:r>
      <w:r w:rsidRPr="00BD49FA">
        <w:rPr>
          <w:rFonts w:asciiTheme="majorHAnsi" w:hAnsiTheme="majorHAnsi" w:cstheme="majorHAnsi"/>
          <w:sz w:val="20"/>
          <w:szCs w:val="20"/>
          <w:lang w:val="it-IT"/>
        </w:rPr>
        <w:t>) sono le seguenti:</w:t>
      </w:r>
    </w:p>
    <w:p w14:paraId="2D3C0599" w14:textId="77777777" w:rsidR="00A605B1" w:rsidRPr="00BD49FA" w:rsidRDefault="00A605B1" w:rsidP="00C263FC">
      <w:pPr>
        <w:pageBreakBefore/>
        <w:spacing w:after="30"/>
        <w:rPr>
          <w:lang w:val="it-IT"/>
        </w:rPr>
      </w:pPr>
    </w:p>
    <w:tbl>
      <w:tblPr>
        <w:tblW w:w="11199" w:type="dxa"/>
        <w:tblInd w:w="-52" w:type="dxa"/>
        <w:tblLayout w:type="fixed"/>
        <w:tblLook w:val="04A0" w:firstRow="1" w:lastRow="0" w:firstColumn="1" w:lastColumn="0" w:noHBand="0" w:noVBand="1"/>
      </w:tblPr>
      <w:tblGrid>
        <w:gridCol w:w="29"/>
        <w:gridCol w:w="1251"/>
        <w:gridCol w:w="2607"/>
        <w:gridCol w:w="1645"/>
        <w:gridCol w:w="244"/>
        <w:gridCol w:w="2084"/>
        <w:gridCol w:w="1646"/>
        <w:gridCol w:w="1600"/>
        <w:gridCol w:w="93"/>
      </w:tblGrid>
      <w:tr w:rsidR="00A605B1" w14:paraId="16E8B0A9" w14:textId="77777777" w:rsidTr="00C263FC">
        <w:tc>
          <w:tcPr>
            <w:tcW w:w="5776" w:type="dxa"/>
            <w:gridSpan w:val="5"/>
            <w:shd w:val="clear" w:color="auto" w:fill="193D51"/>
            <w:tcMar>
              <w:top w:w="74" w:type="dxa"/>
              <w:left w:w="90" w:type="dxa"/>
              <w:bottom w:w="69" w:type="dxa"/>
              <w:right w:w="90" w:type="dxa"/>
            </w:tcMar>
          </w:tcPr>
          <w:p w14:paraId="72AF84DD" w14:textId="77777777" w:rsidR="00A605B1" w:rsidRPr="00BD49FA" w:rsidRDefault="00C263FC" w:rsidP="00C263FC">
            <w:pPr>
              <w:rPr>
                <w:lang w:val="it-IT"/>
              </w:rPr>
            </w:pPr>
            <w:r w:rsidRPr="00BD49FA">
              <w:rPr>
                <w:b/>
                <w:color w:val="FFFFFF"/>
                <w:sz w:val="18"/>
                <w:lang w:val="it-IT"/>
              </w:rPr>
              <w:t>PIANO FINANZIARIO DELLE SPESE RENDICONTATE</w:t>
            </w:r>
          </w:p>
          <w:p w14:paraId="5288FAA9" w14:textId="77777777" w:rsidR="00A605B1" w:rsidRPr="00BD49FA" w:rsidRDefault="00C263FC" w:rsidP="00C263FC">
            <w:pPr>
              <w:rPr>
                <w:lang w:val="it-IT"/>
              </w:rPr>
            </w:pPr>
            <w:r w:rsidRPr="00BD49FA">
              <w:rPr>
                <w:color w:val="FFFFFF"/>
                <w:sz w:val="14"/>
                <w:lang w:val="it-IT"/>
              </w:rPr>
              <w:t>Fatture e pagamenti suddivisi per le tre linee del bando</w:t>
            </w:r>
          </w:p>
        </w:tc>
        <w:tc>
          <w:tcPr>
            <w:tcW w:w="5423" w:type="dxa"/>
            <w:gridSpan w:val="4"/>
            <w:shd w:val="clear" w:color="auto" w:fill="193D51"/>
            <w:tcMar>
              <w:top w:w="74" w:type="dxa"/>
              <w:left w:w="90" w:type="dxa"/>
              <w:bottom w:w="69" w:type="dxa"/>
              <w:right w:w="90" w:type="dxa"/>
            </w:tcMar>
          </w:tcPr>
          <w:p w14:paraId="6C050048" w14:textId="77777777" w:rsidR="00A605B1" w:rsidRDefault="00C263FC" w:rsidP="00C263FC">
            <w:pPr>
              <w:jc w:val="right"/>
            </w:pPr>
            <w:r>
              <w:rPr>
                <w:b/>
                <w:color w:val="FFFFFF"/>
                <w:sz w:val="14"/>
              </w:rPr>
              <w:t>H.U.B.</w:t>
            </w:r>
            <w:r>
              <w:rPr>
                <w:b/>
                <w:color w:val="FFFFFF"/>
                <w:sz w:val="14"/>
              </w:rPr>
              <w:br/>
              <w:t>CAMPAGNOLA</w:t>
            </w:r>
          </w:p>
        </w:tc>
      </w:tr>
      <w:tr w:rsidR="00BA6925" w:rsidRPr="007853C5" w14:paraId="364D7A9D" w14:textId="77777777" w:rsidTr="00C263FC">
        <w:tblPrEx>
          <w:jc w:val="center"/>
          <w:tblInd w:w="0" w:type="dxa"/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</w:tblPrEx>
        <w:trPr>
          <w:gridBefore w:val="1"/>
          <w:gridAfter w:val="1"/>
          <w:wBefore w:w="29" w:type="dxa"/>
          <w:wAfter w:w="93" w:type="dxa"/>
          <w:cantSplit/>
          <w:trHeight w:val="331"/>
          <w:jc w:val="center"/>
        </w:trPr>
        <w:tc>
          <w:tcPr>
            <w:tcW w:w="11077" w:type="dxa"/>
            <w:gridSpan w:val="7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577F77"/>
            <w:tcMar>
              <w:top w:w="34" w:type="dxa"/>
              <w:left w:w="56" w:type="dxa"/>
              <w:bottom w:w="28" w:type="dxa"/>
              <w:right w:w="52" w:type="dxa"/>
            </w:tcMar>
            <w:vAlign w:val="center"/>
          </w:tcPr>
          <w:p w14:paraId="77CE0973" w14:textId="77777777" w:rsidR="00A605B1" w:rsidRPr="00BD49FA" w:rsidRDefault="00C263FC" w:rsidP="00C263FC">
            <w:pPr>
              <w:spacing w:line="247" w:lineRule="auto"/>
              <w:ind w:right="-74"/>
              <w:rPr>
                <w:b/>
                <w:lang w:val="it-IT"/>
              </w:rPr>
            </w:pPr>
            <w:r w:rsidRPr="00BD49FA">
              <w:rPr>
                <w:b/>
                <w:color w:val="FFFFFF"/>
                <w:sz w:val="15"/>
                <w:lang w:val="it-IT"/>
              </w:rPr>
              <w:t>LINEA 1 – APERTURA, RISTRUTTURAZIONE E AMMODERNAMENTO</w:t>
            </w:r>
            <w:r w:rsidRPr="00BD49FA">
              <w:rPr>
                <w:b/>
                <w:color w:val="FFFFFF"/>
                <w:sz w:val="15"/>
                <w:lang w:val="it-IT"/>
              </w:rPr>
              <w:br/>
              <w:t>Opere edilizie e impiantistiche, accessibilità, efficientamento e altri interventi rientranti nella Linea 1 secondo il bando.</w:t>
            </w:r>
          </w:p>
        </w:tc>
      </w:tr>
      <w:tr w:rsidR="000B7CCE" w14:paraId="738E4CFD" w14:textId="77777777" w:rsidTr="00C263FC">
        <w:tblPrEx>
          <w:jc w:val="center"/>
          <w:tblInd w:w="0" w:type="dxa"/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</w:tblPrEx>
        <w:trPr>
          <w:gridBefore w:val="1"/>
          <w:gridAfter w:val="1"/>
          <w:wBefore w:w="29" w:type="dxa"/>
          <w:wAfter w:w="93" w:type="dxa"/>
          <w:cantSplit/>
          <w:trHeight w:val="331"/>
          <w:jc w:val="center"/>
        </w:trPr>
        <w:tc>
          <w:tcPr>
            <w:tcW w:w="125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56599FF" w14:textId="77777777" w:rsidR="000B7CCE" w:rsidRPr="00DD496E" w:rsidRDefault="000B7CCE" w:rsidP="00C263FC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FFFFFF"/>
                <w:sz w:val="14"/>
                <w:lang w:val="it-IT"/>
              </w:rPr>
              <w:t>Fattura</w:t>
            </w:r>
            <w:r w:rsidRPr="00DD496E">
              <w:rPr>
                <w:b/>
                <w:color w:val="FFFFFF"/>
                <w:sz w:val="14"/>
                <w:lang w:val="it-IT"/>
              </w:rPr>
              <w:br/>
              <w:t>(n. e data)</w:t>
            </w: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5D1B7FC" w14:textId="77777777" w:rsidR="000B7CCE" w:rsidRDefault="000B7CCE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Fornitore</w:t>
            </w: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98C0B0C" w14:textId="77777777" w:rsidR="000B7CCE" w:rsidRDefault="000B7CCE" w:rsidP="00C263FC">
            <w:pPr>
              <w:spacing w:line="240" w:lineRule="auto"/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4"/>
              </w:rPr>
              <w:t xml:space="preserve">Pagamento effettuato con </w:t>
            </w:r>
          </w:p>
        </w:tc>
        <w:tc>
          <w:tcPr>
            <w:tcW w:w="2328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C90B6A9" w14:textId="77777777" w:rsidR="000B7CCE" w:rsidRDefault="000B7CCE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Descrizione spesa</w:t>
            </w: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6BC2910" w14:textId="77777777" w:rsidR="000B7CCE" w:rsidRDefault="000B7CCE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Imponibile €</w:t>
            </w:r>
          </w:p>
        </w:tc>
        <w:tc>
          <w:tcPr>
            <w:tcW w:w="1600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B804971" w14:textId="77777777" w:rsidR="000B7CCE" w:rsidRDefault="000B7CCE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IVA €</w:t>
            </w:r>
          </w:p>
        </w:tc>
      </w:tr>
      <w:tr w:rsidR="000B7CCE" w14:paraId="42DE3F04" w14:textId="77777777" w:rsidTr="00C263FC">
        <w:tblPrEx>
          <w:jc w:val="center"/>
          <w:tblInd w:w="0" w:type="dxa"/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</w:tblPrEx>
        <w:trPr>
          <w:gridBefore w:val="1"/>
          <w:gridAfter w:val="1"/>
          <w:wBefore w:w="29" w:type="dxa"/>
          <w:wAfter w:w="93" w:type="dxa"/>
          <w:cantSplit/>
          <w:trHeight w:val="465"/>
          <w:jc w:val="center"/>
        </w:trPr>
        <w:tc>
          <w:tcPr>
            <w:tcW w:w="125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52C770E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5E0125B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02CDE5E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328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45B5D31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012FE9D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00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3BE9EC9" w14:textId="77777777" w:rsidR="000B7CCE" w:rsidRDefault="000B7CCE" w:rsidP="00C263FC">
            <w:pPr>
              <w:spacing w:line="250" w:lineRule="auto"/>
            </w:pPr>
          </w:p>
        </w:tc>
      </w:tr>
      <w:tr w:rsidR="000B7CCE" w14:paraId="40DEC191" w14:textId="77777777" w:rsidTr="00C263FC">
        <w:tblPrEx>
          <w:jc w:val="center"/>
          <w:tblInd w:w="0" w:type="dxa"/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</w:tblPrEx>
        <w:trPr>
          <w:gridBefore w:val="1"/>
          <w:gridAfter w:val="1"/>
          <w:wBefore w:w="29" w:type="dxa"/>
          <w:wAfter w:w="93" w:type="dxa"/>
          <w:cantSplit/>
          <w:trHeight w:val="465"/>
          <w:jc w:val="center"/>
        </w:trPr>
        <w:tc>
          <w:tcPr>
            <w:tcW w:w="125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324468E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1B3A815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443CFB8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328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884B87D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6A65A71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00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6E88262" w14:textId="77777777" w:rsidR="000B7CCE" w:rsidRDefault="000B7CCE" w:rsidP="00C263FC">
            <w:pPr>
              <w:spacing w:line="250" w:lineRule="auto"/>
            </w:pPr>
          </w:p>
        </w:tc>
      </w:tr>
      <w:tr w:rsidR="000B7CCE" w14:paraId="6ACA81E0" w14:textId="77777777" w:rsidTr="00C263FC">
        <w:tblPrEx>
          <w:jc w:val="center"/>
          <w:tblInd w:w="0" w:type="dxa"/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</w:tblPrEx>
        <w:trPr>
          <w:gridBefore w:val="1"/>
          <w:gridAfter w:val="1"/>
          <w:wBefore w:w="29" w:type="dxa"/>
          <w:wAfter w:w="93" w:type="dxa"/>
          <w:cantSplit/>
          <w:trHeight w:val="465"/>
          <w:jc w:val="center"/>
        </w:trPr>
        <w:tc>
          <w:tcPr>
            <w:tcW w:w="125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CB4BAF5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C751654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2E67FBD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328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FBF4CCD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8F237D3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00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F54944E" w14:textId="77777777" w:rsidR="000B7CCE" w:rsidRDefault="000B7CCE" w:rsidP="00C263FC">
            <w:pPr>
              <w:spacing w:line="250" w:lineRule="auto"/>
            </w:pPr>
          </w:p>
        </w:tc>
      </w:tr>
      <w:tr w:rsidR="000B7CCE" w14:paraId="73D0B9BE" w14:textId="77777777" w:rsidTr="00C263FC">
        <w:tblPrEx>
          <w:jc w:val="center"/>
          <w:tblInd w:w="0" w:type="dxa"/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</w:tblPrEx>
        <w:trPr>
          <w:gridBefore w:val="1"/>
          <w:gridAfter w:val="1"/>
          <w:wBefore w:w="29" w:type="dxa"/>
          <w:wAfter w:w="93" w:type="dxa"/>
          <w:cantSplit/>
          <w:trHeight w:val="465"/>
          <w:jc w:val="center"/>
        </w:trPr>
        <w:tc>
          <w:tcPr>
            <w:tcW w:w="125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5E54CDB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8C26FB5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6446039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328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82C5316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77C2770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00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101F995" w14:textId="77777777" w:rsidR="000B7CCE" w:rsidRDefault="000B7CCE" w:rsidP="00C263FC">
            <w:pPr>
              <w:spacing w:line="250" w:lineRule="auto"/>
            </w:pPr>
          </w:p>
        </w:tc>
      </w:tr>
      <w:tr w:rsidR="000B7CCE" w14:paraId="56706F6F" w14:textId="77777777" w:rsidTr="00C263FC">
        <w:tblPrEx>
          <w:jc w:val="center"/>
          <w:tblInd w:w="0" w:type="dxa"/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</w:tblPrEx>
        <w:trPr>
          <w:gridBefore w:val="1"/>
          <w:gridAfter w:val="1"/>
          <w:wBefore w:w="29" w:type="dxa"/>
          <w:wAfter w:w="93" w:type="dxa"/>
          <w:cantSplit/>
          <w:trHeight w:val="465"/>
          <w:jc w:val="center"/>
        </w:trPr>
        <w:tc>
          <w:tcPr>
            <w:tcW w:w="125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972AE87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F9E384D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3E2B1D8" w14:textId="77777777" w:rsidR="000B7CCE" w:rsidRDefault="000B7CCE" w:rsidP="00C263FC">
            <w:pPr>
              <w:spacing w:line="250" w:lineRule="auto"/>
            </w:pPr>
          </w:p>
        </w:tc>
        <w:tc>
          <w:tcPr>
            <w:tcW w:w="2328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ACD9D70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D1D8FBB" w14:textId="77777777" w:rsidR="000B7CCE" w:rsidRDefault="000B7CCE" w:rsidP="00C263FC">
            <w:pPr>
              <w:spacing w:line="250" w:lineRule="auto"/>
            </w:pPr>
          </w:p>
        </w:tc>
        <w:tc>
          <w:tcPr>
            <w:tcW w:w="1600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21FBBB2" w14:textId="77777777" w:rsidR="000B7CCE" w:rsidRDefault="000B7CCE" w:rsidP="00C263FC">
            <w:pPr>
              <w:spacing w:line="250" w:lineRule="auto"/>
            </w:pPr>
          </w:p>
        </w:tc>
      </w:tr>
      <w:tr w:rsidR="000B7CCE" w14:paraId="30164E03" w14:textId="77777777" w:rsidTr="00C263FC">
        <w:tblPrEx>
          <w:jc w:val="center"/>
          <w:tblInd w:w="0" w:type="dxa"/>
          <w:tblBorders>
            <w:top w:val="single" w:sz="3" w:space="0" w:color="BFCBCD"/>
            <w:left w:val="single" w:sz="3" w:space="0" w:color="BFCBCD"/>
            <w:bottom w:val="single" w:sz="3" w:space="0" w:color="BFCBCD"/>
            <w:right w:val="single" w:sz="3" w:space="0" w:color="BFCBCD"/>
            <w:insideH w:val="single" w:sz="3" w:space="0" w:color="BFCBCD"/>
            <w:insideV w:val="single" w:sz="3" w:space="0" w:color="BFCBCD"/>
          </w:tblBorders>
        </w:tblPrEx>
        <w:trPr>
          <w:gridBefore w:val="1"/>
          <w:gridAfter w:val="1"/>
          <w:wBefore w:w="29" w:type="dxa"/>
          <w:wAfter w:w="93" w:type="dxa"/>
          <w:cantSplit/>
          <w:trHeight w:val="173"/>
          <w:jc w:val="center"/>
        </w:trPr>
        <w:tc>
          <w:tcPr>
            <w:tcW w:w="125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26FD203" w14:textId="77777777" w:rsidR="000B7CCE" w:rsidRDefault="000B7CCE" w:rsidP="00C263FC">
            <w:pPr>
              <w:spacing w:line="240" w:lineRule="auto"/>
              <w:jc w:val="right"/>
              <w:rPr>
                <w:b/>
                <w:color w:val="173C4F"/>
              </w:rPr>
            </w:pPr>
          </w:p>
        </w:tc>
        <w:tc>
          <w:tcPr>
            <w:tcW w:w="6580" w:type="dxa"/>
            <w:gridSpan w:val="4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6D88B05" w14:textId="77777777" w:rsidR="000B7CCE" w:rsidRDefault="000B7CCE" w:rsidP="00C263FC">
            <w:pPr>
              <w:spacing w:line="240" w:lineRule="auto"/>
              <w:jc w:val="right"/>
            </w:pPr>
            <w:r>
              <w:rPr>
                <w:b/>
                <w:color w:val="173C4F"/>
                <w:sz w:val="15"/>
              </w:rPr>
              <w:t>TOTALE LINEA</w:t>
            </w: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C59EEB2" w14:textId="77777777" w:rsidR="000B7CCE" w:rsidRDefault="000B7CCE" w:rsidP="00C263FC">
            <w:pPr>
              <w:spacing w:line="240" w:lineRule="auto"/>
            </w:pPr>
            <w:r>
              <w:rPr>
                <w:b/>
                <w:sz w:val="15"/>
              </w:rPr>
              <w:t>€ __________</w:t>
            </w:r>
          </w:p>
        </w:tc>
        <w:tc>
          <w:tcPr>
            <w:tcW w:w="1600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126FF20" w14:textId="77777777" w:rsidR="000B7CCE" w:rsidRDefault="000B7CCE" w:rsidP="00C263FC">
            <w:pPr>
              <w:spacing w:line="240" w:lineRule="auto"/>
            </w:pPr>
            <w:r>
              <w:rPr>
                <w:b/>
                <w:sz w:val="15"/>
              </w:rPr>
              <w:t>€ _________</w:t>
            </w:r>
          </w:p>
        </w:tc>
      </w:tr>
    </w:tbl>
    <w:p w14:paraId="62BB8555" w14:textId="77777777" w:rsidR="00BA6925" w:rsidRDefault="00BA6925" w:rsidP="00C263FC"/>
    <w:tbl>
      <w:tblPr>
        <w:tblW w:w="11165" w:type="dxa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97"/>
        <w:gridCol w:w="1264"/>
        <w:gridCol w:w="2607"/>
        <w:gridCol w:w="1645"/>
        <w:gridCol w:w="2323"/>
        <w:gridCol w:w="1646"/>
        <w:gridCol w:w="1531"/>
        <w:gridCol w:w="52"/>
      </w:tblGrid>
      <w:tr w:rsidR="00BA6925" w:rsidRPr="007853C5" w14:paraId="368B9A28" w14:textId="77777777" w:rsidTr="00C263FC">
        <w:trPr>
          <w:gridBefore w:val="1"/>
          <w:wBefore w:w="97" w:type="dxa"/>
          <w:cantSplit/>
          <w:jc w:val="center"/>
        </w:trPr>
        <w:tc>
          <w:tcPr>
            <w:tcW w:w="11068" w:type="dxa"/>
            <w:gridSpan w:val="7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577F77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EF6E937" w14:textId="77777777" w:rsidR="00BA6925" w:rsidRPr="00DD496E" w:rsidRDefault="00BA6925" w:rsidP="00C263FC">
            <w:pPr>
              <w:spacing w:line="247" w:lineRule="auto"/>
              <w:ind w:left="240" w:hanging="240"/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 xml:space="preserve">LINEA </w:t>
            </w:r>
            <w:r>
              <w:rPr>
                <w:b/>
                <w:color w:val="FFFFFF"/>
                <w:sz w:val="15"/>
                <w:lang w:val="it-IT"/>
              </w:rPr>
              <w:t>2</w:t>
            </w:r>
            <w:r w:rsidRPr="00DD496E">
              <w:rPr>
                <w:b/>
                <w:color w:val="FFFFFF"/>
                <w:sz w:val="15"/>
                <w:lang w:val="it-IT"/>
              </w:rPr>
              <w:t xml:space="preserve"> – ATTREZZATURE, IMPIANTI E ARREDI</w:t>
            </w:r>
          </w:p>
          <w:p w14:paraId="715DCCED" w14:textId="77777777" w:rsidR="00BA6925" w:rsidRPr="00DD496E" w:rsidRDefault="00BA6925" w:rsidP="00C263FC">
            <w:pPr>
              <w:spacing w:line="247" w:lineRule="auto"/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 xml:space="preserve">Attrezzature, macchinari, impianti, arredi, illuminazione e altre spese rientranti nella Linea </w:t>
            </w:r>
            <w:r w:rsidR="007A4FE6">
              <w:rPr>
                <w:b/>
                <w:color w:val="FFFFFF"/>
                <w:sz w:val="15"/>
                <w:lang w:val="it-IT"/>
              </w:rPr>
              <w:t>2</w:t>
            </w:r>
            <w:r w:rsidRPr="00DD496E">
              <w:rPr>
                <w:b/>
                <w:color w:val="FFFFFF"/>
                <w:sz w:val="15"/>
                <w:lang w:val="it-IT"/>
              </w:rPr>
              <w:t xml:space="preserve"> secondo il bando.</w:t>
            </w:r>
          </w:p>
        </w:tc>
      </w:tr>
      <w:tr w:rsidR="000028EC" w14:paraId="556B732E" w14:textId="77777777" w:rsidTr="00C263FC">
        <w:tblPrEx>
          <w:jc w:val="left"/>
        </w:tblPrEx>
        <w:trPr>
          <w:gridAfter w:val="1"/>
          <w:wAfter w:w="52" w:type="dxa"/>
          <w:cantSplit/>
          <w:trHeight w:val="331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4A5C653" w14:textId="77777777" w:rsidR="000028EC" w:rsidRPr="00DD496E" w:rsidRDefault="000028EC" w:rsidP="00C263FC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FFFFFF"/>
                <w:sz w:val="14"/>
                <w:lang w:val="it-IT"/>
              </w:rPr>
              <w:t>Fattura</w:t>
            </w:r>
            <w:r w:rsidRPr="00DD496E">
              <w:rPr>
                <w:b/>
                <w:color w:val="FFFFFF"/>
                <w:sz w:val="14"/>
                <w:lang w:val="it-IT"/>
              </w:rPr>
              <w:br/>
              <w:t>(n. e data)</w:t>
            </w: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6B6372C" w14:textId="77777777" w:rsidR="000028EC" w:rsidRDefault="000028EC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Fornitore</w:t>
            </w: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76F3E5F" w14:textId="77777777" w:rsidR="000028EC" w:rsidRDefault="000028EC" w:rsidP="00C263FC">
            <w:pPr>
              <w:spacing w:line="240" w:lineRule="auto"/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4"/>
              </w:rPr>
              <w:t xml:space="preserve">Pagamento effettuato con </w:t>
            </w: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1B87C82" w14:textId="77777777" w:rsidR="000028EC" w:rsidRDefault="000028EC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Descrizione spesa</w:t>
            </w: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D8D5155" w14:textId="77777777" w:rsidR="000028EC" w:rsidRDefault="000028EC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Imponibile €</w:t>
            </w: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175F601" w14:textId="77777777" w:rsidR="000028EC" w:rsidRDefault="000028EC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IVA €</w:t>
            </w:r>
          </w:p>
        </w:tc>
      </w:tr>
      <w:tr w:rsidR="000028EC" w14:paraId="01C41269" w14:textId="77777777" w:rsidTr="00C263FC">
        <w:tblPrEx>
          <w:jc w:val="left"/>
        </w:tblPrEx>
        <w:trPr>
          <w:gridAfter w:val="1"/>
          <w:wAfter w:w="52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62E9E6E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58098F6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178D549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39B02AD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CC26052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7F5F4FC" w14:textId="77777777" w:rsidR="000028EC" w:rsidRDefault="000028EC" w:rsidP="00C263FC">
            <w:pPr>
              <w:spacing w:line="250" w:lineRule="auto"/>
            </w:pPr>
          </w:p>
        </w:tc>
      </w:tr>
      <w:tr w:rsidR="000028EC" w14:paraId="373A96C4" w14:textId="77777777" w:rsidTr="00C263FC">
        <w:tblPrEx>
          <w:jc w:val="left"/>
        </w:tblPrEx>
        <w:trPr>
          <w:gridAfter w:val="1"/>
          <w:wAfter w:w="52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A02F5B9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E99A129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6C88267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53F8175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0564FC1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A3E6878" w14:textId="77777777" w:rsidR="000028EC" w:rsidRDefault="000028EC" w:rsidP="00C263FC">
            <w:pPr>
              <w:spacing w:line="250" w:lineRule="auto"/>
            </w:pPr>
          </w:p>
        </w:tc>
      </w:tr>
      <w:tr w:rsidR="000028EC" w14:paraId="5E613A5B" w14:textId="77777777" w:rsidTr="00C263FC">
        <w:tblPrEx>
          <w:jc w:val="left"/>
        </w:tblPrEx>
        <w:trPr>
          <w:gridAfter w:val="1"/>
          <w:wAfter w:w="52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DB6A881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36B4BC2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64624BA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BFB9F7A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F21F619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4EACA57" w14:textId="77777777" w:rsidR="000028EC" w:rsidRDefault="000028EC" w:rsidP="00C263FC">
            <w:pPr>
              <w:spacing w:line="250" w:lineRule="auto"/>
            </w:pPr>
          </w:p>
        </w:tc>
      </w:tr>
      <w:tr w:rsidR="000028EC" w14:paraId="32491537" w14:textId="77777777" w:rsidTr="00C263FC">
        <w:tblPrEx>
          <w:jc w:val="left"/>
        </w:tblPrEx>
        <w:trPr>
          <w:gridAfter w:val="1"/>
          <w:wAfter w:w="52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3088B3A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9D20591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92C48D1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2F25C29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6C64963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FFA5985" w14:textId="77777777" w:rsidR="000028EC" w:rsidRDefault="000028EC" w:rsidP="00C263FC">
            <w:pPr>
              <w:spacing w:line="250" w:lineRule="auto"/>
            </w:pPr>
          </w:p>
        </w:tc>
      </w:tr>
      <w:tr w:rsidR="000028EC" w14:paraId="5FB7B9BA" w14:textId="77777777" w:rsidTr="00C263FC">
        <w:tblPrEx>
          <w:jc w:val="left"/>
        </w:tblPrEx>
        <w:trPr>
          <w:gridAfter w:val="1"/>
          <w:wAfter w:w="52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8BFA6EA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B7320DF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AC0D7E3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327073D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B4D9F08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BDAB0A7" w14:textId="77777777" w:rsidR="000028EC" w:rsidRDefault="000028EC" w:rsidP="00C263FC">
            <w:pPr>
              <w:spacing w:line="250" w:lineRule="auto"/>
            </w:pPr>
          </w:p>
        </w:tc>
      </w:tr>
      <w:tr w:rsidR="000028EC" w14:paraId="389401CD" w14:textId="77777777" w:rsidTr="00C263FC">
        <w:tblPrEx>
          <w:jc w:val="left"/>
        </w:tblPrEx>
        <w:trPr>
          <w:gridAfter w:val="1"/>
          <w:wAfter w:w="52" w:type="dxa"/>
          <w:cantSplit/>
          <w:trHeight w:val="173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65D0437" w14:textId="77777777" w:rsidR="000028EC" w:rsidRDefault="000028EC" w:rsidP="00C263FC">
            <w:pPr>
              <w:spacing w:line="240" w:lineRule="auto"/>
              <w:jc w:val="right"/>
              <w:rPr>
                <w:b/>
                <w:color w:val="173C4F"/>
              </w:rPr>
            </w:pPr>
          </w:p>
        </w:tc>
        <w:tc>
          <w:tcPr>
            <w:tcW w:w="6575" w:type="dxa"/>
            <w:gridSpan w:val="3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9777E2E" w14:textId="77777777" w:rsidR="000028EC" w:rsidRDefault="000028EC" w:rsidP="00C263FC">
            <w:pPr>
              <w:spacing w:line="240" w:lineRule="auto"/>
              <w:jc w:val="right"/>
            </w:pPr>
            <w:r>
              <w:rPr>
                <w:b/>
                <w:color w:val="173C4F"/>
                <w:sz w:val="15"/>
              </w:rPr>
              <w:t>TOTALE LINEA</w:t>
            </w: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830A07F" w14:textId="77777777" w:rsidR="000028EC" w:rsidRDefault="000028EC" w:rsidP="00C263FC">
            <w:pPr>
              <w:spacing w:line="240" w:lineRule="auto"/>
            </w:pPr>
            <w:r>
              <w:rPr>
                <w:b/>
                <w:sz w:val="15"/>
              </w:rPr>
              <w:t>€ __________</w:t>
            </w: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C8A16A8" w14:textId="77777777" w:rsidR="000028EC" w:rsidRDefault="000028EC" w:rsidP="00C263FC">
            <w:pPr>
              <w:spacing w:line="240" w:lineRule="auto"/>
            </w:pPr>
            <w:r>
              <w:rPr>
                <w:b/>
                <w:sz w:val="15"/>
              </w:rPr>
              <w:t>€ _________</w:t>
            </w:r>
          </w:p>
        </w:tc>
      </w:tr>
    </w:tbl>
    <w:p w14:paraId="2115D5FD" w14:textId="77777777" w:rsidR="00BA6925" w:rsidRDefault="00BA6925" w:rsidP="00C263FC"/>
    <w:p w14:paraId="5DBF0D72" w14:textId="77777777" w:rsidR="00BA6925" w:rsidRDefault="00BA6925" w:rsidP="00C263FC"/>
    <w:tbl>
      <w:tblPr>
        <w:tblW w:w="11170" w:type="dxa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119"/>
        <w:gridCol w:w="1242"/>
        <w:gridCol w:w="2607"/>
        <w:gridCol w:w="1645"/>
        <w:gridCol w:w="2323"/>
        <w:gridCol w:w="1646"/>
        <w:gridCol w:w="1531"/>
        <w:gridCol w:w="57"/>
      </w:tblGrid>
      <w:tr w:rsidR="00BA6925" w:rsidRPr="007853C5" w14:paraId="4829844A" w14:textId="77777777" w:rsidTr="00C263FC">
        <w:trPr>
          <w:gridBefore w:val="1"/>
          <w:wBefore w:w="119" w:type="dxa"/>
          <w:cantSplit/>
          <w:jc w:val="center"/>
        </w:trPr>
        <w:tc>
          <w:tcPr>
            <w:tcW w:w="11051" w:type="dxa"/>
            <w:gridSpan w:val="7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577F77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573B3A5" w14:textId="77777777" w:rsidR="00BA6925" w:rsidRPr="00DD496E" w:rsidRDefault="00BA6925" w:rsidP="00C263FC">
            <w:pPr>
              <w:spacing w:line="247" w:lineRule="auto"/>
              <w:ind w:left="213" w:hanging="213"/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 xml:space="preserve">LINEA </w:t>
            </w:r>
            <w:r>
              <w:rPr>
                <w:b/>
                <w:color w:val="FFFFFF"/>
                <w:sz w:val="15"/>
                <w:lang w:val="it-IT"/>
              </w:rPr>
              <w:t>3</w:t>
            </w:r>
            <w:r w:rsidRPr="00DD496E">
              <w:rPr>
                <w:b/>
                <w:color w:val="FFFFFF"/>
                <w:sz w:val="15"/>
                <w:lang w:val="it-IT"/>
              </w:rPr>
              <w:t xml:space="preserve"> – DIGITALIZZAZIONE E INNOVAZIONE</w:t>
            </w:r>
          </w:p>
          <w:p w14:paraId="42BF83A1" w14:textId="77777777" w:rsidR="00BA6925" w:rsidRPr="00DD496E" w:rsidRDefault="00BA6925" w:rsidP="00C263FC">
            <w:pPr>
              <w:spacing w:line="247" w:lineRule="auto"/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>Siti/e-commerce, sistemi di vendita o prenotazione, software/licenze ammissibili e altri investimenti digitali previsti dal bando.</w:t>
            </w:r>
          </w:p>
        </w:tc>
      </w:tr>
      <w:tr w:rsidR="000028EC" w14:paraId="392E33EB" w14:textId="77777777" w:rsidTr="00C263FC">
        <w:tblPrEx>
          <w:jc w:val="left"/>
        </w:tblPrEx>
        <w:trPr>
          <w:gridAfter w:val="1"/>
          <w:wAfter w:w="57" w:type="dxa"/>
          <w:cantSplit/>
          <w:trHeight w:val="331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BC4EBB0" w14:textId="77777777" w:rsidR="000028EC" w:rsidRPr="00DD496E" w:rsidRDefault="000028EC" w:rsidP="00C263FC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FFFFFF"/>
                <w:sz w:val="14"/>
                <w:lang w:val="it-IT"/>
              </w:rPr>
              <w:t>Fattura</w:t>
            </w:r>
            <w:r w:rsidRPr="00DD496E">
              <w:rPr>
                <w:b/>
                <w:color w:val="FFFFFF"/>
                <w:sz w:val="14"/>
                <w:lang w:val="it-IT"/>
              </w:rPr>
              <w:br/>
              <w:t>(n. e data)</w:t>
            </w: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C92B2DA" w14:textId="77777777" w:rsidR="000028EC" w:rsidRDefault="000028EC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Fornitore</w:t>
            </w: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2E42F09" w14:textId="77777777" w:rsidR="000028EC" w:rsidRDefault="000028EC" w:rsidP="00C263FC">
            <w:pPr>
              <w:spacing w:line="240" w:lineRule="auto"/>
              <w:jc w:val="center"/>
              <w:rPr>
                <w:b/>
                <w:color w:val="FFFFFF"/>
                <w:sz w:val="15"/>
              </w:rPr>
            </w:pPr>
            <w:r>
              <w:rPr>
                <w:b/>
                <w:color w:val="FFFFFF"/>
                <w:sz w:val="14"/>
              </w:rPr>
              <w:t xml:space="preserve">Pagamento effettuato con </w:t>
            </w: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6ED3DF0" w14:textId="77777777" w:rsidR="000028EC" w:rsidRDefault="000028EC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Descrizione spesa</w:t>
            </w: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66E1FF2" w14:textId="77777777" w:rsidR="000028EC" w:rsidRDefault="000028EC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Imponibile €</w:t>
            </w: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9CC2EDA" w14:textId="77777777" w:rsidR="000028EC" w:rsidRDefault="000028EC" w:rsidP="00C263FC">
            <w:pPr>
              <w:spacing w:line="240" w:lineRule="auto"/>
              <w:jc w:val="center"/>
            </w:pPr>
            <w:r>
              <w:rPr>
                <w:b/>
                <w:color w:val="FFFFFF"/>
                <w:sz w:val="14"/>
              </w:rPr>
              <w:t>IVA €</w:t>
            </w:r>
          </w:p>
        </w:tc>
      </w:tr>
      <w:tr w:rsidR="000028EC" w14:paraId="69A1A072" w14:textId="77777777" w:rsidTr="00C263FC">
        <w:tblPrEx>
          <w:jc w:val="left"/>
        </w:tblPrEx>
        <w:trPr>
          <w:gridAfter w:val="1"/>
          <w:wAfter w:w="57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C8A863A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94C4054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D4CA783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30C333FE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BAE6439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C47CD73" w14:textId="77777777" w:rsidR="000028EC" w:rsidRDefault="000028EC" w:rsidP="00C263FC">
            <w:pPr>
              <w:spacing w:line="250" w:lineRule="auto"/>
            </w:pPr>
          </w:p>
        </w:tc>
      </w:tr>
      <w:tr w:rsidR="000028EC" w14:paraId="3FDE0617" w14:textId="77777777" w:rsidTr="00C263FC">
        <w:tblPrEx>
          <w:jc w:val="left"/>
        </w:tblPrEx>
        <w:trPr>
          <w:gridAfter w:val="1"/>
          <w:wAfter w:w="57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895365D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F537EC8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1336ED7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D2FD9B6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FC01062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76413D6A" w14:textId="77777777" w:rsidR="000028EC" w:rsidRDefault="000028EC" w:rsidP="00C263FC">
            <w:pPr>
              <w:spacing w:line="250" w:lineRule="auto"/>
            </w:pPr>
          </w:p>
        </w:tc>
      </w:tr>
      <w:tr w:rsidR="000028EC" w14:paraId="202CA41B" w14:textId="77777777" w:rsidTr="00C263FC">
        <w:tblPrEx>
          <w:jc w:val="left"/>
        </w:tblPrEx>
        <w:trPr>
          <w:gridAfter w:val="1"/>
          <w:wAfter w:w="57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39C807D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5FA16F8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65026F3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BF2FF9D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444DA85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07FC16F" w14:textId="77777777" w:rsidR="000028EC" w:rsidRDefault="000028EC" w:rsidP="00C263FC">
            <w:pPr>
              <w:spacing w:line="250" w:lineRule="auto"/>
            </w:pPr>
          </w:p>
        </w:tc>
      </w:tr>
      <w:tr w:rsidR="000028EC" w14:paraId="23DF266E" w14:textId="77777777" w:rsidTr="00C263FC">
        <w:tblPrEx>
          <w:jc w:val="left"/>
        </w:tblPrEx>
        <w:trPr>
          <w:gridAfter w:val="1"/>
          <w:wAfter w:w="57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BA05F0C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26B34E4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5D8C719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85AF3BC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6445421F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8FBFA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0067C66" w14:textId="77777777" w:rsidR="000028EC" w:rsidRDefault="000028EC" w:rsidP="00C263FC">
            <w:pPr>
              <w:spacing w:line="250" w:lineRule="auto"/>
            </w:pPr>
          </w:p>
        </w:tc>
      </w:tr>
      <w:tr w:rsidR="000028EC" w14:paraId="284C5CE2" w14:textId="77777777" w:rsidTr="00C263FC">
        <w:tblPrEx>
          <w:jc w:val="left"/>
        </w:tblPrEx>
        <w:trPr>
          <w:gridAfter w:val="1"/>
          <w:wAfter w:w="57" w:type="dxa"/>
          <w:cantSplit/>
          <w:trHeight w:val="465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42D2077A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607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E75B208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5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543BA729" w14:textId="77777777" w:rsidR="000028EC" w:rsidRDefault="000028EC" w:rsidP="00C263FC">
            <w:pPr>
              <w:spacing w:line="250" w:lineRule="auto"/>
            </w:pPr>
          </w:p>
        </w:tc>
        <w:tc>
          <w:tcPr>
            <w:tcW w:w="232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F88A9F6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8ED0296" w14:textId="77777777" w:rsidR="000028EC" w:rsidRDefault="000028EC" w:rsidP="00C263FC">
            <w:pPr>
              <w:spacing w:line="250" w:lineRule="auto"/>
            </w:pP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788DB29" w14:textId="77777777" w:rsidR="000028EC" w:rsidRDefault="000028EC" w:rsidP="00C263FC">
            <w:pPr>
              <w:spacing w:line="250" w:lineRule="auto"/>
            </w:pPr>
          </w:p>
        </w:tc>
      </w:tr>
      <w:tr w:rsidR="000028EC" w14:paraId="11A6D50E" w14:textId="77777777" w:rsidTr="00C263FC">
        <w:tblPrEx>
          <w:jc w:val="left"/>
        </w:tblPrEx>
        <w:trPr>
          <w:gridAfter w:val="1"/>
          <w:wAfter w:w="57" w:type="dxa"/>
          <w:cantSplit/>
          <w:trHeight w:val="173"/>
        </w:trPr>
        <w:tc>
          <w:tcPr>
            <w:tcW w:w="1361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14940B4B" w14:textId="77777777" w:rsidR="000028EC" w:rsidRDefault="000028EC" w:rsidP="00C263FC">
            <w:pPr>
              <w:spacing w:line="240" w:lineRule="auto"/>
              <w:jc w:val="right"/>
              <w:rPr>
                <w:b/>
                <w:color w:val="173C4F"/>
              </w:rPr>
            </w:pPr>
          </w:p>
        </w:tc>
        <w:tc>
          <w:tcPr>
            <w:tcW w:w="6575" w:type="dxa"/>
            <w:gridSpan w:val="3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0E81F0C6" w14:textId="77777777" w:rsidR="000028EC" w:rsidRDefault="000028EC" w:rsidP="00C263FC">
            <w:pPr>
              <w:spacing w:line="240" w:lineRule="auto"/>
              <w:jc w:val="right"/>
            </w:pPr>
            <w:r>
              <w:rPr>
                <w:b/>
                <w:color w:val="173C4F"/>
                <w:sz w:val="15"/>
              </w:rPr>
              <w:t>TOTALE LINEA</w:t>
            </w:r>
          </w:p>
        </w:tc>
        <w:tc>
          <w:tcPr>
            <w:tcW w:w="1646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9FE9C12" w14:textId="77777777" w:rsidR="000028EC" w:rsidRDefault="000028EC" w:rsidP="00C263FC">
            <w:pPr>
              <w:spacing w:line="240" w:lineRule="auto"/>
            </w:pPr>
            <w:r>
              <w:rPr>
                <w:b/>
                <w:sz w:val="15"/>
              </w:rPr>
              <w:t>€ __________</w:t>
            </w:r>
          </w:p>
        </w:tc>
        <w:tc>
          <w:tcPr>
            <w:tcW w:w="1531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6" w:type="dxa"/>
              <w:left w:w="56" w:type="dxa"/>
              <w:bottom w:w="20" w:type="dxa"/>
              <w:right w:w="50" w:type="dxa"/>
            </w:tcMar>
            <w:vAlign w:val="center"/>
          </w:tcPr>
          <w:p w14:paraId="27B62499" w14:textId="77777777" w:rsidR="000028EC" w:rsidRDefault="000028EC" w:rsidP="00C263FC">
            <w:pPr>
              <w:spacing w:line="240" w:lineRule="auto"/>
            </w:pPr>
            <w:r>
              <w:rPr>
                <w:b/>
                <w:sz w:val="15"/>
              </w:rPr>
              <w:t>€ _________</w:t>
            </w:r>
          </w:p>
        </w:tc>
      </w:tr>
    </w:tbl>
    <w:p w14:paraId="48483AE6" w14:textId="77777777" w:rsidR="00BA6925" w:rsidRDefault="00BA6925" w:rsidP="00C263FC"/>
    <w:tbl>
      <w:tblPr>
        <w:tblW w:w="0" w:type="auto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3629"/>
        <w:gridCol w:w="3629"/>
        <w:gridCol w:w="3629"/>
      </w:tblGrid>
      <w:tr w:rsidR="00BA6925" w14:paraId="436C30F1" w14:textId="77777777" w:rsidTr="000028EC">
        <w:trPr>
          <w:cantSplit/>
          <w:jc w:val="center"/>
        </w:trPr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60867F8" w14:textId="77777777" w:rsidR="00BA6925" w:rsidRDefault="00BA6925" w:rsidP="00C263FC">
            <w:pPr>
              <w:spacing w:line="250" w:lineRule="auto"/>
              <w:jc w:val="center"/>
            </w:pPr>
            <w:r>
              <w:rPr>
                <w:b/>
                <w:color w:val="FFFFFF"/>
                <w:sz w:val="16"/>
              </w:rPr>
              <w:t>PROSPETTO DI SINTESI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B894379" w14:textId="77777777" w:rsidR="00BA6925" w:rsidRDefault="00BA6925" w:rsidP="00C263FC">
            <w:pPr>
              <w:spacing w:line="250" w:lineRule="auto"/>
              <w:jc w:val="center"/>
            </w:pPr>
            <w:r>
              <w:rPr>
                <w:b/>
                <w:color w:val="FFFFFF"/>
                <w:sz w:val="16"/>
              </w:rPr>
              <w:t>IMPONIBILE €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BEE6381" w14:textId="77777777" w:rsidR="00BA6925" w:rsidRDefault="00D562CD" w:rsidP="00C263FC">
            <w:pPr>
              <w:spacing w:line="250" w:lineRule="auto"/>
              <w:jc w:val="center"/>
            </w:pPr>
            <w:r>
              <w:rPr>
                <w:b/>
                <w:color w:val="FFFFFF"/>
                <w:sz w:val="16"/>
              </w:rPr>
              <w:t>IVA RENDICONTATA</w:t>
            </w:r>
            <w:r w:rsidR="00BA6925">
              <w:rPr>
                <w:b/>
                <w:color w:val="FFFFFF"/>
                <w:sz w:val="16"/>
              </w:rPr>
              <w:t>€</w:t>
            </w:r>
          </w:p>
        </w:tc>
      </w:tr>
      <w:tr w:rsidR="00BA6925" w14:paraId="0188B401" w14:textId="77777777" w:rsidTr="000028EC">
        <w:trPr>
          <w:cantSplit/>
          <w:jc w:val="center"/>
        </w:trPr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289E68AA" w14:textId="77777777" w:rsidR="00BA6925" w:rsidRDefault="00BA6925" w:rsidP="00C263FC">
            <w:pPr>
              <w:spacing w:line="250" w:lineRule="auto"/>
            </w:pPr>
            <w:r>
              <w:rPr>
                <w:color w:val="263238"/>
                <w:sz w:val="16"/>
              </w:rPr>
              <w:t>Linea 1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602216CD" w14:textId="77777777" w:rsidR="00BA6925" w:rsidRDefault="00BA6925" w:rsidP="00C263FC">
            <w:pPr>
              <w:spacing w:line="250" w:lineRule="auto"/>
            </w:pPr>
            <w:r>
              <w:rPr>
                <w:sz w:val="16"/>
              </w:rPr>
              <w:t>€ _____________________________________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6D19689" w14:textId="77777777" w:rsidR="00BA6925" w:rsidRDefault="00BA6925" w:rsidP="00C263FC">
            <w:pPr>
              <w:spacing w:line="250" w:lineRule="auto"/>
            </w:pPr>
            <w:r>
              <w:rPr>
                <w:sz w:val="16"/>
              </w:rPr>
              <w:t>€ _____________________________________</w:t>
            </w:r>
          </w:p>
        </w:tc>
      </w:tr>
      <w:tr w:rsidR="00BA6925" w14:paraId="449E8C42" w14:textId="77777777" w:rsidTr="000028EC">
        <w:trPr>
          <w:cantSplit/>
          <w:jc w:val="center"/>
        </w:trPr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746E409C" w14:textId="77777777" w:rsidR="00BA6925" w:rsidRDefault="00BA6925" w:rsidP="00C263FC">
            <w:pPr>
              <w:spacing w:line="250" w:lineRule="auto"/>
            </w:pPr>
            <w:r>
              <w:rPr>
                <w:color w:val="263238"/>
                <w:sz w:val="16"/>
              </w:rPr>
              <w:t>Linea 2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44B18DFE" w14:textId="77777777" w:rsidR="00BA6925" w:rsidRDefault="00BA6925" w:rsidP="00C263FC">
            <w:pPr>
              <w:spacing w:line="250" w:lineRule="auto"/>
            </w:pPr>
            <w:r>
              <w:rPr>
                <w:sz w:val="16"/>
              </w:rPr>
              <w:t>€ _____________________________________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6AA12F40" w14:textId="77777777" w:rsidR="00BA6925" w:rsidRDefault="00BA6925" w:rsidP="00C263FC">
            <w:pPr>
              <w:spacing w:line="250" w:lineRule="auto"/>
            </w:pPr>
            <w:r>
              <w:rPr>
                <w:sz w:val="16"/>
              </w:rPr>
              <w:t>€ _____________________________________</w:t>
            </w:r>
          </w:p>
        </w:tc>
      </w:tr>
      <w:tr w:rsidR="00BA6925" w14:paraId="75BF19B1" w14:textId="77777777" w:rsidTr="000028EC">
        <w:trPr>
          <w:cantSplit/>
          <w:jc w:val="center"/>
        </w:trPr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17789EF" w14:textId="77777777" w:rsidR="00BA6925" w:rsidRDefault="00BA6925" w:rsidP="00C263FC">
            <w:pPr>
              <w:spacing w:line="250" w:lineRule="auto"/>
            </w:pPr>
            <w:r>
              <w:rPr>
                <w:color w:val="263238"/>
                <w:sz w:val="16"/>
              </w:rPr>
              <w:t>Linea 3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1F35404" w14:textId="77777777" w:rsidR="00BA6925" w:rsidRDefault="00BA6925" w:rsidP="00C263FC">
            <w:pPr>
              <w:spacing w:line="250" w:lineRule="auto"/>
            </w:pPr>
            <w:r>
              <w:rPr>
                <w:sz w:val="16"/>
              </w:rPr>
              <w:t>€ _____________________________________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5EEAEE26" w14:textId="77777777" w:rsidR="00BA6925" w:rsidRDefault="00BA6925" w:rsidP="00C263FC">
            <w:pPr>
              <w:spacing w:line="250" w:lineRule="auto"/>
            </w:pPr>
            <w:r>
              <w:rPr>
                <w:sz w:val="16"/>
              </w:rPr>
              <w:t>€ _____________________________________</w:t>
            </w:r>
          </w:p>
        </w:tc>
      </w:tr>
      <w:tr w:rsidR="00BA6925" w14:paraId="580280BE" w14:textId="77777777" w:rsidTr="000028EC">
        <w:trPr>
          <w:cantSplit/>
          <w:jc w:val="center"/>
        </w:trPr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3F499F1A" w14:textId="77777777" w:rsidR="00BA6925" w:rsidRDefault="00D562CD" w:rsidP="00C263FC">
            <w:pPr>
              <w:spacing w:line="250" w:lineRule="auto"/>
            </w:pPr>
            <w:r w:rsidRPr="00D562CD">
              <w:rPr>
                <w:b/>
                <w:color w:val="173C4F"/>
                <w:sz w:val="16"/>
              </w:rPr>
              <w:t>TOTALE SPESE RENDICONTATE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06696F68" w14:textId="77777777" w:rsidR="00BA6925" w:rsidRDefault="00BA6925" w:rsidP="00C263FC">
            <w:pPr>
              <w:spacing w:line="250" w:lineRule="auto"/>
            </w:pPr>
            <w:r>
              <w:rPr>
                <w:b/>
                <w:sz w:val="16"/>
              </w:rPr>
              <w:t>€ _____________________________________</w:t>
            </w:r>
          </w:p>
        </w:tc>
        <w:tc>
          <w:tcPr>
            <w:tcW w:w="3629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28" w:type="dxa"/>
              <w:left w:w="70" w:type="dxa"/>
              <w:bottom w:w="28" w:type="dxa"/>
              <w:right w:w="70" w:type="dxa"/>
            </w:tcMar>
            <w:vAlign w:val="center"/>
          </w:tcPr>
          <w:p w14:paraId="15E39CC9" w14:textId="77777777" w:rsidR="00BA6925" w:rsidRDefault="00BA6925" w:rsidP="00C263FC">
            <w:pPr>
              <w:spacing w:line="250" w:lineRule="auto"/>
            </w:pPr>
            <w:r>
              <w:rPr>
                <w:b/>
                <w:sz w:val="16"/>
              </w:rPr>
              <w:t>€ _____________________________________</w:t>
            </w:r>
          </w:p>
        </w:tc>
      </w:tr>
    </w:tbl>
    <w:p w14:paraId="7311DBED" w14:textId="77777777" w:rsidR="00BA6925" w:rsidRDefault="00BA6925" w:rsidP="00C263FC">
      <w:pPr>
        <w:spacing w:line="276" w:lineRule="auto"/>
        <w:rPr>
          <w:rFonts w:asciiTheme="majorHAnsi" w:hAnsiTheme="majorHAnsi" w:cstheme="majorHAnsi"/>
          <w:sz w:val="22"/>
        </w:rPr>
      </w:pPr>
    </w:p>
    <w:p w14:paraId="0F2F0A50" w14:textId="77777777" w:rsidR="000028EC" w:rsidRDefault="000028EC" w:rsidP="00C263FC">
      <w:pPr>
        <w:rPr>
          <w:lang w:val="it-IT"/>
        </w:rPr>
      </w:pPr>
    </w:p>
    <w:p w14:paraId="1AAB523E" w14:textId="77777777" w:rsidR="00A605B1" w:rsidRDefault="00A605B1">
      <w:pPr>
        <w:pageBreakBefore/>
        <w:spacing w:after="3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0"/>
        <w:gridCol w:w="8222"/>
        <w:gridCol w:w="2535"/>
        <w:gridCol w:w="16"/>
      </w:tblGrid>
      <w:tr w:rsidR="00A605B1" w14:paraId="4024D9E3" w14:textId="77777777" w:rsidTr="00C263FC">
        <w:trPr>
          <w:gridBefore w:val="1"/>
          <w:wBefore w:w="90" w:type="dxa"/>
        </w:trPr>
        <w:tc>
          <w:tcPr>
            <w:tcW w:w="8222" w:type="dxa"/>
            <w:shd w:val="clear" w:color="auto" w:fill="193D51"/>
            <w:tcMar>
              <w:top w:w="74" w:type="dxa"/>
              <w:left w:w="90" w:type="dxa"/>
              <w:bottom w:w="69" w:type="dxa"/>
              <w:right w:w="90" w:type="dxa"/>
            </w:tcMar>
          </w:tcPr>
          <w:p w14:paraId="397ECA53" w14:textId="77777777" w:rsidR="00A605B1" w:rsidRPr="00BD49FA" w:rsidRDefault="00C263FC">
            <w:pPr>
              <w:rPr>
                <w:lang w:val="it-IT"/>
              </w:rPr>
            </w:pPr>
            <w:r w:rsidRPr="00BD49FA">
              <w:rPr>
                <w:b/>
                <w:color w:val="FFFFFF"/>
                <w:sz w:val="18"/>
                <w:lang w:val="it-IT"/>
              </w:rPr>
              <w:t>DOCUMENTAZIONE E RICHIESTA DI LIQUIDAZIONE</w:t>
            </w:r>
          </w:p>
          <w:p w14:paraId="502495A9" w14:textId="77777777" w:rsidR="00A605B1" w:rsidRPr="00BD49FA" w:rsidRDefault="00C263FC">
            <w:pPr>
              <w:rPr>
                <w:lang w:val="it-IT"/>
              </w:rPr>
            </w:pPr>
            <w:r w:rsidRPr="00BD49FA">
              <w:rPr>
                <w:color w:val="FFFFFF"/>
                <w:sz w:val="14"/>
                <w:lang w:val="it-IT"/>
              </w:rPr>
              <w:t>Allegati, coordinate di accredito e impegni del beneficiario</w:t>
            </w:r>
          </w:p>
        </w:tc>
        <w:tc>
          <w:tcPr>
            <w:tcW w:w="2551" w:type="dxa"/>
            <w:gridSpan w:val="2"/>
            <w:shd w:val="clear" w:color="auto" w:fill="193D51"/>
            <w:tcMar>
              <w:top w:w="74" w:type="dxa"/>
              <w:left w:w="90" w:type="dxa"/>
              <w:bottom w:w="69" w:type="dxa"/>
              <w:right w:w="90" w:type="dxa"/>
            </w:tcMar>
          </w:tcPr>
          <w:p w14:paraId="268E677C" w14:textId="77777777" w:rsidR="00A605B1" w:rsidRDefault="00C263FC">
            <w:pPr>
              <w:jc w:val="right"/>
            </w:pPr>
            <w:r>
              <w:rPr>
                <w:b/>
                <w:color w:val="FFFFFF"/>
                <w:sz w:val="14"/>
              </w:rPr>
              <w:t>H.U.B.</w:t>
            </w:r>
            <w:r>
              <w:rPr>
                <w:b/>
                <w:color w:val="FFFFFF"/>
                <w:sz w:val="14"/>
              </w:rPr>
              <w:br/>
              <w:t>CAMPAGNOLA</w:t>
            </w:r>
          </w:p>
        </w:tc>
      </w:tr>
      <w:tr w:rsidR="000028EC" w:rsidRPr="00BC002D" w14:paraId="4A5B21F1" w14:textId="77777777" w:rsidTr="00C263FC">
        <w:tblPrEx>
          <w:jc w:val="center"/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gridAfter w:val="1"/>
          <w:wAfter w:w="16" w:type="dxa"/>
          <w:cantSplit/>
          <w:jc w:val="center"/>
        </w:trPr>
        <w:tc>
          <w:tcPr>
            <w:tcW w:w="10847" w:type="dxa"/>
            <w:gridSpan w:val="3"/>
            <w:tcBorders>
              <w:top w:val="nil"/>
            </w:tcBorders>
            <w:shd w:val="clear" w:color="auto" w:fill="EA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7AB23" w14:textId="3DA27C49" w:rsidR="00C45DBC" w:rsidRDefault="000028EC" w:rsidP="00C45DBC">
            <w:p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Vanno obbligatoriamente allegati alla pratica di rendicontazione, </w:t>
            </w:r>
            <w:r w:rsidR="007853C5" w:rsidRPr="007853C5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con firma del titolare, legale rappresentante o procuratore munito di procura dell'impresa</w:t>
            </w:r>
            <w:r w:rsidR="007853C5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:</w:t>
            </w:r>
          </w:p>
          <w:p w14:paraId="66FD371A" w14:textId="77777777" w:rsidR="000028EC" w:rsidRPr="00C45DBC" w:rsidRDefault="00C45DBC" w:rsidP="00C45DBC">
            <w:pPr>
              <w:pStyle w:val="Paragrafoelenco"/>
              <w:numPr>
                <w:ilvl w:val="0"/>
                <w:numId w:val="17"/>
              </w:num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Copia delle</w:t>
            </w:r>
            <w:r w:rsidR="000028EC" w:rsidRPr="00C45DBC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fatture indicate in tabella</w:t>
            </w: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, che devono contenere i</w:t>
            </w:r>
            <w:r w:rsidR="000028EC" w:rsidRPr="00C45DBC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l codice CUP assegnato, ciascuna seguita dalla copia del relativo pagamento effettuato</w:t>
            </w:r>
            <w:r w:rsidRPr="00C45DBC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con modalità tracciabile (bonifico, carta di credito, ri.ba, ecc)</w:t>
            </w:r>
            <w:r w:rsidR="000028EC" w:rsidRPr="00C45DBC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;</w:t>
            </w:r>
          </w:p>
          <w:p w14:paraId="1B37D509" w14:textId="77777777" w:rsidR="000028EC" w:rsidRDefault="000028EC" w:rsidP="000028EC">
            <w:pPr>
              <w:pStyle w:val="Paragrafoelenco"/>
              <w:numPr>
                <w:ilvl w:val="0"/>
                <w:numId w:val="10"/>
              </w:num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809AF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Copia di Documento di Identità del richiedente</w:t>
            </w: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(non obbligatoria in caso di firma digitale della presente istanza)</w:t>
            </w:r>
            <w:r w:rsidRPr="004809AF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;</w:t>
            </w:r>
          </w:p>
          <w:p w14:paraId="47F48606" w14:textId="77777777" w:rsidR="00C45DBC" w:rsidRPr="00C45DBC" w:rsidRDefault="00C45DBC" w:rsidP="00C45DBC">
            <w:p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Altra documentazione che può essere allegata (barrare il simbolo </w:t>
            </w:r>
            <w:r w:rsidRPr="004809AF">
              <w:rPr>
                <w:rFonts w:cs="Segoe UI Symbol"/>
                <w:color w:val="263238"/>
                <w:sz w:val="16"/>
                <w:szCs w:val="20"/>
                <w:lang w:val="it-IT"/>
              </w:rPr>
              <w:t>☐</w:t>
            </w:r>
            <w:r>
              <w:rPr>
                <w:rFonts w:cs="Segoe UI Symbol"/>
                <w:color w:val="263238"/>
                <w:sz w:val="16"/>
                <w:szCs w:val="20"/>
                <w:lang w:val="it-IT"/>
              </w:rPr>
              <w:t xml:space="preserve"> </w:t>
            </w: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in caso di presentazione): </w:t>
            </w:r>
          </w:p>
          <w:p w14:paraId="0AC66029" w14:textId="77777777" w:rsidR="000028EC" w:rsidRPr="004809AF" w:rsidRDefault="00D562CD" w:rsidP="000028EC">
            <w:pPr>
              <w:pStyle w:val="Paragrafoelenco"/>
              <w:numPr>
                <w:ilvl w:val="0"/>
                <w:numId w:val="11"/>
              </w:num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D562CD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Eventuali fotografie degli interventi realizzati</w:t>
            </w:r>
            <w:r w:rsidRPr="004809AF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</w:t>
            </w:r>
            <w:r w:rsidR="000028EC" w:rsidRPr="004809AF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(max 5);</w:t>
            </w:r>
          </w:p>
          <w:p w14:paraId="7763BF69" w14:textId="77777777" w:rsidR="000028EC" w:rsidRPr="004809AF" w:rsidRDefault="000028EC" w:rsidP="000028EC">
            <w:pPr>
              <w:pStyle w:val="Paragrafoelenco"/>
              <w:numPr>
                <w:ilvl w:val="0"/>
                <w:numId w:val="11"/>
              </w:num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4809AF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schede tecniche;</w:t>
            </w:r>
          </w:p>
          <w:p w14:paraId="48B31A07" w14:textId="77777777" w:rsidR="000028EC" w:rsidRPr="004809AF" w:rsidRDefault="00F20665" w:rsidP="00F20665">
            <w:pPr>
              <w:pStyle w:val="Paragrafoelenco"/>
              <w:numPr>
                <w:ilvl w:val="0"/>
                <w:numId w:val="11"/>
              </w:num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 w:rsidRPr="00F20665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dichiarazione del revisore dei conti</w:t>
            </w: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 </w:t>
            </w:r>
            <w:r w:rsidR="000028EC" w:rsidRPr="004809AF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o del Commercialista </w:t>
            </w:r>
            <w:r w:rsidR="00C45DBC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 xml:space="preserve">nel caso di </w:t>
            </w:r>
            <w:r w:rsidR="000028EC" w:rsidRPr="004809AF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non detraibilità dell’imposta (obbligatoria in fase di rendicontazione);</w:t>
            </w:r>
          </w:p>
          <w:p w14:paraId="19FA5430" w14:textId="77777777" w:rsidR="000028EC" w:rsidRPr="004809AF" w:rsidRDefault="000028EC" w:rsidP="000028EC">
            <w:pPr>
              <w:pStyle w:val="Paragrafoelenco"/>
              <w:numPr>
                <w:ilvl w:val="0"/>
                <w:numId w:val="11"/>
              </w:num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A</w:t>
            </w:r>
            <w:r w:rsidRPr="004809AF"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ltro ____________________</w:t>
            </w:r>
            <w:r>
              <w:rPr>
                <w:rFonts w:asciiTheme="majorHAnsi" w:hAnsiTheme="majorHAnsi" w:cstheme="majorHAnsi"/>
                <w:color w:val="263238"/>
                <w:sz w:val="16"/>
                <w:szCs w:val="20"/>
                <w:lang w:val="it-IT"/>
              </w:rPr>
              <w:t>_______________________________________________________.</w:t>
            </w:r>
          </w:p>
          <w:p w14:paraId="337C8084" w14:textId="77777777" w:rsidR="000028EC" w:rsidRPr="00BC002D" w:rsidRDefault="000028EC" w:rsidP="000028EC">
            <w:pPr>
              <w:spacing w:after="20" w:line="254" w:lineRule="auto"/>
              <w:rPr>
                <w:rFonts w:asciiTheme="majorHAnsi" w:hAnsiTheme="majorHAnsi" w:cstheme="majorHAnsi"/>
                <w:color w:val="263238"/>
                <w:sz w:val="20"/>
                <w:szCs w:val="20"/>
                <w:lang w:val="it-IT"/>
              </w:rPr>
            </w:pPr>
          </w:p>
        </w:tc>
      </w:tr>
    </w:tbl>
    <w:p w14:paraId="2531FA29" w14:textId="77777777" w:rsidR="000028EC" w:rsidRDefault="000028EC" w:rsidP="00BA6925">
      <w:pPr>
        <w:spacing w:line="276" w:lineRule="auto"/>
        <w:ind w:left="360"/>
        <w:rPr>
          <w:rFonts w:asciiTheme="majorHAnsi" w:hAnsiTheme="majorHAnsi" w:cstheme="majorHAnsi"/>
          <w:sz w:val="22"/>
        </w:rPr>
      </w:pPr>
    </w:p>
    <w:p w14:paraId="0956C80C" w14:textId="77777777" w:rsidR="000028EC" w:rsidRPr="00BA6925" w:rsidRDefault="000028EC" w:rsidP="000028EC">
      <w:pPr>
        <w:keepNext/>
        <w:shd w:val="clear" w:color="auto" w:fill="315E53"/>
        <w:spacing w:after="80" w:line="288" w:lineRule="auto"/>
        <w:rPr>
          <w:rFonts w:asciiTheme="majorHAnsi" w:hAnsiTheme="majorHAnsi" w:cstheme="majorHAnsi"/>
          <w:b/>
          <w:color w:val="000000" w:themeColor="text1"/>
          <w:sz w:val="22"/>
          <w:lang w:val="it-IT"/>
        </w:rPr>
      </w:pPr>
      <w:r>
        <w:rPr>
          <w:rFonts w:asciiTheme="majorHAnsi" w:hAnsiTheme="majorHAnsi" w:cstheme="majorHAnsi"/>
          <w:b/>
          <w:color w:val="FFFFFF"/>
          <w:lang w:val="it-IT"/>
        </w:rPr>
        <w:t>CHIEDE</w:t>
      </w:r>
    </w:p>
    <w:p w14:paraId="61451CF8" w14:textId="77777777" w:rsidR="00BA6925" w:rsidRPr="007A4FE6" w:rsidRDefault="00F20665" w:rsidP="00F20665">
      <w:pPr>
        <w:pStyle w:val="Paragrafoelenco"/>
        <w:keepLines/>
        <w:numPr>
          <w:ilvl w:val="0"/>
          <w:numId w:val="13"/>
        </w:numPr>
        <w:spacing w:after="60" w:line="257" w:lineRule="auto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>
        <w:rPr>
          <w:rFonts w:asciiTheme="majorHAnsi" w:hAnsiTheme="majorHAnsi" w:cstheme="majorHAnsi"/>
          <w:color w:val="263238"/>
          <w:szCs w:val="20"/>
          <w:lang w:val="it-IT"/>
        </w:rPr>
        <w:t>l</w:t>
      </w:r>
      <w:r w:rsidRPr="00F20665">
        <w:rPr>
          <w:rFonts w:asciiTheme="majorHAnsi" w:hAnsiTheme="majorHAnsi" w:cstheme="majorHAnsi"/>
          <w:color w:val="263238"/>
          <w:szCs w:val="20"/>
          <w:lang w:val="it-IT"/>
        </w:rPr>
        <w:t>a liquidazione del contributo spettante sulla base delle spese qui rendicontate, entro i l</w:t>
      </w:r>
      <w:r>
        <w:rPr>
          <w:rFonts w:asciiTheme="majorHAnsi" w:hAnsiTheme="majorHAnsi" w:cstheme="majorHAnsi"/>
          <w:color w:val="263238"/>
          <w:szCs w:val="20"/>
          <w:lang w:val="it-IT"/>
        </w:rPr>
        <w:t>imiti dell'importo già concesso</w:t>
      </w:r>
      <w:r w:rsidR="007A4FE6">
        <w:rPr>
          <w:rFonts w:asciiTheme="majorHAnsi" w:hAnsiTheme="majorHAnsi" w:cstheme="majorHAnsi"/>
          <w:color w:val="263238"/>
          <w:szCs w:val="20"/>
          <w:lang w:val="it-IT"/>
        </w:rPr>
        <w:t>;</w:t>
      </w:r>
    </w:p>
    <w:p w14:paraId="3375412B" w14:textId="202FF96D" w:rsidR="00C45DBC" w:rsidRPr="007A4FE6" w:rsidRDefault="00C45DBC" w:rsidP="00C45DBC">
      <w:pPr>
        <w:pStyle w:val="Paragrafoelenco"/>
        <w:keepLines/>
        <w:numPr>
          <w:ilvl w:val="0"/>
          <w:numId w:val="13"/>
        </w:numPr>
        <w:spacing w:after="60" w:line="257" w:lineRule="auto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7A4FE6">
        <w:rPr>
          <w:rFonts w:asciiTheme="majorHAnsi" w:hAnsiTheme="majorHAnsi" w:cstheme="majorHAnsi"/>
          <w:color w:val="263238"/>
          <w:szCs w:val="20"/>
          <w:lang w:val="it-IT"/>
        </w:rPr>
        <w:t>che il contributo sia accreditato tramite bonifico bancario sul seguente conto corrente aziendale intestat</w:t>
      </w:r>
      <w:r w:rsidR="006F7151">
        <w:rPr>
          <w:rFonts w:asciiTheme="majorHAnsi" w:hAnsiTheme="majorHAnsi" w:cstheme="majorHAnsi"/>
          <w:color w:val="263238"/>
          <w:szCs w:val="20"/>
          <w:lang w:val="it-IT"/>
        </w:rPr>
        <w:t>o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 a _____________________________________________</w:t>
      </w:r>
      <w:r w:rsidR="007A4FE6">
        <w:rPr>
          <w:rFonts w:asciiTheme="majorHAnsi" w:hAnsiTheme="majorHAnsi" w:cstheme="majorHAnsi"/>
          <w:color w:val="263238"/>
          <w:szCs w:val="20"/>
          <w:lang w:val="it-IT"/>
        </w:rPr>
        <w:t>___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>______ IBAN _</w:t>
      </w:r>
      <w:r w:rsidR="007A4FE6">
        <w:rPr>
          <w:rFonts w:asciiTheme="majorHAnsi" w:hAnsiTheme="majorHAnsi" w:cstheme="majorHAnsi"/>
          <w:color w:val="263238"/>
          <w:szCs w:val="20"/>
          <w:lang w:val="it-IT"/>
        </w:rPr>
        <w:t>_____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>_________________________________</w:t>
      </w:r>
    </w:p>
    <w:p w14:paraId="3451D7C1" w14:textId="77777777" w:rsidR="00C45DBC" w:rsidRDefault="00C45DBC" w:rsidP="007A4FE6">
      <w:pPr>
        <w:pStyle w:val="Paragrafoelenco"/>
        <w:keepLines/>
        <w:spacing w:after="60" w:line="257" w:lineRule="auto"/>
        <w:rPr>
          <w:rFonts w:asciiTheme="majorHAnsi" w:hAnsiTheme="majorHAnsi" w:cstheme="majorHAnsi"/>
          <w:color w:val="263238"/>
          <w:szCs w:val="20"/>
          <w:lang w:val="it-IT"/>
        </w:rPr>
      </w:pPr>
      <w:r w:rsidRPr="007A4FE6">
        <w:rPr>
          <w:rFonts w:asciiTheme="majorHAnsi" w:hAnsiTheme="majorHAnsi" w:cstheme="majorHAnsi"/>
          <w:color w:val="263238"/>
          <w:szCs w:val="20"/>
          <w:lang w:val="it-IT"/>
        </w:rPr>
        <w:t>Istituto di Credito _____</w:t>
      </w:r>
      <w:r w:rsidR="007A4FE6">
        <w:rPr>
          <w:rFonts w:asciiTheme="majorHAnsi" w:hAnsiTheme="majorHAnsi" w:cstheme="majorHAnsi"/>
          <w:color w:val="263238"/>
          <w:szCs w:val="20"/>
          <w:lang w:val="it-IT"/>
        </w:rPr>
        <w:t>________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>______________________________ Agenzia/Filiale ___________________________</w:t>
      </w:r>
    </w:p>
    <w:p w14:paraId="42CEC561" w14:textId="77777777" w:rsidR="00C263FC" w:rsidRPr="007A4FE6" w:rsidRDefault="00C263FC" w:rsidP="007A4FE6">
      <w:pPr>
        <w:pStyle w:val="Paragrafoelenco"/>
        <w:keepLines/>
        <w:spacing w:after="60" w:line="257" w:lineRule="auto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</w:p>
    <w:p w14:paraId="1176F1E8" w14:textId="77777777" w:rsidR="00C45DBC" w:rsidRPr="000B7CCE" w:rsidRDefault="00C45DBC" w:rsidP="000B7CCE">
      <w:pPr>
        <w:keepNext/>
        <w:shd w:val="clear" w:color="auto" w:fill="315E53"/>
        <w:spacing w:after="80" w:line="288" w:lineRule="auto"/>
        <w:rPr>
          <w:rFonts w:asciiTheme="majorHAnsi" w:hAnsiTheme="majorHAnsi" w:cstheme="majorHAnsi"/>
          <w:b/>
          <w:color w:val="000000" w:themeColor="text1"/>
          <w:sz w:val="22"/>
          <w:lang w:val="it-IT"/>
        </w:rPr>
      </w:pPr>
      <w:r w:rsidRPr="000B7CCE">
        <w:rPr>
          <w:rFonts w:asciiTheme="majorHAnsi" w:hAnsiTheme="majorHAnsi" w:cstheme="majorHAnsi"/>
          <w:b/>
          <w:color w:val="FFFFFF"/>
          <w:lang w:val="it-IT"/>
        </w:rPr>
        <w:t>SI IMPEGNA A</w:t>
      </w:r>
    </w:p>
    <w:p w14:paraId="1B2B18B1" w14:textId="77777777" w:rsidR="00C45DBC" w:rsidRPr="007A4FE6" w:rsidRDefault="00C45DBC" w:rsidP="007A4FE6">
      <w:pPr>
        <w:pStyle w:val="Paragrafoelenco"/>
        <w:keepLines/>
        <w:numPr>
          <w:ilvl w:val="0"/>
          <w:numId w:val="10"/>
        </w:numPr>
        <w:spacing w:after="60" w:line="257" w:lineRule="auto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7A4FE6">
        <w:rPr>
          <w:rFonts w:asciiTheme="majorHAnsi" w:hAnsiTheme="majorHAnsi" w:cstheme="majorHAnsi"/>
          <w:color w:val="263238"/>
          <w:szCs w:val="20"/>
          <w:lang w:val="it-IT"/>
        </w:rPr>
        <w:t>rispettare tutte le condizioni previste dal bando;</w:t>
      </w:r>
    </w:p>
    <w:p w14:paraId="5F5EF5BF" w14:textId="2894FD09" w:rsidR="00C45DBC" w:rsidRPr="007A4FE6" w:rsidRDefault="00C45DBC" w:rsidP="007A4FE6">
      <w:pPr>
        <w:pStyle w:val="Paragrafoelenco"/>
        <w:keepLines/>
        <w:numPr>
          <w:ilvl w:val="0"/>
          <w:numId w:val="10"/>
        </w:numPr>
        <w:spacing w:after="60" w:line="257" w:lineRule="auto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7A4FE6">
        <w:rPr>
          <w:rFonts w:asciiTheme="majorHAnsi" w:hAnsiTheme="majorHAnsi" w:cstheme="majorHAnsi"/>
          <w:color w:val="263238"/>
          <w:szCs w:val="20"/>
          <w:lang w:val="it-IT"/>
        </w:rPr>
        <w:t>non cessare l’attività d’impresa e mantenere nell’Hub urbano di Campagnola Emilia la sede operativ</w:t>
      </w:r>
      <w:r w:rsidR="00BD49FA">
        <w:rPr>
          <w:rFonts w:asciiTheme="majorHAnsi" w:hAnsiTheme="majorHAnsi" w:cstheme="majorHAnsi"/>
          <w:color w:val="263238"/>
          <w:szCs w:val="20"/>
          <w:lang w:val="it-IT"/>
        </w:rPr>
        <w:t>a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 degli interventi realizzati per a</w:t>
      </w:r>
      <w:r w:rsidR="00BD49FA">
        <w:rPr>
          <w:rFonts w:asciiTheme="majorHAnsi" w:hAnsiTheme="majorHAnsi" w:cstheme="majorHAnsi"/>
          <w:color w:val="263238"/>
          <w:szCs w:val="20"/>
          <w:lang w:val="it-IT"/>
        </w:rPr>
        <w:t>l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meno 3 anni dalla </w:t>
      </w:r>
      <w:r w:rsidR="00F20665" w:rsidRPr="00F20665">
        <w:rPr>
          <w:rFonts w:asciiTheme="majorHAnsi" w:hAnsiTheme="majorHAnsi" w:cstheme="majorHAnsi"/>
          <w:color w:val="263238"/>
          <w:szCs w:val="20"/>
          <w:lang w:val="it-IT"/>
        </w:rPr>
        <w:t>data di ricezione del contributo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, pena la revoca del </w:t>
      </w:r>
      <w:r w:rsidR="00F20665" w:rsidRPr="007A4FE6">
        <w:rPr>
          <w:rFonts w:asciiTheme="majorHAnsi" w:hAnsiTheme="majorHAnsi" w:cstheme="majorHAnsi"/>
          <w:color w:val="263238"/>
          <w:szCs w:val="20"/>
          <w:lang w:val="it-IT"/>
        </w:rPr>
        <w:t>contributo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 concesso con obbligo di restituzione delle eventuali somme erogate</w:t>
      </w:r>
      <w:r w:rsidR="000B7CCE" w:rsidRPr="007A4FE6">
        <w:rPr>
          <w:rFonts w:asciiTheme="majorHAnsi" w:hAnsiTheme="majorHAnsi" w:cstheme="majorHAnsi"/>
          <w:color w:val="263238"/>
          <w:szCs w:val="20"/>
          <w:lang w:val="it-IT"/>
        </w:rPr>
        <w:t>;</w:t>
      </w:r>
    </w:p>
    <w:p w14:paraId="59068A1C" w14:textId="77777777" w:rsidR="000B7CCE" w:rsidRPr="007A4FE6" w:rsidRDefault="007A4FE6" w:rsidP="007A4FE6">
      <w:pPr>
        <w:pStyle w:val="Paragrafoelenco"/>
        <w:keepLines/>
        <w:numPr>
          <w:ilvl w:val="0"/>
          <w:numId w:val="10"/>
        </w:numPr>
        <w:spacing w:after="60" w:line="257" w:lineRule="auto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>
        <w:rPr>
          <w:rFonts w:asciiTheme="majorHAnsi" w:hAnsiTheme="majorHAnsi" w:cstheme="majorHAnsi"/>
          <w:color w:val="263238"/>
          <w:szCs w:val="20"/>
          <w:lang w:val="it-IT"/>
        </w:rPr>
        <w:t xml:space="preserve">conservare per un periodo </w:t>
      </w:r>
      <w:r w:rsidR="000B7CCE" w:rsidRPr="007A4FE6">
        <w:rPr>
          <w:rFonts w:asciiTheme="majorHAnsi" w:hAnsiTheme="majorHAnsi" w:cstheme="majorHAnsi"/>
          <w:color w:val="263238"/>
          <w:szCs w:val="20"/>
          <w:lang w:val="it-IT"/>
        </w:rPr>
        <w:t>di almeno 10 anni dalla data del provvedimento di erogazione del contributo la documentazione attestante gli interventi realizzati;</w:t>
      </w:r>
    </w:p>
    <w:p w14:paraId="6AED3953" w14:textId="77777777" w:rsidR="00C45DBC" w:rsidRPr="007A4FE6" w:rsidRDefault="00C45DBC" w:rsidP="007A4FE6">
      <w:pPr>
        <w:pStyle w:val="Paragrafoelenco"/>
        <w:keepLines/>
        <w:numPr>
          <w:ilvl w:val="0"/>
          <w:numId w:val="10"/>
        </w:numPr>
        <w:spacing w:after="60" w:line="257" w:lineRule="auto"/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7A4FE6">
        <w:rPr>
          <w:rFonts w:asciiTheme="majorHAnsi" w:hAnsiTheme="majorHAnsi" w:cstheme="majorHAnsi"/>
          <w:color w:val="263238"/>
          <w:szCs w:val="20"/>
          <w:lang w:val="it-IT"/>
        </w:rPr>
        <w:t>a fornire</w:t>
      </w:r>
      <w:r w:rsidR="000B7CCE"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 all’Amministrazione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, nei tempi indicati nella richiesta, tutti </w:t>
      </w:r>
      <w:r w:rsidR="000B7CCE" w:rsidRPr="007A4FE6">
        <w:rPr>
          <w:rFonts w:asciiTheme="majorHAnsi" w:hAnsiTheme="majorHAnsi" w:cstheme="majorHAnsi"/>
          <w:color w:val="263238"/>
          <w:szCs w:val="20"/>
          <w:lang w:val="it-IT"/>
        </w:rPr>
        <w:t>i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 documenti utili per effettuare </w:t>
      </w:r>
      <w:r w:rsidR="000B7CCE" w:rsidRPr="007A4FE6">
        <w:rPr>
          <w:rFonts w:asciiTheme="majorHAnsi" w:hAnsiTheme="majorHAnsi" w:cstheme="majorHAnsi"/>
          <w:color w:val="263238"/>
          <w:szCs w:val="20"/>
          <w:lang w:val="it-IT"/>
        </w:rPr>
        <w:t>i</w:t>
      </w:r>
      <w:r w:rsidRPr="007A4FE6">
        <w:rPr>
          <w:rFonts w:asciiTheme="majorHAnsi" w:hAnsiTheme="majorHAnsi" w:cstheme="majorHAnsi"/>
          <w:color w:val="263238"/>
          <w:szCs w:val="20"/>
          <w:lang w:val="it-IT"/>
        </w:rPr>
        <w:t xml:space="preserve"> controlli</w:t>
      </w:r>
      <w:r w:rsidR="000B7CCE" w:rsidRPr="007A4FE6">
        <w:rPr>
          <w:rFonts w:asciiTheme="majorHAnsi" w:hAnsiTheme="majorHAnsi" w:cstheme="majorHAnsi"/>
          <w:color w:val="263238"/>
          <w:szCs w:val="20"/>
          <w:lang w:val="it-IT"/>
        </w:rPr>
        <w:t>.</w:t>
      </w:r>
    </w:p>
    <w:p w14:paraId="29BD073C" w14:textId="77777777" w:rsidR="00020F10" w:rsidRDefault="00020F10">
      <w:pPr>
        <w:rPr>
          <w:lang w:val="it-IT"/>
        </w:rPr>
      </w:pPr>
    </w:p>
    <w:p w14:paraId="53CB59CB" w14:textId="77777777" w:rsidR="00020F10" w:rsidRDefault="00020F10">
      <w:pPr>
        <w:rPr>
          <w:lang w:val="it-IT"/>
        </w:rPr>
      </w:pPr>
    </w:p>
    <w:p w14:paraId="3B40A826" w14:textId="77777777" w:rsidR="004809AF" w:rsidRPr="00DD496E" w:rsidRDefault="004809AF">
      <w:pPr>
        <w:rPr>
          <w:lang w:val="it-IT"/>
        </w:rPr>
      </w:pPr>
    </w:p>
    <w:tbl>
      <w:tblPr>
        <w:tblW w:w="0" w:type="auto"/>
        <w:jc w:val="center"/>
        <w:tblBorders>
          <w:top w:val="single" w:sz="0" w:space="0" w:color="173C4F"/>
          <w:left w:val="single" w:sz="0" w:space="0" w:color="173C4F"/>
          <w:bottom w:val="single" w:sz="0" w:space="0" w:color="173C4F"/>
          <w:right w:val="single" w:sz="0" w:space="0" w:color="173C4F"/>
          <w:insideH w:val="single" w:sz="0" w:space="0" w:color="173C4F"/>
          <w:insideV w:val="single" w:sz="0" w:space="0" w:color="173C4F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5443"/>
        <w:gridCol w:w="56"/>
      </w:tblGrid>
      <w:tr w:rsidR="00811F6F" w14:paraId="5BBD22F2" w14:textId="77777777" w:rsidTr="007F45D6">
        <w:trPr>
          <w:cantSplit/>
          <w:jc w:val="center"/>
        </w:trPr>
        <w:tc>
          <w:tcPr>
            <w:tcW w:w="544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A7F86C2" w14:textId="77777777" w:rsidR="00811F6F" w:rsidRPr="00DD496E" w:rsidRDefault="007A262B">
            <w:pPr>
              <w:spacing w:line="240" w:lineRule="auto"/>
              <w:rPr>
                <w:lang w:val="it-IT"/>
              </w:rPr>
            </w:pPr>
            <w:r w:rsidRPr="00DD496E">
              <w:rPr>
                <w:b/>
                <w:color w:val="FFFFFF"/>
                <w:sz w:val="15"/>
                <w:lang w:val="it-IT"/>
              </w:rPr>
              <w:t>DICHIARAZIONE FINALE E FIRMA DEL RICHIEDENTE</w:t>
            </w:r>
          </w:p>
          <w:p w14:paraId="496188DB" w14:textId="77777777" w:rsidR="00811F6F" w:rsidRDefault="007A262B">
            <w:pPr>
              <w:spacing w:line="240" w:lineRule="auto"/>
            </w:pPr>
            <w:r>
              <w:rPr>
                <w:b/>
                <w:color w:val="FFFFFF"/>
                <w:sz w:val="15"/>
              </w:rPr>
              <w:t xml:space="preserve">Sottoscrizione dell’Allegato </w:t>
            </w:r>
            <w:r w:rsidR="000B7CCE">
              <w:rPr>
                <w:b/>
                <w:color w:val="FFFFFF"/>
                <w:sz w:val="15"/>
              </w:rPr>
              <w:t>3</w:t>
            </w:r>
          </w:p>
        </w:tc>
        <w:tc>
          <w:tcPr>
            <w:tcW w:w="5499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315E53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CC253B" w14:textId="77777777" w:rsidR="00811F6F" w:rsidRDefault="007A262B">
            <w:pPr>
              <w:spacing w:line="240" w:lineRule="auto"/>
              <w:jc w:val="right"/>
            </w:pPr>
            <w:r>
              <w:rPr>
                <w:b/>
                <w:color w:val="FFFFFF"/>
                <w:sz w:val="15"/>
              </w:rPr>
              <w:t>H.U.B.</w:t>
            </w:r>
            <w:r>
              <w:rPr>
                <w:b/>
                <w:color w:val="FFFFFF"/>
                <w:sz w:val="15"/>
              </w:rPr>
              <w:br/>
              <w:t>CAMPAGNOLA</w:t>
            </w:r>
          </w:p>
        </w:tc>
      </w:tr>
      <w:tr w:rsidR="00811F6F" w:rsidRPr="00BC002D" w14:paraId="5055DCDA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jc w:val="center"/>
        </w:trPr>
        <w:tc>
          <w:tcPr>
            <w:tcW w:w="10886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90" w:type="dxa"/>
              <w:left w:w="90" w:type="dxa"/>
              <w:bottom w:w="110" w:type="dxa"/>
              <w:right w:w="90" w:type="dxa"/>
            </w:tcMar>
            <w:vAlign w:val="center"/>
          </w:tcPr>
          <w:p w14:paraId="01F287F1" w14:textId="77777777" w:rsidR="00811F6F" w:rsidRPr="00DD496E" w:rsidRDefault="00811F6F">
            <w:pPr>
              <w:spacing w:line="240" w:lineRule="auto"/>
              <w:rPr>
                <w:lang w:val="it-IT"/>
              </w:rPr>
            </w:pPr>
          </w:p>
        </w:tc>
      </w:tr>
      <w:tr w:rsidR="00811F6F" w14:paraId="513EEA43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trHeight w:val="471"/>
          <w:jc w:val="center"/>
        </w:trPr>
        <w:tc>
          <w:tcPr>
            <w:tcW w:w="544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90" w:type="dxa"/>
              <w:left w:w="90" w:type="dxa"/>
              <w:bottom w:w="110" w:type="dxa"/>
              <w:right w:w="90" w:type="dxa"/>
            </w:tcMar>
            <w:vAlign w:val="center"/>
          </w:tcPr>
          <w:p w14:paraId="090668CC" w14:textId="77777777" w:rsidR="00811F6F" w:rsidRDefault="007A262B">
            <w:pPr>
              <w:spacing w:line="240" w:lineRule="auto"/>
            </w:pPr>
            <w:r>
              <w:rPr>
                <w:color w:val="263238"/>
                <w:sz w:val="15"/>
              </w:rPr>
              <w:t>Luogo _________________________________________</w:t>
            </w:r>
            <w:r w:rsidR="006C46DA">
              <w:rPr>
                <w:color w:val="263238"/>
                <w:sz w:val="15"/>
              </w:rPr>
              <w:t>___________________</w:t>
            </w:r>
            <w:r>
              <w:rPr>
                <w:color w:val="263238"/>
                <w:sz w:val="15"/>
              </w:rPr>
              <w:t>_</w:t>
            </w:r>
          </w:p>
        </w:tc>
        <w:tc>
          <w:tcPr>
            <w:tcW w:w="544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90" w:type="dxa"/>
              <w:left w:w="90" w:type="dxa"/>
              <w:bottom w:w="110" w:type="dxa"/>
              <w:right w:w="90" w:type="dxa"/>
            </w:tcMar>
            <w:vAlign w:val="center"/>
          </w:tcPr>
          <w:p w14:paraId="55EF1D2B" w14:textId="77777777" w:rsidR="00811F6F" w:rsidRDefault="007A262B">
            <w:pPr>
              <w:spacing w:line="240" w:lineRule="auto"/>
            </w:pPr>
            <w:r>
              <w:rPr>
                <w:color w:val="263238"/>
                <w:sz w:val="15"/>
              </w:rPr>
              <w:t>Data ____ / ____ / ______</w:t>
            </w:r>
          </w:p>
        </w:tc>
      </w:tr>
      <w:tr w:rsidR="00811F6F" w14:paraId="6764BCE8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trHeight w:val="595"/>
          <w:jc w:val="center"/>
        </w:trPr>
        <w:tc>
          <w:tcPr>
            <w:tcW w:w="544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90" w:type="dxa"/>
              <w:left w:w="90" w:type="dxa"/>
              <w:bottom w:w="110" w:type="dxa"/>
              <w:right w:w="90" w:type="dxa"/>
            </w:tcMar>
            <w:vAlign w:val="center"/>
          </w:tcPr>
          <w:p w14:paraId="75ADFEE7" w14:textId="77777777" w:rsidR="00811F6F" w:rsidRPr="00DD496E" w:rsidRDefault="007A262B">
            <w:pPr>
              <w:spacing w:line="240" w:lineRule="auto"/>
              <w:rPr>
                <w:lang w:val="it-IT"/>
              </w:rPr>
            </w:pPr>
            <w:r w:rsidRPr="00DD496E">
              <w:rPr>
                <w:color w:val="263238"/>
                <w:sz w:val="15"/>
                <w:lang w:val="it-IT"/>
              </w:rPr>
              <w:t>Nome e cognome del firmatario</w:t>
            </w:r>
            <w:r w:rsidRPr="00DD496E">
              <w:rPr>
                <w:color w:val="263238"/>
                <w:sz w:val="15"/>
                <w:lang w:val="it-IT"/>
              </w:rPr>
              <w:br/>
              <w:t>_______________________________________________</w:t>
            </w:r>
            <w:r w:rsidR="006C46DA">
              <w:rPr>
                <w:color w:val="263238"/>
                <w:sz w:val="15"/>
                <w:lang w:val="it-IT"/>
              </w:rPr>
              <w:t>___________________</w:t>
            </w:r>
          </w:p>
        </w:tc>
        <w:tc>
          <w:tcPr>
            <w:tcW w:w="5443" w:type="dxa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FFFFFF"/>
            <w:tcMar>
              <w:top w:w="90" w:type="dxa"/>
              <w:left w:w="90" w:type="dxa"/>
              <w:bottom w:w="110" w:type="dxa"/>
              <w:right w:w="90" w:type="dxa"/>
            </w:tcMar>
            <w:vAlign w:val="center"/>
          </w:tcPr>
          <w:p w14:paraId="2F18D9B5" w14:textId="77777777" w:rsidR="00811F6F" w:rsidRDefault="007A262B">
            <w:pPr>
              <w:spacing w:line="240" w:lineRule="auto"/>
            </w:pPr>
            <w:r>
              <w:rPr>
                <w:color w:val="263238"/>
                <w:sz w:val="15"/>
              </w:rPr>
              <w:t>Qualifica</w:t>
            </w:r>
            <w:r>
              <w:rPr>
                <w:color w:val="263238"/>
                <w:sz w:val="15"/>
              </w:rPr>
              <w:br/>
              <w:t>_______________________________________________</w:t>
            </w:r>
          </w:p>
        </w:tc>
      </w:tr>
      <w:tr w:rsidR="00811F6F" w:rsidRPr="007853C5" w14:paraId="62FF5C05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trHeight w:val="652"/>
          <w:jc w:val="center"/>
        </w:trPr>
        <w:tc>
          <w:tcPr>
            <w:tcW w:w="10886" w:type="dxa"/>
            <w:gridSpan w:val="2"/>
            <w:tcBorders>
              <w:top w:val="single" w:sz="3" w:space="0" w:color="C9D7D3"/>
              <w:left w:val="single" w:sz="3" w:space="0" w:color="C9D7D3"/>
              <w:bottom w:val="single" w:sz="3" w:space="0" w:color="C9D7D3"/>
              <w:right w:val="single" w:sz="3" w:space="0" w:color="C9D7D3"/>
            </w:tcBorders>
            <w:shd w:val="clear" w:color="auto" w:fill="EAF2EF"/>
            <w:tcMar>
              <w:top w:w="90" w:type="dxa"/>
              <w:left w:w="90" w:type="dxa"/>
              <w:bottom w:w="110" w:type="dxa"/>
              <w:right w:w="90" w:type="dxa"/>
            </w:tcMar>
            <w:vAlign w:val="center"/>
          </w:tcPr>
          <w:p w14:paraId="1EB00D6A" w14:textId="77777777" w:rsidR="00811F6F" w:rsidRPr="00DD496E" w:rsidRDefault="007A262B">
            <w:pPr>
              <w:spacing w:line="240" w:lineRule="auto"/>
              <w:rPr>
                <w:lang w:val="it-IT"/>
              </w:rPr>
            </w:pPr>
            <w:r w:rsidRPr="00DD496E">
              <w:rPr>
                <w:color w:val="263238"/>
                <w:sz w:val="15"/>
                <w:lang w:val="it-IT"/>
              </w:rPr>
              <w:t>Firma del richiedente / legale rappresentante</w:t>
            </w:r>
            <w:r w:rsidR="00C263FC">
              <w:rPr>
                <w:color w:val="263238"/>
                <w:sz w:val="15"/>
                <w:lang w:val="it-IT"/>
              </w:rPr>
              <w:t xml:space="preserve"> </w:t>
            </w:r>
            <w:r w:rsidR="007A4FE6">
              <w:rPr>
                <w:color w:val="263238"/>
                <w:sz w:val="15"/>
                <w:lang w:val="it-IT"/>
              </w:rPr>
              <w:t>/</w:t>
            </w:r>
            <w:r w:rsidR="00C263FC">
              <w:rPr>
                <w:color w:val="263238"/>
                <w:sz w:val="15"/>
                <w:lang w:val="it-IT"/>
              </w:rPr>
              <w:t xml:space="preserve"> </w:t>
            </w:r>
            <w:r w:rsidR="007A4FE6">
              <w:rPr>
                <w:color w:val="263238"/>
                <w:sz w:val="15"/>
                <w:lang w:val="it-IT"/>
              </w:rPr>
              <w:t>Procuratore</w:t>
            </w:r>
            <w:r w:rsidRPr="00DD496E">
              <w:rPr>
                <w:color w:val="263238"/>
                <w:sz w:val="15"/>
                <w:lang w:val="it-IT"/>
              </w:rPr>
              <w:br/>
            </w:r>
            <w:r w:rsidRPr="00DD496E">
              <w:rPr>
                <w:color w:val="263238"/>
                <w:sz w:val="15"/>
                <w:lang w:val="it-IT"/>
              </w:rPr>
              <w:br/>
              <w:t>_______________________________________________________________</w:t>
            </w:r>
          </w:p>
        </w:tc>
      </w:tr>
    </w:tbl>
    <w:p w14:paraId="797A14B6" w14:textId="77777777" w:rsidR="00DA201C" w:rsidRPr="004F53BA" w:rsidRDefault="00DA201C">
      <w:pPr>
        <w:spacing w:line="96" w:lineRule="auto"/>
        <w:rPr>
          <w:rFonts w:asciiTheme="majorHAnsi" w:hAnsiTheme="majorHAnsi" w:cstheme="majorHAnsi"/>
          <w:sz w:val="20"/>
          <w:szCs w:val="20"/>
          <w:lang w:val="it-IT"/>
        </w:rPr>
      </w:pPr>
    </w:p>
    <w:sectPr w:rsidR="00DA201C" w:rsidRPr="004F53BA" w:rsidSect="00E746E7">
      <w:footerReference w:type="default" r:id="rId8"/>
      <w:pgSz w:w="11907" w:h="16839" w:code="9"/>
      <w:pgMar w:top="482" w:right="510" w:bottom="482" w:left="510" w:header="170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98405" w14:textId="77777777" w:rsidR="0060295E" w:rsidRDefault="0060295E">
      <w:pPr>
        <w:spacing w:line="240" w:lineRule="auto"/>
      </w:pPr>
      <w:r>
        <w:separator/>
      </w:r>
    </w:p>
  </w:endnote>
  <w:endnote w:type="continuationSeparator" w:id="0">
    <w:p w14:paraId="4157ABDD" w14:textId="77777777" w:rsidR="0060295E" w:rsidRDefault="00602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EBCA5" w14:textId="77777777" w:rsidR="000028EC" w:rsidRPr="007A4FE6" w:rsidRDefault="000028EC" w:rsidP="007A4FE6">
    <w:pPr>
      <w:pStyle w:val="Pidipagina"/>
      <w:jc w:val="center"/>
      <w:rPr>
        <w:color w:val="68777C"/>
        <w:sz w:val="12"/>
        <w:lang w:val="it-IT"/>
      </w:rPr>
    </w:pPr>
    <w:r w:rsidRPr="00DD496E">
      <w:rPr>
        <w:color w:val="83928D"/>
        <w:sz w:val="13"/>
        <w:lang w:val="it-IT"/>
      </w:rPr>
      <w:t xml:space="preserve">Comune di Campagnola Emilia · H.U.B. – Human Urban Business · Allegato </w:t>
    </w:r>
    <w:r>
      <w:rPr>
        <w:color w:val="83928D"/>
        <w:sz w:val="13"/>
        <w:lang w:val="it-IT"/>
      </w:rPr>
      <w:t>3</w:t>
    </w:r>
    <w:r w:rsidRPr="00DD496E">
      <w:rPr>
        <w:color w:val="83928D"/>
        <w:sz w:val="13"/>
        <w:lang w:val="it-IT"/>
      </w:rPr>
      <w:t xml:space="preserve"> – </w:t>
    </w:r>
    <w:r>
      <w:rPr>
        <w:color w:val="83928D"/>
        <w:sz w:val="13"/>
        <w:lang w:val="it-IT"/>
      </w:rPr>
      <w:t>Rendicontazione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14A06" w14:textId="77777777" w:rsidR="0060295E" w:rsidRDefault="0060295E">
      <w:pPr>
        <w:spacing w:line="240" w:lineRule="auto"/>
      </w:pPr>
      <w:r>
        <w:separator/>
      </w:r>
    </w:p>
  </w:footnote>
  <w:footnote w:type="continuationSeparator" w:id="0">
    <w:p w14:paraId="743804C7" w14:textId="77777777" w:rsidR="0060295E" w:rsidRDefault="006029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F1A0F"/>
    <w:multiLevelType w:val="hybridMultilevel"/>
    <w:tmpl w:val="C85E390C"/>
    <w:lvl w:ilvl="0" w:tplc="BAC6E0A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61F09B6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C52FE"/>
    <w:multiLevelType w:val="hybridMultilevel"/>
    <w:tmpl w:val="D9703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E46FF"/>
    <w:multiLevelType w:val="hybridMultilevel"/>
    <w:tmpl w:val="844CDDB6"/>
    <w:lvl w:ilvl="0" w:tplc="BAC6E0A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C050B"/>
    <w:multiLevelType w:val="hybridMultilevel"/>
    <w:tmpl w:val="517ED6A2"/>
    <w:lvl w:ilvl="0" w:tplc="61F09B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DE7486"/>
    <w:multiLevelType w:val="hybridMultilevel"/>
    <w:tmpl w:val="FFF86CDC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61A75"/>
    <w:multiLevelType w:val="hybridMultilevel"/>
    <w:tmpl w:val="404C10A6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705CA"/>
    <w:multiLevelType w:val="hybridMultilevel"/>
    <w:tmpl w:val="791238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15B41"/>
    <w:multiLevelType w:val="hybridMultilevel"/>
    <w:tmpl w:val="18FCF85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25337B"/>
    <w:multiLevelType w:val="hybridMultilevel"/>
    <w:tmpl w:val="B2F63186"/>
    <w:lvl w:ilvl="0" w:tplc="A56C988C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77026">
    <w:abstractNumId w:val="8"/>
  </w:num>
  <w:num w:numId="2" w16cid:durableId="387337585">
    <w:abstractNumId w:val="6"/>
  </w:num>
  <w:num w:numId="3" w16cid:durableId="1636981553">
    <w:abstractNumId w:val="5"/>
  </w:num>
  <w:num w:numId="4" w16cid:durableId="717440714">
    <w:abstractNumId w:val="4"/>
  </w:num>
  <w:num w:numId="5" w16cid:durableId="43254835">
    <w:abstractNumId w:val="7"/>
  </w:num>
  <w:num w:numId="6" w16cid:durableId="494998244">
    <w:abstractNumId w:val="3"/>
  </w:num>
  <w:num w:numId="7" w16cid:durableId="1826584773">
    <w:abstractNumId w:val="2"/>
  </w:num>
  <w:num w:numId="8" w16cid:durableId="1709526565">
    <w:abstractNumId w:val="1"/>
  </w:num>
  <w:num w:numId="9" w16cid:durableId="1776904883">
    <w:abstractNumId w:val="0"/>
  </w:num>
  <w:num w:numId="10" w16cid:durableId="596449274">
    <w:abstractNumId w:val="10"/>
  </w:num>
  <w:num w:numId="11" w16cid:durableId="1534534528">
    <w:abstractNumId w:val="12"/>
  </w:num>
  <w:num w:numId="12" w16cid:durableId="1247111854">
    <w:abstractNumId w:val="17"/>
  </w:num>
  <w:num w:numId="13" w16cid:durableId="1612587034">
    <w:abstractNumId w:val="11"/>
  </w:num>
  <w:num w:numId="14" w16cid:durableId="158933492">
    <w:abstractNumId w:val="14"/>
  </w:num>
  <w:num w:numId="15" w16cid:durableId="1800568547">
    <w:abstractNumId w:val="16"/>
  </w:num>
  <w:num w:numId="16" w16cid:durableId="934945706">
    <w:abstractNumId w:val="13"/>
  </w:num>
  <w:num w:numId="17" w16cid:durableId="876622745">
    <w:abstractNumId w:val="15"/>
  </w:num>
  <w:num w:numId="18" w16cid:durableId="6486766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8EC"/>
    <w:rsid w:val="00020F10"/>
    <w:rsid w:val="00034616"/>
    <w:rsid w:val="0004420A"/>
    <w:rsid w:val="0006063C"/>
    <w:rsid w:val="000B7CCE"/>
    <w:rsid w:val="000F1844"/>
    <w:rsid w:val="0015074B"/>
    <w:rsid w:val="0018441C"/>
    <w:rsid w:val="001C3A6C"/>
    <w:rsid w:val="0029639D"/>
    <w:rsid w:val="002A5D8A"/>
    <w:rsid w:val="002B29CF"/>
    <w:rsid w:val="00326F90"/>
    <w:rsid w:val="00343482"/>
    <w:rsid w:val="003757B3"/>
    <w:rsid w:val="00390B46"/>
    <w:rsid w:val="003D19BC"/>
    <w:rsid w:val="00447E73"/>
    <w:rsid w:val="004809AF"/>
    <w:rsid w:val="004D50AB"/>
    <w:rsid w:val="004D6D8E"/>
    <w:rsid w:val="004F53BA"/>
    <w:rsid w:val="00511B51"/>
    <w:rsid w:val="0055077B"/>
    <w:rsid w:val="005766B7"/>
    <w:rsid w:val="005A05F6"/>
    <w:rsid w:val="005D4764"/>
    <w:rsid w:val="005E5165"/>
    <w:rsid w:val="00602056"/>
    <w:rsid w:val="0060295E"/>
    <w:rsid w:val="0062235A"/>
    <w:rsid w:val="00655DEE"/>
    <w:rsid w:val="006C46DA"/>
    <w:rsid w:val="006E188A"/>
    <w:rsid w:val="006F7151"/>
    <w:rsid w:val="00701EEE"/>
    <w:rsid w:val="007853C5"/>
    <w:rsid w:val="00790A3A"/>
    <w:rsid w:val="007A262B"/>
    <w:rsid w:val="007A28F8"/>
    <w:rsid w:val="007A3A8C"/>
    <w:rsid w:val="007A4FE6"/>
    <w:rsid w:val="007F45D6"/>
    <w:rsid w:val="008077D7"/>
    <w:rsid w:val="00811F6F"/>
    <w:rsid w:val="008240B3"/>
    <w:rsid w:val="008406BF"/>
    <w:rsid w:val="00902B51"/>
    <w:rsid w:val="00922A9E"/>
    <w:rsid w:val="009C2F34"/>
    <w:rsid w:val="009F660A"/>
    <w:rsid w:val="00A01E96"/>
    <w:rsid w:val="00A16FE0"/>
    <w:rsid w:val="00A605B1"/>
    <w:rsid w:val="00A73BEF"/>
    <w:rsid w:val="00AA1D8D"/>
    <w:rsid w:val="00AF619D"/>
    <w:rsid w:val="00B47730"/>
    <w:rsid w:val="00B7208D"/>
    <w:rsid w:val="00BA6925"/>
    <w:rsid w:val="00BC002D"/>
    <w:rsid w:val="00BD49FA"/>
    <w:rsid w:val="00BD5EE5"/>
    <w:rsid w:val="00C263FC"/>
    <w:rsid w:val="00C45DBC"/>
    <w:rsid w:val="00CB0664"/>
    <w:rsid w:val="00CD6FAD"/>
    <w:rsid w:val="00D13465"/>
    <w:rsid w:val="00D43CFA"/>
    <w:rsid w:val="00D562CD"/>
    <w:rsid w:val="00DA201C"/>
    <w:rsid w:val="00DA5D38"/>
    <w:rsid w:val="00DD16E9"/>
    <w:rsid w:val="00DD496E"/>
    <w:rsid w:val="00E121DC"/>
    <w:rsid w:val="00E71E00"/>
    <w:rsid w:val="00E746E7"/>
    <w:rsid w:val="00EA633D"/>
    <w:rsid w:val="00F20665"/>
    <w:rsid w:val="00F3195D"/>
    <w:rsid w:val="00FA58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A6D231"/>
  <w14:defaultImageDpi w14:val="300"/>
  <w15:docId w15:val="{350F076B-2898-48F8-A96C-E3D47FC7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21" w:lineRule="auto"/>
    </w:pPr>
    <w:rPr>
      <w:rFonts w:ascii="Arial" w:eastAsia="Arial" w:hAnsi="Arial"/>
      <w:sz w:val="1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0"/>
      <w:outlineLvl w:val="0"/>
    </w:pPr>
    <w:rPr>
      <w:rFonts w:asciiTheme="majorHAnsi" w:eastAsiaTheme="majorEastAsia" w:hAnsiTheme="majorHAnsi" w:cstheme="majorBidi"/>
      <w:b/>
      <w:bCs/>
      <w:color w:val="18394B"/>
      <w:sz w:val="21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olor w:val="4F7C78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  <w:rPr>
      <w:rFonts w:ascii="Arial" w:hAnsi="Arial"/>
    </w:r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  <w:rPr>
      <w:rFonts w:ascii="Arial" w:hAnsi="Arial"/>
    </w:rPr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  <w:rPr>
      <w:rFonts w:ascii="Arial" w:hAnsi="Arial"/>
    </w:rPr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  <w:rPr>
      <w:rFonts w:ascii="Arial" w:hAnsi="Arial"/>
    </w:rPr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rFonts w:ascii="Arial" w:hAnsi="Arial"/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rFonts w:ascii="Arial" w:hAnsi="Arial"/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rFonts w:ascii="Arial" w:hAnsi="Arial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ny">
    <w:name w:val="Tiny"/>
    <w:pPr>
      <w:spacing w:after="10" w:line="216" w:lineRule="auto"/>
    </w:pPr>
    <w:rPr>
      <w:rFonts w:ascii="Arial" w:eastAsia="Arial" w:hAnsi="Arial"/>
      <w:color w:val="263238"/>
      <w:sz w:val="12"/>
    </w:rPr>
  </w:style>
  <w:style w:type="paragraph" w:customStyle="1" w:styleId="TinyBold">
    <w:name w:val="TinyBold"/>
    <w:pPr>
      <w:spacing w:after="10" w:line="216" w:lineRule="auto"/>
    </w:pPr>
    <w:rPr>
      <w:rFonts w:ascii="Arial" w:eastAsia="Arial" w:hAnsi="Arial"/>
      <w:b/>
      <w:color w:val="263238"/>
      <w:sz w:val="12"/>
    </w:rPr>
  </w:style>
  <w:style w:type="paragraph" w:customStyle="1" w:styleId="Small">
    <w:name w:val="Small"/>
    <w:pPr>
      <w:spacing w:after="10" w:line="216" w:lineRule="auto"/>
    </w:pPr>
    <w:rPr>
      <w:rFonts w:ascii="Arial" w:eastAsia="Arial" w:hAnsi="Arial"/>
      <w:color w:val="263238"/>
      <w:sz w:val="13"/>
    </w:rPr>
  </w:style>
  <w:style w:type="paragraph" w:customStyle="1" w:styleId="SmallBold">
    <w:name w:val="SmallBold"/>
    <w:pPr>
      <w:spacing w:after="10" w:line="216" w:lineRule="auto"/>
    </w:pPr>
    <w:rPr>
      <w:rFonts w:ascii="Arial" w:eastAsia="Arial" w:hAnsi="Arial"/>
      <w:b/>
      <w:color w:val="263238"/>
      <w:sz w:val="1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D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D38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891EDF-C390-4C1C-904E-85F06FF8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1234</Words>
  <Characters>7037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· Modulo di rendicontazione · H.U.B. Campagnola Emilia</dc:title>
  <dc:subject>Impaginazione coordinata con Allegato 1</dc:subject>
  <dc:creator>python-docx</dc:creator>
  <dc:description>generated by python-docx</dc:description>
  <cp:lastModifiedBy>Alessandro Santachiara</cp:lastModifiedBy>
  <cp:revision>12</cp:revision>
  <cp:lastPrinted>2026-09-16T15:14:00Z</cp:lastPrinted>
  <dcterms:created xsi:type="dcterms:W3CDTF">2026-10-22T06:33:00Z</dcterms:created>
  <dcterms:modified xsi:type="dcterms:W3CDTF">2026-10-22T20:28:00Z</dcterms:modified>
</cp:coreProperties>
</file>