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DA201C" w:rsidRPr="0034729C" w14:paraId="1910158A" w14:textId="77777777">
        <w:trPr>
          <w:cantSplit/>
          <w:jc w:val="center"/>
        </w:trPr>
        <w:tc>
          <w:tcPr>
            <w:tcW w:w="5443" w:type="dxa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5465C1C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28"/>
                <w:lang w:val="it-IT"/>
              </w:rPr>
              <w:t>ALLEGATO 2 · HUB URBANO DI CAMPAGNOLA EMILIA</w:t>
            </w:r>
          </w:p>
          <w:p w14:paraId="47486D85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7"/>
                <w:lang w:val="it-IT"/>
              </w:rPr>
              <w:t>DOMANDA DI CONTRIBUTO · COMMERCIO SU AREA PUBBLICA</w:t>
            </w:r>
          </w:p>
        </w:tc>
        <w:tc>
          <w:tcPr>
            <w:tcW w:w="5443" w:type="dxa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09E6EDE" w14:textId="77777777" w:rsidR="00DA201C" w:rsidRPr="009F2F18" w:rsidRDefault="009F2F18">
            <w:pPr>
              <w:spacing w:after="0" w:line="247" w:lineRule="auto"/>
              <w:jc w:val="right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noProof/>
                <w:sz w:val="20"/>
                <w:szCs w:val="20"/>
                <w:lang w:val="it-IT" w:eastAsia="it-IT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3780C2B1" wp14:editId="61B9C409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-290830</wp:posOffset>
                      </wp:positionV>
                      <wp:extent cx="2011680" cy="1089025"/>
                      <wp:effectExtent l="0" t="0" r="26670" b="15875"/>
                      <wp:wrapNone/>
                      <wp:docPr id="21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1680" cy="1089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0D4EC8" w14:textId="77777777" w:rsidR="000B0C39" w:rsidRPr="004F53BA" w:rsidRDefault="000B0C39" w:rsidP="004F53BA">
                                  <w:pPr>
                                    <w:jc w:val="center"/>
                                    <w:rPr>
                                      <w:lang w:val="it-IT"/>
                                    </w:rPr>
                                  </w:pPr>
                                  <w:r w:rsidRPr="004D50AB">
                                    <w:rPr>
                                      <w:b/>
                                      <w:bCs/>
                                      <w:lang w:val="it-IT"/>
                                    </w:rPr>
                                    <w:t xml:space="preserve">Bollo da €16 </w:t>
                                  </w:r>
                                  <w:r w:rsidRPr="004F53BA">
                                    <w:rPr>
                                      <w:lang w:val="it-IT"/>
                                    </w:rPr>
                                    <w:t>(Da applicare sulla c</w:t>
                                  </w:r>
                                  <w:r>
                                    <w:rPr>
                                      <w:lang w:val="it-IT"/>
                                    </w:rPr>
                                    <w:t>opia cartacea della domanda conservata dal richiedente se inviata digitalmente)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0C2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left:0;text-align:left;margin-left:97.2pt;margin-top:-22.9pt;width:158.4pt;height:85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">
                      <v:textbox>
                        <w:txbxContent>
                          <w:p w14:paraId="650D4EC8" w14:textId="77777777" w:rsidR="000B0C39" w:rsidRPr="004F53BA" w:rsidRDefault="000B0C39" w:rsidP="004F53B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  <w:r w:rsidRPr="004D50AB">
                              <w:rPr>
                                <w:b/>
                                <w:bCs/>
                                <w:lang w:val="it-IT"/>
                              </w:rPr>
                              <w:t xml:space="preserve">Bollo da €16 </w:t>
                            </w:r>
                            <w:r w:rsidRPr="004F53BA">
                              <w:rPr>
                                <w:lang w:val="it-IT"/>
                              </w:rPr>
                              <w:t>(Da applicare sulla c</w:t>
                            </w:r>
                            <w:r>
                              <w:rPr>
                                <w:lang w:val="it-IT"/>
                              </w:rPr>
                              <w:t>opia cartacea della domanda conservata dal richiedente se inviata digitalmente)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9170F46" w14:textId="77777777" w:rsidR="00DA201C" w:rsidRPr="009F2F18" w:rsidRDefault="00DA201C">
      <w:pPr>
        <w:spacing w:after="0" w:line="96" w:lineRule="auto"/>
        <w:rPr>
          <w:rFonts w:cs="Arial"/>
          <w:sz w:val="20"/>
          <w:szCs w:val="20"/>
          <w:lang w:val="it-IT"/>
        </w:rPr>
      </w:pPr>
    </w:p>
    <w:p w14:paraId="24B1B67D" w14:textId="77777777" w:rsidR="00DA201C" w:rsidRPr="003F002C" w:rsidRDefault="00DA5D38">
      <w:pPr>
        <w:spacing w:after="0" w:line="247" w:lineRule="auto"/>
        <w:rPr>
          <w:rFonts w:cs="Arial"/>
          <w:sz w:val="20"/>
          <w:szCs w:val="20"/>
          <w:lang w:val="it-IT"/>
        </w:rPr>
      </w:pPr>
      <w:r w:rsidRPr="003F002C">
        <w:rPr>
          <w:rFonts w:cs="Arial"/>
          <w:b/>
          <w:color w:val="193D51"/>
          <w:sz w:val="20"/>
          <w:lang w:val="it-IT"/>
        </w:rPr>
        <w:t>DOMANDA DI CONTRIBUTO · OPERATORI DEL MERCATO</w:t>
      </w:r>
    </w:p>
    <w:tbl>
      <w:tblPr>
        <w:tblW w:w="0" w:type="auto"/>
        <w:jc w:val="center"/>
        <w:tblBorders>
          <w:top w:val="single" w:sz="2" w:space="0" w:color="C7D0D3"/>
          <w:left w:val="single" w:sz="2" w:space="0" w:color="C7D0D3"/>
          <w:bottom w:val="single" w:sz="2" w:space="0" w:color="C7D0D3"/>
          <w:right w:val="single" w:sz="2" w:space="0" w:color="C7D0D3"/>
          <w:insideH w:val="single" w:sz="2" w:space="0" w:color="C7D0D3"/>
          <w:insideV w:val="single" w:sz="2" w:space="0" w:color="C7D0D3"/>
        </w:tblBorders>
        <w:tblLayout w:type="fixed"/>
        <w:tblLook w:val="04A0" w:firstRow="1" w:lastRow="0" w:firstColumn="1" w:lastColumn="0" w:noHBand="0" w:noVBand="1"/>
      </w:tblPr>
      <w:tblGrid>
        <w:gridCol w:w="5158"/>
        <w:gridCol w:w="5684"/>
      </w:tblGrid>
      <w:tr w:rsidR="00DA201C" w:rsidRPr="0034729C" w14:paraId="719F1AE9" w14:textId="77777777" w:rsidTr="00DA5D38">
        <w:trPr>
          <w:cantSplit/>
          <w:jc w:val="center"/>
        </w:trPr>
        <w:tc>
          <w:tcPr>
            <w:tcW w:w="10842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B2ACE1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4"/>
                <w:lang w:val="it-IT"/>
              </w:rPr>
              <w:t>Come si compila. Le sezioni in VERDE SCURO sono a cura del RICHIEDENTE; i riquadri in ARANCIO sono riservati all’UFFICIO. Il modello riguarda imprese con concessione di posteggio in mercati o posteggi isolati situati nell’</w:t>
            </w:r>
            <w:proofErr w:type="spellStart"/>
            <w:r w:rsidRPr="003F002C">
              <w:rPr>
                <w:rFonts w:cs="Arial"/>
                <w:sz w:val="14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sz w:val="14"/>
                <w:lang w:val="it-IT"/>
              </w:rPr>
              <w:t>. Sono ammesse le sole Linee 2 e 3. I criteri premiali sono richiesti con una crocetta; l’Ufficio verifica i requisiti e attribuisce i punti.</w:t>
            </w:r>
          </w:p>
        </w:tc>
      </w:tr>
      <w:tr w:rsidR="00DA201C" w:rsidRPr="0034729C" w14:paraId="2B1E1A9E" w14:textId="77777777" w:rsidTr="00DA5D38">
        <w:tblPrEx>
          <w:tblBorders>
            <w:top w:val="single" w:sz="0" w:space="0" w:color="334B5C"/>
            <w:left w:val="single" w:sz="0" w:space="0" w:color="334B5C"/>
            <w:bottom w:val="single" w:sz="0" w:space="0" w:color="334B5C"/>
            <w:right w:val="single" w:sz="0" w:space="0" w:color="334B5C"/>
            <w:insideH w:val="single" w:sz="0" w:space="0" w:color="334B5C"/>
            <w:insideV w:val="single" w:sz="0" w:space="0" w:color="334B5C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FD8616A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RISERVATO ALL’UFFICIO · IDENTIFICAZIONE DELLA PRATICA</w:t>
            </w:r>
          </w:p>
        </w:tc>
      </w:tr>
      <w:tr w:rsidR="00DA201C" w:rsidRPr="009F2F18" w14:paraId="6F8D2641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CEFE3A9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Protocollo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n. _________________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>_  del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 / ____ / ______</w:t>
            </w:r>
          </w:p>
        </w:tc>
        <w:tc>
          <w:tcPr>
            <w:tcW w:w="5684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9FD9014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ID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domanda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/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fascicolo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</w:t>
            </w:r>
          </w:p>
        </w:tc>
      </w:tr>
      <w:tr w:rsidR="00DA201C" w:rsidRPr="009F2F18" w14:paraId="73F9396B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5018766" w14:textId="77777777" w:rsidR="00DA201C" w:rsidRPr="009F2F18" w:rsidRDefault="00DA5D38" w:rsidP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CUP /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riferimento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>progetto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 _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</w:t>
            </w:r>
          </w:p>
        </w:tc>
        <w:tc>
          <w:tcPr>
            <w:tcW w:w="5684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B40A3A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Istruttore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</w:t>
            </w:r>
          </w:p>
        </w:tc>
      </w:tr>
      <w:tr w:rsidR="00DA201C" w:rsidRPr="0034729C" w14:paraId="596CA85F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1CC2DF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A CURA DEL RICHIEDENTE · DATI DEL SOGGETTO CHE PRESENTA LA DOMANDA</w:t>
            </w:r>
          </w:p>
        </w:tc>
      </w:tr>
      <w:tr w:rsidR="00DA201C" w:rsidRPr="009F2F18" w14:paraId="32A74907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8429AA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Cognome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13F40D7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Nome ______________________________________________________</w:t>
            </w:r>
          </w:p>
        </w:tc>
      </w:tr>
      <w:tr w:rsidR="00DA201C" w:rsidRPr="009F2F18" w14:paraId="65739D32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A971FA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Codice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fiscale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</w:t>
            </w:r>
            <w:r w:rsidR="00390B46" w:rsidRPr="009F2F18">
              <w:rPr>
                <w:rFonts w:cs="Arial"/>
                <w:color w:val="263238"/>
                <w:sz w:val="15"/>
                <w:szCs w:val="20"/>
              </w:rPr>
              <w:t>_____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8654E5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Nato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/a a ________________________________________________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il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 / ____ / ______</w:t>
            </w:r>
          </w:p>
        </w:tc>
      </w:tr>
      <w:tr w:rsidR="00DA201C" w:rsidRPr="009F2F18" w14:paraId="44D3567F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F62765C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Residenza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: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Comune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 CAP 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F63702E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Via/Piazza _________________________________ n. ______</w:t>
            </w:r>
          </w:p>
        </w:tc>
      </w:tr>
      <w:tr w:rsidR="00DA201C" w:rsidRPr="009F2F18" w14:paraId="7432FB43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AA3268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Telefono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</w:t>
            </w:r>
            <w:r w:rsidR="004F53BA" w:rsidRPr="009F2F18">
              <w:rPr>
                <w:rFonts w:cs="Arial"/>
                <w:color w:val="263238"/>
                <w:sz w:val="15"/>
                <w:szCs w:val="20"/>
              </w:rPr>
              <w:t>____________________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5CABAD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E-mail ___________________________________________________</w:t>
            </w:r>
          </w:p>
        </w:tc>
      </w:tr>
      <w:tr w:rsidR="00DA201C" w:rsidRPr="009F2F18" w14:paraId="6CD0A7C0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DE3D70" w14:textId="77777777" w:rsidR="00DD496E" w:rsidRPr="009F2F18" w:rsidRDefault="00DA5D38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In qualità di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titolare 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legale rappresentante   </w:t>
            </w:r>
          </w:p>
          <w:p w14:paraId="02E7D486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procuratore</w:t>
            </w:r>
            <w:r w:rsidR="001C3A6C"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(ALLEGARE PROCURA/DELEGA)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2D0BC33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Altro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____________________________________________________</w:t>
            </w:r>
          </w:p>
        </w:tc>
      </w:tr>
      <w:tr w:rsidR="00DA201C" w:rsidRPr="0034729C" w14:paraId="3DAC3591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C05C93" w14:textId="77777777" w:rsidR="00DA201C" w:rsidRPr="009F2F18" w:rsidRDefault="00DA5D38">
            <w:pPr>
              <w:keepNext/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A CURA DEL RICHIEDENTE · DATI DELL’IMPRESA</w:t>
            </w:r>
          </w:p>
        </w:tc>
      </w:tr>
      <w:tr w:rsidR="00DA201C" w:rsidRPr="009F2F18" w14:paraId="26CA2DBD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28FBE11" w14:textId="77777777" w:rsidR="00DA201C" w:rsidRPr="009F2F18" w:rsidRDefault="00DA5D38" w:rsidP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Denominazione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/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ragione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sociale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F7B431B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Forma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giuridica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_______________________________________________________</w:t>
            </w:r>
          </w:p>
        </w:tc>
      </w:tr>
      <w:tr w:rsidR="00DA201C" w:rsidRPr="009F2F18" w14:paraId="4C01C27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54977B7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Codice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fiscale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impresa __________________________________________________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E8268F7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Partita IVA _______________________________________________________</w:t>
            </w:r>
          </w:p>
        </w:tc>
      </w:tr>
      <w:tr w:rsidR="00DA201C" w:rsidRPr="009F2F18" w14:paraId="0111D533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8F31CA" w14:textId="77777777" w:rsidR="00DA5D38" w:rsidRPr="009F2F18" w:rsidRDefault="00DA5D38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N. REA ___________________________________________</w:t>
            </w:r>
          </w:p>
          <w:p w14:paraId="6276004D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CCIAA 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F675CB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Codice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ATECO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prevalente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</w:t>
            </w:r>
          </w:p>
        </w:tc>
      </w:tr>
      <w:tr w:rsidR="00DA201C" w:rsidRPr="009F2F18" w14:paraId="776E6F91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2CC0F3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Sede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legale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: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Comune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 CAP _________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F2DF53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Via/Piazza _________________________________ n. ______</w:t>
            </w:r>
          </w:p>
        </w:tc>
      </w:tr>
      <w:tr w:rsidR="00DA201C" w:rsidRPr="009F2F18" w14:paraId="024298B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BB124C" w14:textId="77777777" w:rsidR="00DA201C" w:rsidRPr="009F2F18" w:rsidRDefault="00DA5D38" w:rsidP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PEC __________________________________________________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B9DAEE" w14:textId="77777777" w:rsidR="00DA5D38" w:rsidRPr="009F2F18" w:rsidRDefault="00DA5D38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Telefono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</w:p>
          <w:p w14:paraId="1E10B6D4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</w:t>
            </w:r>
          </w:p>
        </w:tc>
      </w:tr>
      <w:tr w:rsidR="00DA201C" w:rsidRPr="009F2F18" w14:paraId="3BD81926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EA6D91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Dimensione impresa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micro 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piccola 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  <w:lang w:val="it-IT"/>
              </w:rPr>
              <w:t xml:space="preserve"> media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7A2486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Data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avvio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impresa ____ / ____ / ______</w:t>
            </w:r>
          </w:p>
        </w:tc>
      </w:tr>
      <w:tr w:rsidR="00DA201C" w:rsidRPr="0034729C" w14:paraId="5D998326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C499301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lang w:val="it-IT"/>
              </w:rPr>
              <w:t>A CURA DEL RICHIEDENTE · ATTIVITÀ SU AREA PUBBLICA E POSTEGGIO</w:t>
            </w:r>
          </w:p>
        </w:tc>
      </w:tr>
      <w:tr w:rsidR="00DA201C" w:rsidRPr="0034729C" w14:paraId="56E855EF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49375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Mercato / posteggio oggetto dell’intervento</w:t>
            </w:r>
          </w:p>
          <w:p w14:paraId="44DC41EB" w14:textId="77777777" w:rsidR="009F2F18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 xml:space="preserve">___________________________________________  </w:t>
            </w:r>
          </w:p>
          <w:p w14:paraId="50D9BB3F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n. posteggio ______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BF148C9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Estremi concessione (se noti)</w:t>
            </w:r>
          </w:p>
          <w:p w14:paraId="02822C40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N. ___________________ del ____ / ____ / ______</w:t>
            </w:r>
          </w:p>
        </w:tc>
      </w:tr>
      <w:tr w:rsidR="00DA201C" w:rsidRPr="0034729C" w14:paraId="105D4376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A35A4FE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</w:rPr>
              <w:t>Settore</w:t>
            </w:r>
            <w:proofErr w:type="spellEnd"/>
            <w:r w:rsidRPr="009F2F18">
              <w:rPr>
                <w:rFonts w:cs="Arial"/>
              </w:rPr>
              <w:t xml:space="preserve"> </w:t>
            </w:r>
            <w:proofErr w:type="spellStart"/>
            <w:r w:rsidRPr="009F2F18">
              <w:rPr>
                <w:rFonts w:cs="Arial"/>
              </w:rPr>
              <w:t>merceologico</w:t>
            </w:r>
            <w:proofErr w:type="spellEnd"/>
            <w:r w:rsidRPr="009F2F18">
              <w:rPr>
                <w:rFonts w:cs="Arial"/>
              </w:rPr>
              <w:t xml:space="preserve"> / </w:t>
            </w:r>
            <w:proofErr w:type="spellStart"/>
            <w:r w:rsidRPr="009F2F18">
              <w:rPr>
                <w:rFonts w:cs="Arial"/>
              </w:rPr>
              <w:t>prodotti</w:t>
            </w:r>
            <w:proofErr w:type="spellEnd"/>
            <w:r w:rsidRPr="009F2F18">
              <w:rPr>
                <w:rFonts w:cs="Arial"/>
              </w:rPr>
              <w:t xml:space="preserve"> </w:t>
            </w:r>
            <w:proofErr w:type="spellStart"/>
            <w:r w:rsidRPr="009F2F18">
              <w:rPr>
                <w:rFonts w:cs="Arial"/>
              </w:rPr>
              <w:t>commercializzati</w:t>
            </w:r>
            <w:proofErr w:type="spellEnd"/>
          </w:p>
          <w:p w14:paraId="670775B8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</w:rPr>
              <w:t>_________________________________________________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3BFEB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Autorizzazione commercio su area pubblica (se nota)</w:t>
            </w:r>
          </w:p>
          <w:p w14:paraId="2CA6A6E4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 xml:space="preserve">N. ___________________   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r w:rsidRPr="003F002C">
              <w:rPr>
                <w:rFonts w:cs="Arial"/>
                <w:lang w:val="it-IT"/>
              </w:rPr>
              <w:t xml:space="preserve"> Tipo A   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r w:rsidRPr="003F002C">
              <w:rPr>
                <w:rFonts w:cs="Arial"/>
                <w:lang w:val="it-IT"/>
              </w:rPr>
              <w:t xml:space="preserve"> altro titolo ammesso</w:t>
            </w:r>
          </w:p>
        </w:tc>
      </w:tr>
      <w:tr w:rsidR="00DA201C" w:rsidRPr="009F2F18" w14:paraId="3E9A034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4F1B60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proofErr w:type="gramStart"/>
            <w:r w:rsidRPr="003F002C">
              <w:rPr>
                <w:rFonts w:cs="Arial"/>
                <w:lang w:val="it-IT"/>
              </w:rPr>
              <w:t xml:space="preserve">Tipologia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proofErr w:type="gramEnd"/>
            <w:r w:rsidRPr="003F002C">
              <w:rPr>
                <w:rFonts w:cs="Arial"/>
                <w:lang w:val="it-IT"/>
              </w:rPr>
              <w:t xml:space="preserve"> attività esistente 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r w:rsidRPr="003F002C">
              <w:rPr>
                <w:rFonts w:cs="Arial"/>
                <w:lang w:val="it-IT"/>
              </w:rPr>
              <w:t xml:space="preserve"> subingresso</w:t>
            </w:r>
          </w:p>
          <w:p w14:paraId="27E1BC55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r w:rsidRPr="003F002C">
              <w:rPr>
                <w:rFonts w:cs="Arial"/>
                <w:lang w:val="it-IT"/>
              </w:rPr>
              <w:t xml:space="preserve"> nuova impresa con posteggio assegnato</w:t>
            </w:r>
          </w:p>
        </w:tc>
        <w:tc>
          <w:tcPr>
            <w:tcW w:w="5684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02D7C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Presenza nel mercato (per verifica d’ufficio)</w:t>
            </w:r>
          </w:p>
          <w:p w14:paraId="7A1CD165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</w:rPr>
              <w:t xml:space="preserve">Data </w:t>
            </w:r>
            <w:proofErr w:type="spellStart"/>
            <w:r w:rsidRPr="009F2F18">
              <w:rPr>
                <w:rFonts w:cs="Arial"/>
              </w:rPr>
              <w:t>inizio</w:t>
            </w:r>
            <w:proofErr w:type="spellEnd"/>
            <w:r w:rsidRPr="009F2F18">
              <w:rPr>
                <w:rFonts w:cs="Arial"/>
              </w:rPr>
              <w:t xml:space="preserve"> </w:t>
            </w:r>
            <w:proofErr w:type="spellStart"/>
            <w:r w:rsidRPr="009F2F18">
              <w:rPr>
                <w:rFonts w:cs="Arial"/>
              </w:rPr>
              <w:t>attività</w:t>
            </w:r>
            <w:proofErr w:type="spellEnd"/>
            <w:r w:rsidRPr="009F2F18">
              <w:rPr>
                <w:rFonts w:cs="Arial"/>
              </w:rPr>
              <w:t xml:space="preserve"> ____ / ____ / ______</w:t>
            </w:r>
          </w:p>
        </w:tc>
      </w:tr>
      <w:tr w:rsidR="00DA201C" w:rsidRPr="0034729C" w14:paraId="495F65DE" w14:textId="77777777" w:rsidTr="00DA5D38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5158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57DABAA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Linea/e richiesta/</w:t>
            </w:r>
            <w:proofErr w:type="gramStart"/>
            <w:r w:rsidRPr="003F002C">
              <w:rPr>
                <w:rFonts w:cs="Arial"/>
                <w:lang w:val="it-IT"/>
              </w:rPr>
              <w:t xml:space="preserve">e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proofErr w:type="gramEnd"/>
            <w:r w:rsidRPr="003F002C">
              <w:rPr>
                <w:rFonts w:cs="Arial"/>
                <w:lang w:val="it-IT"/>
              </w:rPr>
              <w:t xml:space="preserve"> Linea 2    </w:t>
            </w:r>
            <w:r w:rsidRPr="003F002C">
              <w:rPr>
                <w:rFonts w:ascii="MS Gothic" w:eastAsia="MS Gothic" w:hAnsi="MS Gothic" w:cs="MS Gothic" w:hint="eastAsia"/>
                <w:lang w:val="it-IT"/>
              </w:rPr>
              <w:t>☐</w:t>
            </w:r>
            <w:r w:rsidRPr="003F002C">
              <w:rPr>
                <w:rFonts w:cs="Arial"/>
                <w:lang w:val="it-IT"/>
              </w:rPr>
              <w:t xml:space="preserve"> Linea 3</w:t>
            </w:r>
          </w:p>
        </w:tc>
        <w:tc>
          <w:tcPr>
            <w:tcW w:w="568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12F7AEA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Costo totale progetto € _________________________</w:t>
            </w:r>
          </w:p>
          <w:p w14:paraId="058B3AE7" w14:textId="77777777" w:rsidR="00D13C85" w:rsidRPr="003F002C" w:rsidRDefault="002F51D3" w:rsidP="009F2F18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Massimale contributo: € 3.000 (art. 6)</w:t>
            </w:r>
          </w:p>
        </w:tc>
      </w:tr>
      <w:tr w:rsidR="00DA201C" w:rsidRPr="0034729C" w14:paraId="3689CE91" w14:textId="77777777" w:rsidTr="00DA5D3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cantSplit/>
          <w:jc w:val="center"/>
        </w:trPr>
        <w:tc>
          <w:tcPr>
            <w:tcW w:w="10842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BD3C718" w14:textId="77777777" w:rsidR="00DA201C" w:rsidRPr="009F2F18" w:rsidRDefault="00DA5D38">
            <w:pPr>
              <w:keepNext/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A CURA DEL RICHIEDENTE · SINTESI DELL’INTERVENTO</w:t>
            </w:r>
          </w:p>
        </w:tc>
      </w:tr>
      <w:tr w:rsidR="00DA5D38" w:rsidRPr="009F2F18" w14:paraId="3D0A9934" w14:textId="77777777" w:rsidTr="001C3A6C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trHeight w:val="1352"/>
          <w:jc w:val="center"/>
        </w:trPr>
        <w:tc>
          <w:tcPr>
            <w:tcW w:w="10842" w:type="dxa"/>
            <w:gridSpan w:val="2"/>
            <w:tcBorders>
              <w:bottom w:val="nil"/>
            </w:tcBorders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FC66B6A" w14:textId="77777777" w:rsidR="001C3A6C" w:rsidRPr="009F2F18" w:rsidRDefault="00DA5D38" w:rsidP="00DA5D38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Descrizione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sintetica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>:</w:t>
            </w:r>
          </w:p>
          <w:p w14:paraId="5A139A12" w14:textId="77777777" w:rsidR="00DA5D38" w:rsidRPr="009F2F18" w:rsidRDefault="00DA5D38" w:rsidP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C3A6C"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</w:t>
            </w:r>
          </w:p>
        </w:tc>
      </w:tr>
      <w:tr w:rsidR="001C3A6C" w:rsidRPr="0034729C" w14:paraId="0CC8A417" w14:textId="77777777" w:rsidTr="001C3A6C">
        <w:trPr>
          <w:cantSplit/>
          <w:jc w:val="center"/>
        </w:trPr>
        <w:tc>
          <w:tcPr>
            <w:tcW w:w="10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AA4329C" w14:textId="77777777" w:rsidR="00D13C85" w:rsidRPr="00A62FD8" w:rsidRDefault="002F51D3">
            <w:pPr>
              <w:keepNext/>
              <w:spacing w:after="0" w:line="247" w:lineRule="auto"/>
              <w:jc w:val="center"/>
              <w:rPr>
                <w:rFonts w:cs="Arial"/>
                <w:sz w:val="24"/>
                <w:szCs w:val="24"/>
                <w:lang w:val="it-IT"/>
              </w:rPr>
            </w:pPr>
            <w:r w:rsidRPr="00A62FD8">
              <w:rPr>
                <w:rFonts w:cs="Arial"/>
                <w:b/>
                <w:color w:val="193D51"/>
                <w:sz w:val="24"/>
                <w:szCs w:val="24"/>
                <w:lang w:val="it-IT"/>
              </w:rPr>
              <w:t>CHIEDE</w:t>
            </w:r>
          </w:p>
          <w:p w14:paraId="683678E4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lang w:val="it-IT"/>
              </w:rPr>
              <w:t>di essere ammesso/a al contributo previsto dal bando H.U.B. di Campagnola Emilia per il progetto indicato, nei limiti delle Linee 2 e/o 3 e del massimale per gli operatori su area pubblica.</w:t>
            </w:r>
          </w:p>
        </w:tc>
      </w:tr>
    </w:tbl>
    <w:p w14:paraId="73054994" w14:textId="77777777" w:rsidR="009F2F18" w:rsidRPr="009F2F18" w:rsidRDefault="009F2F18">
      <w:pPr>
        <w:spacing w:after="0" w:line="96" w:lineRule="auto"/>
        <w:rPr>
          <w:rFonts w:cs="Arial"/>
          <w:sz w:val="20"/>
          <w:szCs w:val="20"/>
          <w:lang w:val="it-IT"/>
        </w:rPr>
      </w:pPr>
    </w:p>
    <w:p w14:paraId="2CE4AB7A" w14:textId="77777777" w:rsidR="009F2F18" w:rsidRPr="009F2F18" w:rsidRDefault="009F2F18">
      <w:pPr>
        <w:spacing w:after="200" w:line="276" w:lineRule="auto"/>
        <w:rPr>
          <w:rFonts w:cs="Arial"/>
          <w:sz w:val="20"/>
          <w:szCs w:val="20"/>
          <w:lang w:val="it-IT"/>
        </w:rPr>
      </w:pPr>
      <w:r w:rsidRPr="009F2F18">
        <w:rPr>
          <w:rFonts w:cs="Arial"/>
          <w:sz w:val="20"/>
          <w:szCs w:val="20"/>
          <w:lang w:val="it-IT"/>
        </w:rPr>
        <w:br w:type="page"/>
      </w:r>
    </w:p>
    <w:p w14:paraId="5B9332C6" w14:textId="77777777" w:rsidR="00DA201C" w:rsidRPr="009F2F18" w:rsidRDefault="00DA201C">
      <w:pPr>
        <w:spacing w:after="0" w:line="96" w:lineRule="auto"/>
        <w:rPr>
          <w:rFonts w:cs="Arial"/>
          <w:sz w:val="20"/>
          <w:szCs w:val="20"/>
          <w:lang w:val="it-IT"/>
        </w:rPr>
      </w:pPr>
    </w:p>
    <w:tbl>
      <w:tblPr>
        <w:tblW w:w="10809" w:type="dxa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shd w:val="clear" w:color="auto" w:fill="0F243E" w:themeFill="text2" w:themeFillShade="80"/>
        <w:tblLayout w:type="fixed"/>
        <w:tblLook w:val="04A0" w:firstRow="1" w:lastRow="0" w:firstColumn="1" w:lastColumn="0" w:noHBand="0" w:noVBand="1"/>
      </w:tblPr>
      <w:tblGrid>
        <w:gridCol w:w="7513"/>
        <w:gridCol w:w="3296"/>
      </w:tblGrid>
      <w:tr w:rsidR="00DA201C" w:rsidRPr="009F2F18" w14:paraId="52846278" w14:textId="77777777" w:rsidTr="002B29CF">
        <w:trPr>
          <w:cantSplit/>
          <w:jc w:val="center"/>
        </w:trPr>
        <w:tc>
          <w:tcPr>
            <w:tcW w:w="7513" w:type="dxa"/>
            <w:shd w:val="clear" w:color="auto" w:fill="0F243E" w:themeFill="text2" w:themeFillShade="80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90FAC66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CRITERI A–C</w:t>
            </w: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br/>
              <w:t>Il richiedente seleziona solo i criteri per i quali chiede il punteggio</w:t>
            </w:r>
          </w:p>
        </w:tc>
        <w:tc>
          <w:tcPr>
            <w:tcW w:w="3296" w:type="dxa"/>
            <w:shd w:val="clear" w:color="auto" w:fill="0F243E" w:themeFill="text2" w:themeFillShade="80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955900F" w14:textId="77777777" w:rsidR="00DA201C" w:rsidRPr="009F2F18" w:rsidRDefault="00DA5D38">
            <w:pPr>
              <w:keepNext/>
              <w:spacing w:after="0" w:line="247" w:lineRule="auto"/>
              <w:jc w:val="right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br/>
              <w:t>CAMPAGNOLA</w:t>
            </w:r>
          </w:p>
        </w:tc>
      </w:tr>
    </w:tbl>
    <w:p w14:paraId="3BC27953" w14:textId="77777777" w:rsidR="00DA201C" w:rsidRPr="009F2F18" w:rsidRDefault="00DA201C">
      <w:pPr>
        <w:spacing w:after="0" w:line="96" w:lineRule="auto"/>
        <w:rPr>
          <w:rFonts w:cs="Arial"/>
          <w:sz w:val="20"/>
          <w:szCs w:val="20"/>
        </w:rPr>
      </w:pPr>
    </w:p>
    <w:tbl>
      <w:tblPr>
        <w:tblW w:w="10726" w:type="dxa"/>
        <w:jc w:val="center"/>
        <w:tblBorders>
          <w:top w:val="single" w:sz="0" w:space="0" w:color="4F7C78"/>
          <w:left w:val="single" w:sz="0" w:space="0" w:color="4F7C78"/>
          <w:bottom w:val="single" w:sz="0" w:space="0" w:color="4F7C78"/>
          <w:right w:val="single" w:sz="0" w:space="0" w:color="4F7C78"/>
          <w:insideH w:val="single" w:sz="0" w:space="0" w:color="4F7C78"/>
          <w:insideV w:val="single" w:sz="0" w:space="0" w:color="4F7C78"/>
        </w:tblBorders>
        <w:tblLook w:val="04A0" w:firstRow="1" w:lastRow="0" w:firstColumn="1" w:lastColumn="0" w:noHBand="0" w:noVBand="1"/>
      </w:tblPr>
      <w:tblGrid>
        <w:gridCol w:w="3039"/>
        <w:gridCol w:w="7687"/>
      </w:tblGrid>
      <w:tr w:rsidR="00DA201C" w:rsidRPr="009F2F18" w14:paraId="27DE7B89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EB535ED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lang w:val="it-IT"/>
              </w:rPr>
              <w:t>A. Nuovi servizi, innovazione dell’offerta e attivazione urbana</w:t>
            </w:r>
          </w:p>
        </w:tc>
        <w:tc>
          <w:tcPr>
            <w:tcW w:w="768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8E29797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10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</w:tr>
      <w:tr w:rsidR="00DA201C" w:rsidRPr="0034729C" w14:paraId="73DBBC5C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D35FE07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b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="002A5D8A" w:rsidRPr="009F2F18">
              <w:rPr>
                <w:rFonts w:cs="Arial"/>
                <w:b/>
                <w:color w:val="FFFFFF"/>
                <w:sz w:val="15"/>
                <w:szCs w:val="19"/>
              </w:rPr>
              <w:t>4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5F226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A1 – Nuovo servizio introdotto da attività esistente</w:t>
            </w:r>
          </w:p>
          <w:p w14:paraId="4BB82E79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>Servizio stabile rivolto alla clientela, non offerto dal banco nei 12 mesi precedenti. Esempi: ordini e ritiro programmato, consegna a domicilio, nuovo servizio di personalizzazione</w:t>
            </w:r>
            <w:r w:rsidRP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. Non vale</w:t>
            </w:r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 una semplice modifica organizzativa né un servizio già disponibile.</w:t>
            </w:r>
          </w:p>
        </w:tc>
      </w:tr>
      <w:tr w:rsidR="00DA201C" w:rsidRPr="0034729C" w14:paraId="6F969329" w14:textId="77777777" w:rsidTr="006C46DA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726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D5FE8C" w14:textId="77777777" w:rsidR="00DA5D38" w:rsidRPr="009F2F18" w:rsidRDefault="00DA5D38">
            <w:pPr>
              <w:spacing w:after="0" w:line="247" w:lineRule="auto"/>
              <w:rPr>
                <w:rFonts w:cs="Arial"/>
                <w:b/>
                <w:color w:val="4F7C78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4F7C78"/>
                <w:sz w:val="15"/>
                <w:szCs w:val="19"/>
                <w:lang w:val="it-IT"/>
              </w:rPr>
              <w:t xml:space="preserve">A1 · da compilare solo se richiesto. </w:t>
            </w:r>
          </w:p>
          <w:p w14:paraId="5F9314B4" w14:textId="77777777" w:rsidR="00DA5D38" w:rsidRPr="009F2F18" w:rsidRDefault="00DA5D38" w:rsidP="00DA5D38">
            <w:pPr>
              <w:spacing w:after="0" w:line="247" w:lineRule="auto"/>
              <w:rPr>
                <w:rFonts w:cs="Arial"/>
                <w:color w:val="263238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 xml:space="preserve">Servizio precedente: ___________________________________________ </w:t>
            </w:r>
          </w:p>
          <w:p w14:paraId="288E210C" w14:textId="77777777" w:rsidR="00DA201C" w:rsidRPr="009F2F18" w:rsidRDefault="00DA5D38" w:rsidP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 xml:space="preserve">Nuovo servizio: _______________________________________________ 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19"/>
                <w:lang w:val="it-IT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 xml:space="preserve"> non era offerto stabilmente nei 12 mesi precedenti.</w:t>
            </w:r>
          </w:p>
        </w:tc>
      </w:tr>
      <w:tr w:rsidR="00DA201C" w:rsidRPr="0034729C" w14:paraId="03951761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E9888DF" w14:textId="77777777" w:rsidR="00D13C85" w:rsidRPr="009F2F18" w:rsidRDefault="002F51D3" w:rsidP="009F2F18">
            <w:pPr>
              <w:keepNext/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>RICHIEDENTE</w:t>
            </w:r>
          </w:p>
          <w:p w14:paraId="3CC7D251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ascii="MS Gothic" w:eastAsia="MS Gothic" w:hAnsi="MS Gothic" w:cs="MS Gothic" w:hint="eastAsia"/>
                <w:b/>
                <w:color w:val="FFFFFF"/>
              </w:rPr>
              <w:t>☐</w:t>
            </w:r>
            <w:r w:rsidRPr="009F2F18">
              <w:rPr>
                <w:rFonts w:cs="Arial"/>
                <w:b/>
                <w:color w:val="FFFFFF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richiedo</w:t>
            </w:r>
            <w:proofErr w:type="spellEnd"/>
          </w:p>
          <w:p w14:paraId="58DC3847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2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367E73E" w14:textId="6283D3B9" w:rsidR="00D13C85" w:rsidRPr="0034729C" w:rsidRDefault="002F51D3">
            <w:pPr>
              <w:spacing w:after="0" w:line="247" w:lineRule="auto"/>
              <w:rPr>
                <w:rFonts w:cs="Arial"/>
                <w:b/>
                <w:sz w:val="15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 xml:space="preserve">A2 – Nuova attività/offerta assente </w:t>
            </w:r>
            <w:r w:rsidR="0034729C" w:rsidRPr="0034729C">
              <w:rPr>
                <w:rFonts w:cs="Arial"/>
                <w:b/>
                <w:sz w:val="15"/>
                <w:lang w:val="it-IT"/>
              </w:rPr>
              <w:t>nell'</w:t>
            </w:r>
            <w:proofErr w:type="spellStart"/>
            <w:r w:rsidR="0034729C" w:rsidRPr="0034729C">
              <w:rPr>
                <w:rFonts w:cs="Arial"/>
                <w:b/>
                <w:sz w:val="15"/>
                <w:lang w:val="it-IT"/>
              </w:rPr>
              <w:t>Hub</w:t>
            </w:r>
            <w:proofErr w:type="spellEnd"/>
          </w:p>
          <w:p w14:paraId="141EFB23" w14:textId="77777777" w:rsidR="00D13C85" w:rsidRPr="003F002C" w:rsidRDefault="00426A95">
            <w:pPr>
              <w:spacing w:after="0" w:line="247" w:lineRule="auto"/>
              <w:rPr>
                <w:rFonts w:cs="Arial"/>
                <w:color w:val="26333A"/>
                <w:sz w:val="15"/>
                <w:lang w:val="it-IT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>Nuova attività o tipologia di offerta assente nell'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, esercitata in un posteggio situato nel perimetro della Tavola RUE.1A. </w:t>
            </w:r>
            <w:r w:rsidR="002F51D3" w:rsidRPr="003F002C">
              <w:rPr>
                <w:rFonts w:cs="Arial"/>
                <w:color w:val="26333A"/>
                <w:sz w:val="14"/>
                <w:szCs w:val="14"/>
                <w:lang w:val="it-IT"/>
              </w:rPr>
              <w:t>Verifica tramite dati e ricognizioni comunali; nessuna attestazione da richiedere all’impresa.</w:t>
            </w:r>
          </w:p>
        </w:tc>
      </w:tr>
      <w:tr w:rsidR="00DA201C" w:rsidRPr="009F2F18" w14:paraId="7F31C1DE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E5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9AE976B" w14:textId="77777777" w:rsidR="00D13C85" w:rsidRPr="009F2F18" w:rsidRDefault="002F51D3" w:rsidP="009F2F18">
            <w:pPr>
              <w:keepNext/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>RICHIEDENTE</w:t>
            </w:r>
          </w:p>
          <w:p w14:paraId="09F399AC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ascii="MS Gothic" w:eastAsia="MS Gothic" w:hAnsi="MS Gothic" w:cs="MS Gothic" w:hint="eastAsia"/>
                <w:b/>
                <w:color w:val="FFFFFF"/>
              </w:rPr>
              <w:t>☐</w:t>
            </w:r>
            <w:r w:rsidRPr="009F2F18">
              <w:rPr>
                <w:rFonts w:cs="Arial"/>
                <w:b/>
                <w:color w:val="FFFFFF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richiedo</w:t>
            </w:r>
            <w:proofErr w:type="spellEnd"/>
          </w:p>
          <w:p w14:paraId="615B1EFE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4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FC0E95C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A3 – Nuovo spazio di servizio alla clientela nel posteggio</w:t>
            </w:r>
          </w:p>
          <w:p w14:paraId="26C56EA0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Realizzazione o ampliamento effettivo e autorizzabile di uno spazio attrezzato, stabile durante il mercato, dedicato a servizio, ritiro o fruizione da parte della clientela e ulteriore rispetto alla normale esposizione. </w:t>
            </w:r>
            <w:r w:rsidRP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</w:t>
            </w:r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il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semplice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utilizzo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ordinario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del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posteggio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>.</w:t>
            </w:r>
          </w:p>
        </w:tc>
      </w:tr>
      <w:tr w:rsidR="00DA201C" w:rsidRPr="009F2F18" w14:paraId="5E580F44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2E7685F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B. Qualificazione del banco/posteggio e dell’immagine commerciale</w:t>
            </w:r>
          </w:p>
        </w:tc>
        <w:tc>
          <w:tcPr>
            <w:tcW w:w="768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29BCEC3" w14:textId="77777777" w:rsidR="00DA201C" w:rsidRPr="009F2F18" w:rsidRDefault="0062235A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9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34729C" w14:paraId="1DA6E9EF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4E8A6D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b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="002A5D8A" w:rsidRPr="009F2F18">
              <w:rPr>
                <w:rFonts w:cs="Arial"/>
                <w:b/>
                <w:color w:val="FFFFFF"/>
                <w:sz w:val="15"/>
                <w:szCs w:val="19"/>
              </w:rPr>
              <w:t>4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72178ED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B1 – Intervento sul fronte espositivo del banco</w:t>
            </w:r>
          </w:p>
          <w:p w14:paraId="4A28E35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Intervento materiale su struttura, frontale, tenda/copertura, insegna, illuminazione o elementi stabili visibili al pubblico. </w:t>
            </w:r>
            <w:r w:rsidRP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</w:t>
            </w:r>
            <w:r w:rsidRPr="003F002C">
              <w:rPr>
                <w:rFonts w:cs="Arial"/>
                <w:sz w:val="15"/>
                <w:lang w:val="it-IT"/>
              </w:rPr>
              <w:t xml:space="preserve"> la sola pulizia o il rinnovo della grafica pubblicitaria.</w:t>
            </w:r>
          </w:p>
        </w:tc>
      </w:tr>
      <w:tr w:rsidR="00DA201C" w:rsidRPr="009F2F18" w14:paraId="0FF31366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769416E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3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FFD701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B2 – Riqualificazione degli spazi di vendita e servizio</w:t>
            </w:r>
          </w:p>
          <w:p w14:paraId="70E8041F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Intervento su almeno 2 componenti del banco/posteggio tra organizzazione, sistemi espositivi, copertura, illuminazione, conservazione o distribuzione funzionale. </w:t>
            </w:r>
            <w:r w:rsidRP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</w:t>
            </w:r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un’attrezzatura</w:t>
            </w:r>
            <w:proofErr w:type="spellEnd"/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isolata</w:t>
            </w:r>
            <w:proofErr w:type="spellEnd"/>
            <w:r w:rsidRPr="009F2F18">
              <w:rPr>
                <w:rFonts w:cs="Arial"/>
                <w:sz w:val="15"/>
              </w:rPr>
              <w:t xml:space="preserve">, </w:t>
            </w:r>
            <w:proofErr w:type="spellStart"/>
            <w:r w:rsidRPr="009F2F18">
              <w:rPr>
                <w:rFonts w:cs="Arial"/>
                <w:sz w:val="15"/>
              </w:rPr>
              <w:t>valutabile</w:t>
            </w:r>
            <w:proofErr w:type="spellEnd"/>
            <w:r w:rsidRPr="009F2F18">
              <w:rPr>
                <w:rFonts w:cs="Arial"/>
                <w:sz w:val="15"/>
              </w:rPr>
              <w:t xml:space="preserve"> in B3.</w:t>
            </w:r>
          </w:p>
        </w:tc>
      </w:tr>
      <w:tr w:rsidR="00DA201C" w:rsidRPr="009F2F18" w14:paraId="7525351B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B3BE686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2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407A4E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B3 – Banco, espositori e attrezzature principali</w:t>
            </w:r>
          </w:p>
          <w:p w14:paraId="744E266E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Nuova installazione o sostituzione del banco, degli espositori o delle attrezzature principali destinate direttamente alla clientela. </w:t>
            </w:r>
            <w:r w:rsidRP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</w:t>
            </w:r>
            <w:r w:rsidRPr="009F2F18">
              <w:rPr>
                <w:rFonts w:cs="Arial"/>
                <w:sz w:val="15"/>
              </w:rPr>
              <w:t xml:space="preserve"> la sola </w:t>
            </w:r>
            <w:proofErr w:type="spellStart"/>
            <w:r w:rsidRPr="009F2F18">
              <w:rPr>
                <w:rFonts w:cs="Arial"/>
                <w:sz w:val="15"/>
              </w:rPr>
              <w:t>riparazione</w:t>
            </w:r>
            <w:proofErr w:type="spellEnd"/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estetica</w:t>
            </w:r>
            <w:proofErr w:type="spellEnd"/>
            <w:r w:rsidRPr="009F2F18">
              <w:rPr>
                <w:rFonts w:cs="Arial"/>
                <w:sz w:val="15"/>
              </w:rPr>
              <w:t>.</w:t>
            </w:r>
          </w:p>
        </w:tc>
      </w:tr>
      <w:tr w:rsidR="00DA201C" w:rsidRPr="009F2F18" w14:paraId="18422919" w14:textId="77777777" w:rsidTr="006C46DA"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F73436C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  <w:lang w:val="it-IT"/>
              </w:rPr>
              <w:t>C. Sostenibilità ambientale: energia e prevenzione dei rifiuti</w:t>
            </w:r>
          </w:p>
        </w:tc>
        <w:tc>
          <w:tcPr>
            <w:tcW w:w="768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EE4E63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6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9F2F18" w14:paraId="42BEABE8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2F64BF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4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E38C3DC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C1 - Riduzione documentabile dei consumi energetici</w:t>
            </w:r>
            <w:r w:rsidRPr="003F002C">
              <w:rPr>
                <w:rFonts w:cs="Arial"/>
                <w:sz w:val="15"/>
                <w:lang w:val="it-IT"/>
              </w:rPr>
              <w:br/>
              <w:t xml:space="preserve">Uno o più interventi autonomamente identificabili con riduzione documentabile dei consumi o dei prelievi da fonti non rinnovabili. Punteggio unico anche con più interventi. </w:t>
            </w:r>
            <w:r w:rsidRPr="009F2F18">
              <w:rPr>
                <w:rFonts w:cs="Arial"/>
                <w:b/>
                <w:color w:val="4F7C78"/>
                <w:sz w:val="15"/>
                <w:szCs w:val="19"/>
                <w:lang w:val="it-IT"/>
              </w:rPr>
              <w:t>Esempi:</w:t>
            </w:r>
            <w:r w:rsidRPr="003F002C">
              <w:rPr>
                <w:rFonts w:cs="Arial"/>
                <w:sz w:val="15"/>
                <w:lang w:val="it-IT"/>
              </w:rPr>
              <w:t xml:space="preserve"> illuminazione del banco; attrezzature frigorifere; macchinari più efficienti; sistemi di accumulo/alimentazione a minore consumo; FER ove ammissibili. </w:t>
            </w:r>
            <w:r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vale:</w:t>
            </w:r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miglioramenti</w:t>
            </w:r>
            <w:proofErr w:type="spellEnd"/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ottenuti</w:t>
            </w:r>
            <w:proofErr w:type="spellEnd"/>
            <w:r w:rsidRPr="009F2F18">
              <w:rPr>
                <w:rFonts w:cs="Arial"/>
                <w:sz w:val="15"/>
              </w:rPr>
              <w:t xml:space="preserve"> solo </w:t>
            </w:r>
            <w:proofErr w:type="spellStart"/>
            <w:r w:rsidRPr="009F2F18">
              <w:rPr>
                <w:rFonts w:cs="Arial"/>
                <w:sz w:val="15"/>
              </w:rPr>
              <w:t>perché</w:t>
            </w:r>
            <w:proofErr w:type="spellEnd"/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obbligatori</w:t>
            </w:r>
            <w:proofErr w:type="spellEnd"/>
            <w:r w:rsidRPr="009F2F18">
              <w:rPr>
                <w:rFonts w:cs="Arial"/>
                <w:sz w:val="15"/>
              </w:rPr>
              <w:t xml:space="preserve"> per </w:t>
            </w:r>
            <w:proofErr w:type="spellStart"/>
            <w:r w:rsidRPr="009F2F18">
              <w:rPr>
                <w:rFonts w:cs="Arial"/>
                <w:sz w:val="15"/>
              </w:rPr>
              <w:t>legge</w:t>
            </w:r>
            <w:proofErr w:type="spellEnd"/>
            <w:r w:rsidRPr="009F2F18">
              <w:rPr>
                <w:rFonts w:cs="Arial"/>
                <w:sz w:val="15"/>
              </w:rPr>
              <w:t>.</w:t>
            </w:r>
          </w:p>
        </w:tc>
      </w:tr>
      <w:tr w:rsidR="00DA201C" w:rsidRPr="0034729C" w14:paraId="5C4679C6" w14:textId="77777777" w:rsidTr="006C46DA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03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7D5CD15" w14:textId="77777777" w:rsidR="00DA201C" w:rsidRPr="009F2F18" w:rsidRDefault="00DA5D38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2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8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296463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>C2 - Riduzione effettiva della produzione di rifiuti</w:t>
            </w:r>
          </w:p>
          <w:p w14:paraId="5EFD07EC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sz w:val="15"/>
                <w:szCs w:val="19"/>
                <w:lang w:val="it-IT"/>
              </w:rPr>
              <w:t>Intervento strutturale che riduce a monte, in modo quantificabile, la quantità di rifiuto prodotto.</w:t>
            </w:r>
          </w:p>
          <w:p w14:paraId="2C25E065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4F7C78"/>
                <w:sz w:val="15"/>
                <w:szCs w:val="19"/>
                <w:lang w:val="it-IT"/>
              </w:rPr>
              <w:t xml:space="preserve">Esempi: </w:t>
            </w:r>
            <w:r w:rsidRPr="009F2F18">
              <w:rPr>
                <w:rFonts w:cs="Arial"/>
                <w:sz w:val="15"/>
                <w:szCs w:val="19"/>
                <w:lang w:val="it-IT"/>
              </w:rPr>
              <w:t>contenitori riutilizzabili; vuoto a rendere; refill/spina; stoviglie lavabili; riuso imballaggi; riduzione misurabile di scarti.</w:t>
            </w:r>
          </w:p>
          <w:p w14:paraId="441E5F9A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 xml:space="preserve">Non vale: </w:t>
            </w:r>
            <w:r w:rsidRPr="009F2F18">
              <w:rPr>
                <w:rFonts w:cs="Arial"/>
                <w:sz w:val="15"/>
                <w:szCs w:val="19"/>
                <w:lang w:val="it-IT"/>
              </w:rPr>
              <w:t>passaggio da monouso non compostabile a compostabile; sola raccolta differenziata; cestini; semplice cambio di materiale.</w:t>
            </w:r>
          </w:p>
        </w:tc>
      </w:tr>
      <w:tr w:rsidR="00DA201C" w:rsidRPr="0034729C" w14:paraId="191B0FDC" w14:textId="77777777" w:rsidTr="006C46DA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726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BA912D" w14:textId="77777777" w:rsidR="00E121DC" w:rsidRPr="009F2F18" w:rsidRDefault="00DA5D38">
            <w:pPr>
              <w:spacing w:after="0" w:line="247" w:lineRule="auto"/>
              <w:rPr>
                <w:rFonts w:cs="Arial"/>
                <w:color w:val="263238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4F7C78"/>
                <w:sz w:val="15"/>
                <w:szCs w:val="19"/>
                <w:lang w:val="it-IT"/>
              </w:rPr>
              <w:t xml:space="preserve">C2 · da compilare solo se richiesto. </w:t>
            </w:r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>Rifiuto/prodotto: _________________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>_  Situa</w:t>
            </w:r>
            <w:r w:rsidR="00E121DC"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>zione</w:t>
            </w:r>
            <w:proofErr w:type="gramEnd"/>
            <w:r w:rsidR="00E121DC"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 xml:space="preserve"> ante: __________________ </w:t>
            </w:r>
          </w:p>
          <w:p w14:paraId="0E602293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>Situazione post: _________________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>_  Riduzione</w:t>
            </w:r>
            <w:proofErr w:type="gramEnd"/>
            <w:r w:rsidRPr="009F2F18">
              <w:rPr>
                <w:rFonts w:cs="Arial"/>
                <w:color w:val="263238"/>
                <w:sz w:val="15"/>
                <w:szCs w:val="19"/>
                <w:lang w:val="it-IT"/>
              </w:rPr>
              <w:t xml:space="preserve"> annua stimata: ______ kg oppure ______ unità.</w:t>
            </w:r>
          </w:p>
        </w:tc>
      </w:tr>
    </w:tbl>
    <w:p w14:paraId="3E3C3613" w14:textId="77777777" w:rsidR="00DA201C" w:rsidRPr="009F2F18" w:rsidRDefault="00DA201C">
      <w:pPr>
        <w:spacing w:after="0" w:line="96" w:lineRule="auto"/>
        <w:rPr>
          <w:rFonts w:cs="Arial"/>
          <w:sz w:val="19"/>
          <w:szCs w:val="19"/>
          <w:lang w:val="it-IT"/>
        </w:rPr>
      </w:pPr>
    </w:p>
    <w:tbl>
      <w:tblPr>
        <w:tblW w:w="10773" w:type="dxa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3402"/>
      </w:tblGrid>
      <w:tr w:rsidR="00DA201C" w:rsidRPr="009F2F18" w14:paraId="6D5E83AA" w14:textId="77777777" w:rsidTr="006C46DA">
        <w:trPr>
          <w:cantSplit/>
          <w:jc w:val="center"/>
        </w:trPr>
        <w:tc>
          <w:tcPr>
            <w:tcW w:w="7371" w:type="dxa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6F357DD" w14:textId="77777777" w:rsidR="00811F6F" w:rsidRPr="009F2F18" w:rsidRDefault="007A262B" w:rsidP="00CA4676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CRITERI D–</w:t>
            </w:r>
            <w:r w:rsidR="00CA4676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I</w:t>
            </w: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br/>
              <w:t>VERDE = compila il richiedente · ARANCIO = verifica/compila l’Ufficio</w:t>
            </w:r>
          </w:p>
        </w:tc>
        <w:tc>
          <w:tcPr>
            <w:tcW w:w="3402" w:type="dxa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07E6E68" w14:textId="77777777" w:rsidR="00DA201C" w:rsidRPr="009F2F18" w:rsidRDefault="00DA5D38">
            <w:pPr>
              <w:keepNext/>
              <w:spacing w:after="0" w:line="247" w:lineRule="auto"/>
              <w:jc w:val="right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>CAMPAGNOLA</w:t>
            </w:r>
          </w:p>
        </w:tc>
      </w:tr>
    </w:tbl>
    <w:p w14:paraId="5DEE0293" w14:textId="77777777" w:rsidR="00DA201C" w:rsidRPr="009F2F18" w:rsidRDefault="00DA201C">
      <w:pPr>
        <w:spacing w:after="0" w:line="96" w:lineRule="auto"/>
        <w:rPr>
          <w:rFonts w:cs="Arial"/>
          <w:sz w:val="19"/>
          <w:szCs w:val="19"/>
        </w:rPr>
      </w:pPr>
    </w:p>
    <w:tbl>
      <w:tblPr>
        <w:tblW w:w="10795" w:type="dxa"/>
        <w:jc w:val="center"/>
        <w:tblBorders>
          <w:top w:val="single" w:sz="0" w:space="0" w:color="4F7C78"/>
          <w:left w:val="single" w:sz="0" w:space="0" w:color="4F7C78"/>
          <w:bottom w:val="single" w:sz="0" w:space="0" w:color="4F7C78"/>
          <w:right w:val="single" w:sz="0" w:space="0" w:color="4F7C78"/>
          <w:insideH w:val="single" w:sz="0" w:space="0" w:color="4F7C78"/>
          <w:insideV w:val="single" w:sz="0" w:space="0" w:color="4F7C78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7668"/>
      </w:tblGrid>
      <w:tr w:rsidR="00DA201C" w:rsidRPr="009F2F18" w14:paraId="20E0035E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E597F3" w14:textId="77777777" w:rsidR="00DA201C" w:rsidRPr="003F002C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D. Miglioramento dell’accessibilità e fruibilità del banco/posteggio</w:t>
            </w:r>
          </w:p>
        </w:tc>
        <w:tc>
          <w:tcPr>
            <w:tcW w:w="7668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902F0E3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8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</w:tr>
      <w:tr w:rsidR="00DA201C" w:rsidRPr="009F2F18" w14:paraId="52043750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EDEAE4" w14:textId="77777777" w:rsidR="00D13C85" w:rsidRPr="009F2F18" w:rsidRDefault="002F51D3" w:rsidP="009F2F18">
            <w:pPr>
              <w:keepNext/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>RICHIEDENTE</w:t>
            </w:r>
          </w:p>
          <w:p w14:paraId="5E58FA14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ascii="MS Gothic" w:eastAsia="MS Gothic" w:hAnsi="MS Gothic" w:cs="MS Gothic" w:hint="eastAsia"/>
                <w:b/>
                <w:color w:val="FFFFFF"/>
              </w:rPr>
              <w:t>☐</w:t>
            </w:r>
            <w:r w:rsidRPr="009F2F18">
              <w:rPr>
                <w:rFonts w:cs="Arial"/>
                <w:b/>
                <w:color w:val="FFFFFF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richiedo</w:t>
            </w:r>
            <w:proofErr w:type="spellEnd"/>
          </w:p>
          <w:p w14:paraId="167EB586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 xml:space="preserve">6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068A8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 xml:space="preserve">D1 </w:t>
            </w:r>
            <w:r w:rsidR="009F2F18" w:rsidRPr="003F002C">
              <w:rPr>
                <w:rFonts w:cs="Arial"/>
                <w:b/>
                <w:sz w:val="15"/>
                <w:lang w:val="it-IT"/>
              </w:rPr>
              <w:t>-</w:t>
            </w:r>
            <w:r w:rsidRPr="003F002C">
              <w:rPr>
                <w:rFonts w:cs="Arial"/>
                <w:b/>
                <w:sz w:val="15"/>
                <w:lang w:val="it-IT"/>
              </w:rPr>
              <w:t xml:space="preserve"> Miglioramento strutturale della fruibilità del banco</w:t>
            </w:r>
          </w:p>
          <w:p w14:paraId="13FC52E1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Intervento che agevola l’avvicinamento e il servizio di persone con ridotta mobilità: eliminazione degli ostacoli, organizzazione dei percorsi di accesso, porzione di banco più fruibile, modifica della distribuzione. </w:t>
            </w:r>
            <w:r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</w:t>
            </w:r>
            <w:r w:rsidR="009F2F18"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:</w:t>
            </w:r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il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solo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rifacimento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estetico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>.</w:t>
            </w:r>
          </w:p>
        </w:tc>
      </w:tr>
      <w:tr w:rsidR="00DA201C" w:rsidRPr="0034729C" w14:paraId="0683035B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CACD09" w14:textId="77777777" w:rsidR="00DA201C" w:rsidRPr="009F2F18" w:rsidRDefault="00DA5D38" w:rsidP="009F2F18">
            <w:pPr>
              <w:spacing w:after="0" w:line="247" w:lineRule="auto"/>
              <w:jc w:val="center"/>
              <w:rPr>
                <w:rFonts w:cs="Arial"/>
                <w:b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2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2884FF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D2 - Punto di servizio/pagamento accessibile alla clientela</w:t>
            </w:r>
            <w:r w:rsidRPr="003F002C">
              <w:rPr>
                <w:rFonts w:cs="Arial"/>
                <w:sz w:val="15"/>
                <w:lang w:val="it-IT"/>
              </w:rPr>
              <w:br/>
              <w:t xml:space="preserve">Realizzazione o adeguamento di almeno un punto di servizio o pagamento utilizzabile agevolmente anche da persona seduta o con ridotta mobilità, mediante soluzione stabile e riconoscibile. </w:t>
            </w:r>
            <w:r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Non vale:</w:t>
            </w:r>
            <w:r w:rsidRPr="003F002C">
              <w:rPr>
                <w:rFonts w:cs="Arial"/>
                <w:sz w:val="15"/>
                <w:lang w:val="it-IT"/>
              </w:rPr>
              <w:t xml:space="preserve"> semplice disponibilità occasionale senza intervento o organizzazione stabile del servizio.</w:t>
            </w:r>
          </w:p>
        </w:tc>
      </w:tr>
      <w:tr w:rsidR="00DA201C" w:rsidRPr="009F2F18" w14:paraId="0950EF18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B246FEE" w14:textId="77777777" w:rsidR="00DA201C" w:rsidRPr="009F2F18" w:rsidRDefault="00DA5D38" w:rsidP="00933294">
            <w:pPr>
              <w:spacing w:after="0" w:line="247" w:lineRule="auto"/>
              <w:rPr>
                <w:rFonts w:cs="Arial"/>
                <w:b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  <w:lang w:val="it-IT"/>
              </w:rPr>
              <w:t>E. Servizi digitali rivolti alla clientela</w:t>
            </w:r>
          </w:p>
        </w:tc>
        <w:tc>
          <w:tcPr>
            <w:tcW w:w="7668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E6EE4D" w14:textId="77777777" w:rsidR="00DA201C" w:rsidRPr="009F2F18" w:rsidRDefault="0062235A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6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34729C" w14:paraId="12553795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0F12D96" w14:textId="77777777" w:rsidR="00DA201C" w:rsidRPr="009F2F18" w:rsidRDefault="00DA5D38" w:rsidP="009F2F18">
            <w:pPr>
              <w:spacing w:after="0" w:line="247" w:lineRule="auto"/>
              <w:jc w:val="center"/>
              <w:rPr>
                <w:rFonts w:cs="Arial"/>
                <w:b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="0062235A" w:rsidRPr="009F2F18">
              <w:rPr>
                <w:rFonts w:cs="Arial"/>
                <w:b/>
                <w:color w:val="FFFFFF"/>
                <w:sz w:val="15"/>
                <w:szCs w:val="19"/>
              </w:rPr>
              <w:t>3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6E7A01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>E1 - Servizio digitale transazionale o di prenotazione</w:t>
            </w:r>
          </w:p>
          <w:p w14:paraId="0C4B6025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sz w:val="15"/>
                <w:szCs w:val="19"/>
                <w:lang w:val="it-IT"/>
              </w:rPr>
              <w:t>Nuovo sistema con cui il cliente può prenotare, ordinare, acquistare, fissare appuntamenti, richiedere servizi o organizzare ritiro/</w:t>
            </w:r>
            <w:proofErr w:type="spellStart"/>
            <w:r w:rsidRPr="009F2F18">
              <w:rPr>
                <w:rFonts w:cs="Arial"/>
                <w:sz w:val="15"/>
                <w:szCs w:val="19"/>
                <w:lang w:val="it-IT"/>
              </w:rPr>
              <w:t>click&amp;collect</w:t>
            </w:r>
            <w:proofErr w:type="spellEnd"/>
            <w:r w:rsidRPr="009F2F18">
              <w:rPr>
                <w:rFonts w:cs="Arial"/>
                <w:sz w:val="15"/>
                <w:szCs w:val="19"/>
                <w:lang w:val="it-IT"/>
              </w:rPr>
              <w:t>.</w:t>
            </w:r>
          </w:p>
          <w:p w14:paraId="42B419F9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 xml:space="preserve">Non vale: </w:t>
            </w:r>
            <w:r w:rsidRPr="009F2F18">
              <w:rPr>
                <w:rFonts w:cs="Arial"/>
                <w:sz w:val="15"/>
                <w:szCs w:val="19"/>
                <w:lang w:val="it-IT"/>
              </w:rPr>
              <w:t>POS ordinario; PC/tablet; sito-vetrina; social; contabilità; gestionale solo interno; magazzino senza funzione verso il cliente.</w:t>
            </w:r>
          </w:p>
        </w:tc>
      </w:tr>
      <w:tr w:rsidR="00DA201C" w:rsidRPr="0034729C" w14:paraId="2A291F0F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A420599" w14:textId="77777777" w:rsidR="00DA201C" w:rsidRPr="009F2F18" w:rsidRDefault="00DA5D38" w:rsidP="009F2F18">
            <w:pPr>
              <w:spacing w:after="0" w:line="247" w:lineRule="auto"/>
              <w:jc w:val="center"/>
              <w:rPr>
                <w:rFonts w:cs="Arial"/>
                <w:b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 xml:space="preserve">3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DDC0D0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>E2 - Fidelizzazione e relazione digitale strutturata</w:t>
            </w:r>
          </w:p>
          <w:p w14:paraId="333A9333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sz w:val="15"/>
                <w:szCs w:val="19"/>
                <w:lang w:val="it-IT"/>
              </w:rPr>
              <w:t>Nuovo sistema stabile di relazione multicanale con la clientela.</w:t>
            </w:r>
          </w:p>
          <w:p w14:paraId="692DE8BD" w14:textId="77777777" w:rsidR="009F2F18" w:rsidRPr="009F2F18" w:rsidRDefault="00DA5D38" w:rsidP="00F3195D">
            <w:pPr>
              <w:pStyle w:val="Tiny"/>
              <w:spacing w:after="0" w:line="247" w:lineRule="auto"/>
              <w:rPr>
                <w:rFonts w:cs="Arial"/>
                <w:sz w:val="15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4F7C78"/>
                <w:sz w:val="15"/>
                <w:szCs w:val="19"/>
                <w:lang w:val="it-IT"/>
              </w:rPr>
              <w:t xml:space="preserve">Esempi: </w:t>
            </w:r>
            <w:r w:rsidRPr="009F2F18">
              <w:rPr>
                <w:rFonts w:cs="Arial"/>
                <w:sz w:val="15"/>
                <w:szCs w:val="19"/>
                <w:lang w:val="it-IT"/>
              </w:rPr>
              <w:t>fidelity digitale; area cliente; CRM con funzioni verso il cliente; assistenza/post-vendita strutturata.</w:t>
            </w:r>
          </w:p>
          <w:p w14:paraId="21468A01" w14:textId="77777777" w:rsidR="00DA201C" w:rsidRPr="003F002C" w:rsidRDefault="00DA5D38" w:rsidP="00F3195D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 xml:space="preserve">Non vale: </w:t>
            </w:r>
            <w:r w:rsidRPr="003F002C">
              <w:rPr>
                <w:rFonts w:cs="Arial"/>
                <w:sz w:val="15"/>
                <w:szCs w:val="19"/>
                <w:lang w:val="it-IT"/>
              </w:rPr>
              <w:t>messaggi occasionali o uso ordinario dei social.</w:t>
            </w:r>
          </w:p>
        </w:tc>
      </w:tr>
      <w:tr w:rsidR="00DA201C" w:rsidRPr="009F2F18" w14:paraId="620A5E19" w14:textId="77777777" w:rsidTr="00F3195D"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993BFF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F. Localizzazione del posteggio nel Centro Storico</w:t>
            </w:r>
          </w:p>
        </w:tc>
        <w:tc>
          <w:tcPr>
            <w:tcW w:w="7668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9F6C4B" w14:textId="77777777" w:rsidR="00DA201C" w:rsidRPr="009F2F18" w:rsidRDefault="000B0C39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b/>
                <w:color w:val="FFFFFF"/>
                <w:sz w:val="15"/>
                <w:szCs w:val="19"/>
              </w:rPr>
              <w:t>1</w:t>
            </w:r>
            <w:r w:rsidR="0062235A" w:rsidRPr="009F2F18">
              <w:rPr>
                <w:rFonts w:cs="Arial"/>
                <w:b/>
                <w:color w:val="FFFFFF"/>
                <w:sz w:val="15"/>
                <w:szCs w:val="19"/>
              </w:rPr>
              <w:t>5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34729C" w14:paraId="01AF5C1A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C4672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2C8D1A7" w14:textId="77777777" w:rsidR="00D13C85" w:rsidRPr="009F2F18" w:rsidRDefault="002F51D3" w:rsidP="009F2F18">
            <w:pPr>
              <w:keepNext/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>UFFICIO</w:t>
            </w:r>
          </w:p>
          <w:p w14:paraId="2D1FD514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proofErr w:type="spellStart"/>
            <w:r w:rsidRPr="009F2F18">
              <w:rPr>
                <w:rFonts w:cs="Arial"/>
                <w:b/>
                <w:color w:val="FFFFFF"/>
              </w:rPr>
              <w:t>verifica</w:t>
            </w:r>
            <w:proofErr w:type="spellEnd"/>
          </w:p>
          <w:p w14:paraId="393E18D6" w14:textId="77777777" w:rsidR="00D13C85" w:rsidRPr="009F2F18" w:rsidRDefault="009F2F18" w:rsidP="009F2F18">
            <w:pPr>
              <w:spacing w:after="0" w:line="247" w:lineRule="auto"/>
              <w:jc w:val="center"/>
              <w:rPr>
                <w:rFonts w:cs="Arial"/>
              </w:rPr>
            </w:pPr>
            <w:r>
              <w:rPr>
                <w:rFonts w:cs="Arial"/>
                <w:b/>
                <w:color w:val="FFFFFF"/>
              </w:rPr>
              <w:t>1</w:t>
            </w:r>
            <w:r w:rsidR="002F51D3" w:rsidRPr="009F2F18">
              <w:rPr>
                <w:rFonts w:cs="Arial"/>
                <w:b/>
                <w:color w:val="FFFFFF"/>
              </w:rPr>
              <w:t xml:space="preserve">5 </w:t>
            </w:r>
            <w:proofErr w:type="spellStart"/>
            <w:r w:rsidR="002F51D3"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E4BA8E7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F – Posteggio nel perimetro della Tavola RUE.1A</w:t>
            </w:r>
          </w:p>
          <w:p w14:paraId="579B739E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>Il punteggio è attribuito soltanto se il posteggio interessato ricade nel perimetro del centro storico; localizzazione verificata d’ufficio mediante la cartografia.</w:t>
            </w:r>
          </w:p>
        </w:tc>
      </w:tr>
      <w:tr w:rsidR="00DA201C" w:rsidRPr="009F2F18" w14:paraId="0E26774F" w14:textId="77777777" w:rsidTr="00F3195D">
        <w:trPr>
          <w:cantSplit/>
          <w:jc w:val="center"/>
        </w:trPr>
        <w:tc>
          <w:tcPr>
            <w:tcW w:w="3127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6D13E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lang w:val="it-IT"/>
              </w:rPr>
              <w:t>G. Riattivazione di posteggio mercatale inutilizzato</w:t>
            </w:r>
          </w:p>
        </w:tc>
        <w:tc>
          <w:tcPr>
            <w:tcW w:w="7668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A1898B" w14:textId="77777777" w:rsidR="00DA201C" w:rsidRPr="009F2F18" w:rsidRDefault="006C46DA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4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34729C" w14:paraId="40E253FA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C4672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BBD50F" w14:textId="77777777" w:rsidR="00D13C85" w:rsidRPr="009F2F18" w:rsidRDefault="002F51D3" w:rsidP="009F2F18">
            <w:pPr>
              <w:keepNext/>
              <w:spacing w:after="0" w:line="247" w:lineRule="auto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lastRenderedPageBreak/>
              <w:t>UFFICIO</w:t>
            </w:r>
          </w:p>
          <w:p w14:paraId="64E9859A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  <w:b/>
              </w:rPr>
            </w:pPr>
            <w:proofErr w:type="spellStart"/>
            <w:r w:rsidRPr="009F2F18">
              <w:rPr>
                <w:rFonts w:cs="Arial"/>
                <w:b/>
                <w:color w:val="FFFFFF"/>
              </w:rPr>
              <w:t>verifica</w:t>
            </w:r>
            <w:proofErr w:type="spellEnd"/>
          </w:p>
          <w:p w14:paraId="6DB7472D" w14:textId="77777777" w:rsidR="00D13C85" w:rsidRPr="009F2F18" w:rsidRDefault="002F51D3" w:rsidP="009F2F18">
            <w:pPr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4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326835" w14:textId="77777777" w:rsidR="00D13C85" w:rsidRPr="003F002C" w:rsidRDefault="002F51D3">
            <w:pPr>
              <w:spacing w:after="0" w:line="247" w:lineRule="auto"/>
              <w:rPr>
                <w:rFonts w:cs="Arial"/>
                <w:b/>
                <w:sz w:val="15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G – Recupero di posteggio rimasto inutilizzato</w:t>
            </w:r>
          </w:p>
          <w:p w14:paraId="47D4919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>Riattivazione mediante nuova concessione o assegnazione di un posteggio rimasto privo di effettiva attività di vendita per almeno 6 mesi continuativi prima della pubblicazione del bando. La condizione deve risultare dagli atti del Comune. Nessun punteggio automatico per la normale occupazione di un posteggio attivo.</w:t>
            </w:r>
          </w:p>
        </w:tc>
      </w:tr>
      <w:tr w:rsidR="00DA201C" w:rsidRPr="009F2F18" w14:paraId="767E39E9" w14:textId="77777777" w:rsidTr="00F3195D"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5BC7CE7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  <w:lang w:val="it-IT"/>
              </w:rPr>
              <w:t>H</w:t>
            </w:r>
            <w:r w:rsidR="00CA4676">
              <w:rPr>
                <w:rFonts w:cs="Arial"/>
                <w:b/>
                <w:color w:val="FFFFFF"/>
                <w:sz w:val="15"/>
                <w:szCs w:val="19"/>
                <w:lang w:val="it-IT"/>
              </w:rPr>
              <w:t>-I</w:t>
            </w:r>
            <w:r w:rsidRPr="009F2F18">
              <w:rPr>
                <w:rFonts w:cs="Arial"/>
                <w:b/>
                <w:color w:val="FFFFFF"/>
                <w:sz w:val="15"/>
                <w:szCs w:val="19"/>
                <w:lang w:val="it-IT"/>
              </w:rPr>
              <w:t>. Imprenditoria femminile e giovanile</w:t>
            </w:r>
          </w:p>
        </w:tc>
        <w:tc>
          <w:tcPr>
            <w:tcW w:w="7668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B109703" w14:textId="77777777" w:rsidR="00DA201C" w:rsidRPr="009F2F18" w:rsidRDefault="0062235A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2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34729C" w14:paraId="31099576" w14:textId="77777777" w:rsidTr="00F3195D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80882B" w14:textId="77777777" w:rsidR="00DA201C" w:rsidRPr="009F2F18" w:rsidRDefault="00DA5D38" w:rsidP="00CA4676">
            <w:pPr>
              <w:spacing w:after="0" w:line="247" w:lineRule="auto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="00CA4676">
              <w:rPr>
                <w:rFonts w:cs="Arial"/>
                <w:b/>
                <w:color w:val="FFFFFF"/>
                <w:sz w:val="15"/>
                <w:szCs w:val="19"/>
              </w:rPr>
              <w:t>1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4F4C272" w14:textId="77777777" w:rsidR="00DA201C" w:rsidRPr="009F2F18" w:rsidRDefault="00DA5D38">
            <w:pPr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>H - Impresa femminile</w:t>
            </w:r>
          </w:p>
          <w:p w14:paraId="4CD46DAC" w14:textId="77777777" w:rsidR="00DA201C" w:rsidRPr="009F2F18" w:rsidRDefault="00DA5D38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sz w:val="15"/>
                <w:szCs w:val="19"/>
                <w:lang w:val="it-IT"/>
              </w:rPr>
              <w:t>Definizione ex art. 5, c.1, lett. l), L. 180/2011: maggioranza quote a donne; cooperative con maggioranza femminile; impresa individuale gestita da donna.</w:t>
            </w:r>
          </w:p>
          <w:p w14:paraId="0C804CA9" w14:textId="77777777" w:rsidR="0062235A" w:rsidRPr="009F2F18" w:rsidRDefault="0062235A" w:rsidP="0062235A">
            <w:pPr>
              <w:pStyle w:val="Tiny"/>
              <w:spacing w:after="0" w:line="247" w:lineRule="auto"/>
              <w:rPr>
                <w:rFonts w:cs="Arial"/>
                <w:sz w:val="19"/>
                <w:szCs w:val="19"/>
                <w:lang w:val="it-IT"/>
              </w:rPr>
            </w:pPr>
            <w:r w:rsidRPr="009F2F18">
              <w:rPr>
                <w:rFonts w:cs="Arial"/>
                <w:color w:val="4F7C78"/>
                <w:sz w:val="15"/>
                <w:szCs w:val="19"/>
                <w:lang w:val="it-IT"/>
              </w:rPr>
              <w:t>l’Ufficio verifica la situazione alla data della domanda.</w:t>
            </w:r>
          </w:p>
        </w:tc>
      </w:tr>
      <w:tr w:rsidR="00CA4676" w:rsidRPr="0034729C" w14:paraId="09F4B934" w14:textId="77777777" w:rsidTr="00CA4676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cantSplit/>
          <w:jc w:val="center"/>
        </w:trPr>
        <w:tc>
          <w:tcPr>
            <w:tcW w:w="3127" w:type="dxa"/>
            <w:tcBorders>
              <w:top w:val="single" w:sz="2" w:space="0" w:color="D4DCDE"/>
              <w:left w:val="single" w:sz="2" w:space="0" w:color="D4DCDE"/>
              <w:bottom w:val="single" w:sz="2" w:space="0" w:color="D4DCDE"/>
              <w:right w:val="single" w:sz="2" w:space="0" w:color="D4DCDE"/>
            </w:tcBorders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7B78DD5" w14:textId="77777777" w:rsidR="00CA4676" w:rsidRPr="00CA4676" w:rsidRDefault="00CA4676" w:rsidP="00CA4676">
            <w:pPr>
              <w:spacing w:after="0" w:line="247" w:lineRule="auto"/>
              <w:jc w:val="center"/>
              <w:rPr>
                <w:rFonts w:cs="Arial"/>
                <w:b/>
                <w:color w:val="FFFFFF"/>
                <w:sz w:val="15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CA4676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>
              <w:rPr>
                <w:rFonts w:cs="Arial"/>
                <w:b/>
                <w:color w:val="FFFFFF"/>
                <w:sz w:val="15"/>
                <w:szCs w:val="19"/>
              </w:rPr>
              <w:t>1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668" w:type="dxa"/>
            <w:tcBorders>
              <w:top w:val="single" w:sz="2" w:space="0" w:color="D4DCDE"/>
              <w:left w:val="single" w:sz="2" w:space="0" w:color="D4DCDE"/>
              <w:bottom w:val="single" w:sz="2" w:space="0" w:color="D4DCDE"/>
              <w:right w:val="single" w:sz="2" w:space="0" w:color="D4DCDE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7C90689" w14:textId="77777777" w:rsidR="00CA4676" w:rsidRPr="00CA4676" w:rsidRDefault="00CA4676" w:rsidP="003060B1">
            <w:pPr>
              <w:spacing w:after="0" w:line="247" w:lineRule="auto"/>
              <w:rPr>
                <w:rFonts w:cs="Arial"/>
                <w:b/>
                <w:color w:val="263238"/>
                <w:sz w:val="15"/>
                <w:szCs w:val="19"/>
                <w:lang w:val="it-IT"/>
              </w:rPr>
            </w:pPr>
            <w:r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>I</w:t>
            </w:r>
            <w:r w:rsidRPr="009F2F18">
              <w:rPr>
                <w:rFonts w:cs="Arial"/>
                <w:b/>
                <w:color w:val="263238"/>
                <w:sz w:val="15"/>
                <w:szCs w:val="19"/>
                <w:lang w:val="it-IT"/>
              </w:rPr>
              <w:t xml:space="preserve"> - Impresa giovanile</w:t>
            </w:r>
          </w:p>
          <w:p w14:paraId="360C8DA9" w14:textId="77777777" w:rsidR="00CA4676" w:rsidRPr="00CA4676" w:rsidRDefault="00CA4676" w:rsidP="00CA4676">
            <w:pPr>
              <w:pStyle w:val="Tiny"/>
              <w:spacing w:after="0" w:line="247" w:lineRule="auto"/>
              <w:rPr>
                <w:rFonts w:cs="Arial"/>
                <w:sz w:val="15"/>
                <w:szCs w:val="19"/>
                <w:lang w:val="it-IT"/>
              </w:rPr>
            </w:pPr>
            <w:r w:rsidRPr="00CA4676">
              <w:rPr>
                <w:rFonts w:cs="Arial"/>
                <w:sz w:val="15"/>
                <w:szCs w:val="19"/>
                <w:lang w:val="it-IT"/>
              </w:rPr>
              <w:t>Definizione ex art. 5, c.1, lett. m), L. 180/2011: maggioranza quote a soggetti &lt;35; cooperative con maggioranza &lt;35; impresa individuale gestita da soggetto &lt;35.</w:t>
            </w:r>
          </w:p>
          <w:p w14:paraId="1AA368B5" w14:textId="77777777" w:rsidR="00CA4676" w:rsidRPr="00CA4676" w:rsidRDefault="00CA4676" w:rsidP="00CA4676">
            <w:pPr>
              <w:pStyle w:val="Tiny"/>
              <w:spacing w:after="0" w:line="247" w:lineRule="auto"/>
              <w:rPr>
                <w:rFonts w:cs="Arial"/>
                <w:b/>
                <w:sz w:val="15"/>
                <w:szCs w:val="19"/>
                <w:lang w:val="it-IT"/>
              </w:rPr>
            </w:pPr>
            <w:r w:rsidRPr="00CA4676">
              <w:rPr>
                <w:rFonts w:cs="Arial"/>
                <w:color w:val="4F7C78"/>
                <w:sz w:val="15"/>
                <w:szCs w:val="19"/>
                <w:lang w:val="it-IT"/>
              </w:rPr>
              <w:t>l’Ufficio verifica la situazione alla data della domanda.</w:t>
            </w:r>
          </w:p>
        </w:tc>
      </w:tr>
    </w:tbl>
    <w:p w14:paraId="0C71C461" w14:textId="77777777" w:rsidR="00811F6F" w:rsidRPr="009F2F18" w:rsidRDefault="00811F6F">
      <w:pPr>
        <w:rPr>
          <w:rFonts w:cs="Arial"/>
          <w:lang w:val="it-IT"/>
        </w:rPr>
      </w:pPr>
    </w:p>
    <w:tbl>
      <w:tblPr>
        <w:tblW w:w="10893" w:type="dxa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27"/>
        <w:gridCol w:w="3126"/>
        <w:gridCol w:w="561"/>
        <w:gridCol w:w="1683"/>
        <w:gridCol w:w="5465"/>
        <w:gridCol w:w="31"/>
      </w:tblGrid>
      <w:tr w:rsidR="00790A3A" w:rsidRPr="009F2F18" w14:paraId="53B18947" w14:textId="77777777" w:rsidTr="009F2F18">
        <w:trPr>
          <w:gridBefore w:val="1"/>
          <w:gridAfter w:val="1"/>
          <w:wBefore w:w="27" w:type="dxa"/>
          <w:wAfter w:w="31" w:type="dxa"/>
          <w:cantSplit/>
          <w:jc w:val="center"/>
        </w:trPr>
        <w:tc>
          <w:tcPr>
            <w:tcW w:w="3687" w:type="dxa"/>
            <w:gridSpan w:val="2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</w:tcPr>
          <w:p w14:paraId="03877178" w14:textId="77777777" w:rsidR="009F2F18" w:rsidRPr="009F2F18" w:rsidRDefault="00CA4676" w:rsidP="009F2F18">
            <w:pPr>
              <w:spacing w:after="0" w:line="247" w:lineRule="auto"/>
              <w:ind w:left="31"/>
              <w:rPr>
                <w:rFonts w:cs="Arial"/>
                <w:b/>
                <w:color w:val="FFFFFF"/>
                <w:sz w:val="15"/>
                <w:lang w:val="it-IT"/>
              </w:rPr>
            </w:pPr>
            <w:r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CRITERI J</w:t>
            </w:r>
            <w:r w:rsidR="00A16FE0"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–L</w:t>
            </w:r>
            <w:r w:rsidR="00A16FE0"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br/>
            </w:r>
            <w:r w:rsidR="00A16FE0" w:rsidRPr="009F2F18">
              <w:rPr>
                <w:rFonts w:cs="Arial"/>
                <w:b/>
                <w:color w:val="FFFFFF"/>
                <w:sz w:val="15"/>
                <w:lang w:val="it-IT"/>
              </w:rPr>
              <w:t xml:space="preserve">VERDE = compila il richiedente · </w:t>
            </w:r>
          </w:p>
          <w:p w14:paraId="7E18ACDB" w14:textId="77777777" w:rsidR="00790A3A" w:rsidRPr="009F2F18" w:rsidRDefault="00A16FE0" w:rsidP="00CA4676">
            <w:pPr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ARANCIO = verifica/compila l’Ufficio</w:t>
            </w:r>
          </w:p>
        </w:tc>
        <w:tc>
          <w:tcPr>
            <w:tcW w:w="7148" w:type="dxa"/>
            <w:gridSpan w:val="2"/>
            <w:shd w:val="clear" w:color="auto" w:fill="173C4F"/>
            <w:tcMar>
              <w:top w:w="35" w:type="dxa"/>
              <w:left w:w="65" w:type="dxa"/>
              <w:bottom w:w="35" w:type="dxa"/>
              <w:right w:w="65" w:type="dxa"/>
            </w:tcMar>
          </w:tcPr>
          <w:p w14:paraId="13AC4A78" w14:textId="77777777" w:rsidR="00790A3A" w:rsidRPr="009F2F18" w:rsidRDefault="00A16FE0" w:rsidP="009F2F18">
            <w:pPr>
              <w:keepNext/>
              <w:spacing w:after="0" w:line="247" w:lineRule="auto"/>
              <w:ind w:left="366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  <w:t>CAMPAGNOLA</w:t>
            </w:r>
          </w:p>
        </w:tc>
      </w:tr>
      <w:tr w:rsidR="00DA201C" w:rsidRPr="009F2F18" w14:paraId="44D08BDD" w14:textId="77777777" w:rsidTr="009F2F1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CEC3EA9" w14:textId="77777777" w:rsidR="00DA201C" w:rsidRPr="009F2F18" w:rsidRDefault="00CA4676" w:rsidP="009F2F18">
            <w:pPr>
              <w:spacing w:after="0" w:line="247" w:lineRule="auto"/>
              <w:ind w:left="-1"/>
              <w:rPr>
                <w:rFonts w:cs="Arial"/>
                <w:sz w:val="19"/>
                <w:szCs w:val="19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J</w:t>
            </w:r>
            <w:r w:rsidR="00DA5D38" w:rsidRPr="003F002C">
              <w:rPr>
                <w:rFonts w:cs="Arial"/>
                <w:b/>
                <w:color w:val="FFFFFF"/>
                <w:sz w:val="15"/>
                <w:lang w:val="it-IT"/>
              </w:rPr>
              <w:t>. Continuità e presidio commerciale del mercato/</w:t>
            </w:r>
            <w:proofErr w:type="spellStart"/>
            <w:r w:rsidR="00DA5D38" w:rsidRPr="003F002C">
              <w:rPr>
                <w:rFonts w:cs="Arial"/>
                <w:b/>
                <w:color w:val="FFFFFF"/>
                <w:sz w:val="15"/>
                <w:lang w:val="it-IT"/>
              </w:rPr>
              <w:t>Hub</w:t>
            </w:r>
            <w:proofErr w:type="spellEnd"/>
          </w:p>
        </w:tc>
        <w:tc>
          <w:tcPr>
            <w:tcW w:w="7740" w:type="dxa"/>
            <w:gridSpan w:val="4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2CB960" w14:textId="77777777" w:rsidR="00DA201C" w:rsidRPr="009F2F18" w:rsidRDefault="0062235A" w:rsidP="009F2F18">
            <w:pPr>
              <w:spacing w:after="0" w:line="247" w:lineRule="auto"/>
              <w:ind w:left="141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 xml:space="preserve">20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pt</w:t>
            </w:r>
            <w:proofErr w:type="spellEnd"/>
          </w:p>
        </w:tc>
      </w:tr>
      <w:tr w:rsidR="00DA201C" w:rsidRPr="009F2F18" w14:paraId="6FE761E1" w14:textId="77777777" w:rsidTr="009F2F18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F927E05" w14:textId="77777777" w:rsidR="00DA201C" w:rsidRPr="009F2F18" w:rsidRDefault="00DA5D38" w:rsidP="009F2F18">
            <w:pPr>
              <w:spacing w:after="0" w:line="247" w:lineRule="auto"/>
              <w:ind w:left="-1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UFFICIO</w:t>
            </w:r>
            <w:r w:rsidRPr="009F2F18">
              <w:rPr>
                <w:rFonts w:cs="Arial"/>
                <w:b/>
                <w:color w:val="FFFFFF"/>
                <w:sz w:val="15"/>
              </w:rPr>
              <w:br/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verifica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</w:rPr>
              <w:br/>
              <w:t xml:space="preserve">20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pt</w:t>
            </w:r>
            <w:proofErr w:type="spellEnd"/>
          </w:p>
        </w:tc>
        <w:tc>
          <w:tcPr>
            <w:tcW w:w="7740" w:type="dxa"/>
            <w:gridSpan w:val="4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F94C67" w14:textId="77777777" w:rsidR="00D13C85" w:rsidRPr="003F002C" w:rsidRDefault="00CA4676" w:rsidP="009F2F18">
            <w:pPr>
              <w:spacing w:after="0" w:line="247" w:lineRule="auto"/>
              <w:ind w:left="24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J</w:t>
            </w:r>
            <w:r w:rsidR="002F51D3" w:rsidRPr="003F002C">
              <w:rPr>
                <w:rFonts w:cs="Arial"/>
                <w:b/>
                <w:sz w:val="15"/>
                <w:lang w:val="it-IT"/>
              </w:rPr>
              <w:t xml:space="preserve"> – Presenza continuativa nell’</w:t>
            </w:r>
            <w:proofErr w:type="spellStart"/>
            <w:r w:rsidR="002F51D3" w:rsidRPr="003F002C">
              <w:rPr>
                <w:rFonts w:cs="Arial"/>
                <w:b/>
                <w:sz w:val="15"/>
                <w:lang w:val="it-IT"/>
              </w:rPr>
              <w:t>Hub</w:t>
            </w:r>
            <w:proofErr w:type="spellEnd"/>
            <w:r w:rsidR="002F51D3" w:rsidRPr="003F002C">
              <w:rPr>
                <w:rFonts w:cs="Arial"/>
                <w:b/>
                <w:sz w:val="15"/>
                <w:lang w:val="it-IT"/>
              </w:rPr>
              <w:t xml:space="preserve"> (attività su area pubblica)</w:t>
            </w:r>
          </w:p>
          <w:p w14:paraId="53F4C2F0" w14:textId="77777777" w:rsidR="00D13C85" w:rsidRPr="009F2F18" w:rsidRDefault="002F51D3" w:rsidP="009F2F18">
            <w:pPr>
              <w:spacing w:after="0" w:line="247" w:lineRule="auto"/>
              <w:ind w:left="24"/>
              <w:rPr>
                <w:rFonts w:cs="Arial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Fasce alternative: meno di 12 mesi = 7 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pt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 · da 12 mesi a meno di 3 anni = 12 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pt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 · da 3 a meno di 5 anni = 15 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pt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 · almeno 5 anni = 20 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pt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>. Rileva l’effettivo esercizio della medesima impresa; il trasferimento tra posteggi nell’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 non interrompe la continuità. Il subingresso non comporta automaticamente l’attribuzione dell’anzianità del precedente operatore.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Verifica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d’ufficio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>.</w:t>
            </w:r>
          </w:p>
        </w:tc>
      </w:tr>
      <w:tr w:rsidR="00DA201C" w:rsidRPr="009F2F18" w14:paraId="0F7674C2" w14:textId="77777777" w:rsidTr="009F2F1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A2ECC7" w14:textId="77777777" w:rsidR="00DA201C" w:rsidRPr="009F2F18" w:rsidRDefault="00CA4676" w:rsidP="009F2F18">
            <w:pPr>
              <w:spacing w:after="0" w:line="247" w:lineRule="auto"/>
              <w:ind w:left="-1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b/>
                <w:color w:val="FFFFFF"/>
                <w:sz w:val="15"/>
                <w:szCs w:val="19"/>
              </w:rPr>
              <w:t>K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.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Accessibilità</w:t>
            </w:r>
            <w:proofErr w:type="spellEnd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trasparente</w:t>
            </w:r>
            <w:proofErr w:type="spellEnd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dell’esercizio</w:t>
            </w:r>
            <w:proofErr w:type="spellEnd"/>
          </w:p>
        </w:tc>
        <w:tc>
          <w:tcPr>
            <w:tcW w:w="7740" w:type="dxa"/>
            <w:gridSpan w:val="4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7624177" w14:textId="77777777" w:rsidR="00DA201C" w:rsidRPr="009F2F18" w:rsidRDefault="009F660A" w:rsidP="009F2F18">
            <w:pPr>
              <w:spacing w:after="0" w:line="247" w:lineRule="auto"/>
              <w:ind w:left="24"/>
              <w:jc w:val="center"/>
              <w:rPr>
                <w:rFonts w:cs="Arial"/>
                <w:sz w:val="19"/>
                <w:szCs w:val="19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5</w:t>
            </w:r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="00DA5D38"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</w:tr>
      <w:tr w:rsidR="00DA201C" w:rsidRPr="009F2F18" w14:paraId="2985192A" w14:textId="77777777" w:rsidTr="009F2F18">
        <w:tblPrEx>
          <w:tblBorders>
            <w:top w:val="single" w:sz="2" w:space="0" w:color="D4DCDE"/>
            <w:left w:val="single" w:sz="2" w:space="0" w:color="D4DCDE"/>
            <w:bottom w:val="single" w:sz="2" w:space="0" w:color="D4DCDE"/>
            <w:right w:val="single" w:sz="2" w:space="0" w:color="D4DCDE"/>
            <w:insideH w:val="single" w:sz="2" w:space="0" w:color="D4DCDE"/>
            <w:insideV w:val="single" w:sz="2" w:space="0" w:color="D4DCDE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69FA23" w14:textId="77777777" w:rsidR="00811F6F" w:rsidRPr="009F2F18" w:rsidRDefault="007A262B" w:rsidP="009F2F18">
            <w:pPr>
              <w:spacing w:after="0" w:line="247" w:lineRule="auto"/>
              <w:ind w:left="-1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RICHIEDENTE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Pr="009F2F18">
              <w:rPr>
                <w:rFonts w:ascii="MS Gothic" w:eastAsia="MS Gothic" w:hAnsi="MS Gothic" w:cs="MS Gothic" w:hint="eastAsia"/>
                <w:b/>
                <w:color w:val="FFFFFF"/>
                <w:sz w:val="15"/>
                <w:szCs w:val="19"/>
              </w:rPr>
              <w:t>☐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richiedo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br/>
            </w:r>
            <w:r w:rsidR="004D50AB" w:rsidRPr="009F2F18">
              <w:rPr>
                <w:rFonts w:cs="Arial"/>
                <w:b/>
                <w:color w:val="FFFFFF"/>
                <w:sz w:val="15"/>
                <w:szCs w:val="19"/>
              </w:rPr>
              <w:t>5</w:t>
            </w:r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  <w:szCs w:val="19"/>
              </w:rPr>
              <w:t>pt</w:t>
            </w:r>
            <w:proofErr w:type="spellEnd"/>
          </w:p>
        </w:tc>
        <w:tc>
          <w:tcPr>
            <w:tcW w:w="7740" w:type="dxa"/>
            <w:gridSpan w:val="4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ADEB61" w14:textId="77777777" w:rsidR="00D13C85" w:rsidRPr="003F002C" w:rsidRDefault="00CA4676" w:rsidP="009F2F18">
            <w:pPr>
              <w:spacing w:after="0" w:line="247" w:lineRule="auto"/>
              <w:ind w:left="24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K</w:t>
            </w:r>
            <w:r w:rsidR="002F51D3" w:rsidRPr="003F002C">
              <w:rPr>
                <w:rFonts w:cs="Arial"/>
                <w:b/>
                <w:sz w:val="15"/>
                <w:lang w:val="it-IT"/>
              </w:rPr>
              <w:t xml:space="preserve"> – Scheda informativa di accessibilità/fruibilità del banco</w:t>
            </w:r>
          </w:p>
          <w:p w14:paraId="752BB9D5" w14:textId="77777777" w:rsidR="00D13C85" w:rsidRPr="009F2F18" w:rsidRDefault="002F51D3" w:rsidP="009F2F18">
            <w:pPr>
              <w:spacing w:after="0" w:line="247" w:lineRule="auto"/>
              <w:ind w:left="24"/>
              <w:rPr>
                <w:rFonts w:cs="Arial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 xml:space="preserve">Compilazione della scheda sintetica K contenuta nel presente Allegato 2, con autorizzazione alla pubblicazione dei dati descrittivi. Il punteggio dipende dalla completezza delle informazioni, non dal livello di accessibilità. </w:t>
            </w:r>
            <w:r w:rsidRPr="009F2F18">
              <w:rPr>
                <w:rFonts w:cs="Arial"/>
                <w:color w:val="26333A"/>
                <w:sz w:val="15"/>
              </w:rPr>
              <w:t xml:space="preserve">Non è una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certificazione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color w:val="26333A"/>
                <w:sz w:val="15"/>
              </w:rPr>
              <w:t>tecnica</w:t>
            </w:r>
            <w:proofErr w:type="spellEnd"/>
            <w:r w:rsidRPr="009F2F18">
              <w:rPr>
                <w:rFonts w:cs="Arial"/>
                <w:color w:val="26333A"/>
                <w:sz w:val="15"/>
              </w:rPr>
              <w:t>.</w:t>
            </w:r>
          </w:p>
        </w:tc>
      </w:tr>
      <w:tr w:rsidR="00811F6F" w:rsidRPr="009F2F18" w14:paraId="37874296" w14:textId="77777777" w:rsidTr="009F2F1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223329A" w14:textId="77777777" w:rsidR="00D13C85" w:rsidRPr="003F002C" w:rsidRDefault="00CA4676" w:rsidP="009F2F18">
            <w:pPr>
              <w:spacing w:after="0" w:line="247" w:lineRule="auto"/>
              <w:ind w:left="-1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L</w:t>
            </w:r>
            <w:r w:rsidR="002F51D3" w:rsidRPr="003F002C">
              <w:rPr>
                <w:rFonts w:cs="Arial"/>
                <w:b/>
                <w:color w:val="FFFFFF"/>
                <w:sz w:val="15"/>
                <w:lang w:val="it-IT"/>
              </w:rPr>
              <w:t>. Priorità regionale · posteggio nell’</w:t>
            </w:r>
            <w:proofErr w:type="spellStart"/>
            <w:r w:rsidR="002F51D3" w:rsidRPr="003F002C">
              <w:rPr>
                <w:rFonts w:cs="Arial"/>
                <w:b/>
                <w:color w:val="FFFFFF"/>
                <w:sz w:val="15"/>
                <w:lang w:val="it-IT"/>
              </w:rPr>
              <w:t>Hub</w:t>
            </w:r>
            <w:proofErr w:type="spellEnd"/>
          </w:p>
        </w:tc>
        <w:tc>
          <w:tcPr>
            <w:tcW w:w="7740" w:type="dxa"/>
            <w:gridSpan w:val="4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B592FB0" w14:textId="77777777" w:rsidR="00811F6F" w:rsidRPr="009F2F18" w:rsidRDefault="009F660A" w:rsidP="009F2F18">
            <w:pPr>
              <w:spacing w:after="0" w:line="247" w:lineRule="auto"/>
              <w:ind w:left="24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 xml:space="preserve">15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pt</w:t>
            </w:r>
            <w:proofErr w:type="spellEnd"/>
          </w:p>
        </w:tc>
      </w:tr>
      <w:tr w:rsidR="00811F6F" w:rsidRPr="0034729C" w14:paraId="1ACB028C" w14:textId="77777777" w:rsidTr="009F2F1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tcBorders>
              <w:bottom w:val="nil"/>
            </w:tcBorders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B12518D" w14:textId="77777777" w:rsidR="00D13C85" w:rsidRPr="009F2F18" w:rsidRDefault="002F51D3" w:rsidP="009F2F18">
            <w:pPr>
              <w:keepNext/>
              <w:spacing w:after="0" w:line="247" w:lineRule="auto"/>
              <w:ind w:left="-1"/>
              <w:jc w:val="center"/>
              <w:rPr>
                <w:rFonts w:cs="Arial"/>
                <w:b/>
              </w:rPr>
            </w:pPr>
            <w:r w:rsidRPr="009F2F18">
              <w:rPr>
                <w:rFonts w:cs="Arial"/>
                <w:b/>
                <w:color w:val="FFFFFF"/>
              </w:rPr>
              <w:t>UFFICIO</w:t>
            </w:r>
          </w:p>
          <w:p w14:paraId="68CF7EFD" w14:textId="77777777" w:rsidR="00D13C85" w:rsidRPr="009F2F18" w:rsidRDefault="002F51D3" w:rsidP="009F2F18">
            <w:pPr>
              <w:spacing w:after="0" w:line="247" w:lineRule="auto"/>
              <w:ind w:left="-1"/>
              <w:jc w:val="center"/>
              <w:rPr>
                <w:rFonts w:cs="Arial"/>
                <w:b/>
              </w:rPr>
            </w:pPr>
            <w:proofErr w:type="spellStart"/>
            <w:r w:rsidRPr="009F2F18">
              <w:rPr>
                <w:rFonts w:cs="Arial"/>
                <w:b/>
                <w:color w:val="FFFFFF"/>
              </w:rPr>
              <w:t>verifica</w:t>
            </w:r>
            <w:proofErr w:type="spellEnd"/>
          </w:p>
          <w:p w14:paraId="7B4797E8" w14:textId="77777777" w:rsidR="00D13C85" w:rsidRPr="009F2F18" w:rsidRDefault="002F51D3" w:rsidP="009F2F18">
            <w:pPr>
              <w:spacing w:after="0" w:line="247" w:lineRule="auto"/>
              <w:ind w:left="-1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</w:rPr>
              <w:t xml:space="preserve">15 </w:t>
            </w:r>
            <w:proofErr w:type="spellStart"/>
            <w:r w:rsidRPr="009F2F18">
              <w:rPr>
                <w:rFonts w:cs="Arial"/>
                <w:b/>
                <w:color w:val="FFFFFF"/>
              </w:rPr>
              <w:t>pt</w:t>
            </w:r>
            <w:proofErr w:type="spellEnd"/>
          </w:p>
        </w:tc>
        <w:tc>
          <w:tcPr>
            <w:tcW w:w="7740" w:type="dxa"/>
            <w:gridSpan w:val="4"/>
            <w:tcBorders>
              <w:bottom w:val="nil"/>
            </w:tcBorders>
            <w:shd w:val="clear" w:color="auto" w:fill="EAF1F1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9BA3FC" w14:textId="77777777" w:rsidR="00D13C85" w:rsidRPr="003F002C" w:rsidRDefault="00CA4676" w:rsidP="009F2F18">
            <w:pPr>
              <w:spacing w:after="0" w:line="247" w:lineRule="auto"/>
              <w:ind w:left="24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sz w:val="15"/>
                <w:lang w:val="it-IT"/>
              </w:rPr>
              <w:t>L</w:t>
            </w:r>
            <w:r w:rsidR="002F51D3" w:rsidRPr="003F002C">
              <w:rPr>
                <w:rFonts w:cs="Arial"/>
                <w:b/>
                <w:sz w:val="15"/>
                <w:lang w:val="it-IT"/>
              </w:rPr>
              <w:t xml:space="preserve"> – Priorità regionale per commercio su area pubblica</w:t>
            </w:r>
          </w:p>
          <w:p w14:paraId="61EEA208" w14:textId="77777777" w:rsidR="00D13C85" w:rsidRPr="003F002C" w:rsidRDefault="002F51D3" w:rsidP="009F2F18">
            <w:pPr>
              <w:spacing w:after="0" w:line="247" w:lineRule="auto"/>
              <w:ind w:left="24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26333A"/>
                <w:sz w:val="15"/>
                <w:lang w:val="it-IT"/>
              </w:rPr>
              <w:t>La priorità è riconosciuta ai titolari di concessione di posteggio in mercati o posteggi isolati ricadenti nell’</w:t>
            </w:r>
            <w:proofErr w:type="spellStart"/>
            <w:r w:rsidRPr="003F002C">
              <w:rPr>
                <w:rFonts w:cs="Arial"/>
                <w:color w:val="26333A"/>
                <w:sz w:val="15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color w:val="26333A"/>
                <w:sz w:val="15"/>
                <w:lang w:val="it-IT"/>
              </w:rPr>
              <w:t>. Attribuzione d’ufficio, previa verifica del titolo e della localizzazione: SÌ = 15 punti · NO = 0 punti.</w:t>
            </w:r>
          </w:p>
        </w:tc>
      </w:tr>
      <w:tr w:rsidR="009F2F18" w:rsidRPr="0034729C" w14:paraId="4B6E308E" w14:textId="77777777" w:rsidTr="009F2F18">
        <w:tblPrEx>
          <w:tblBorders>
            <w:top w:val="single" w:sz="0" w:space="0" w:color="4F7C78"/>
            <w:left w:val="single" w:sz="0" w:space="0" w:color="4F7C78"/>
            <w:bottom w:val="single" w:sz="0" w:space="0" w:color="4F7C78"/>
            <w:right w:val="single" w:sz="0" w:space="0" w:color="4F7C78"/>
            <w:insideH w:val="single" w:sz="0" w:space="0" w:color="4F7C78"/>
            <w:insideV w:val="single" w:sz="0" w:space="0" w:color="4F7C78"/>
          </w:tblBorders>
        </w:tblPrEx>
        <w:trPr>
          <w:gridBefore w:val="1"/>
          <w:wBefore w:w="27" w:type="dxa"/>
          <w:cantSplit/>
          <w:jc w:val="center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2D6F13" w14:textId="77777777" w:rsidR="009F2F18" w:rsidRPr="003F002C" w:rsidRDefault="009F2F18" w:rsidP="009F2F18">
            <w:pPr>
              <w:keepNext/>
              <w:spacing w:after="0" w:line="247" w:lineRule="auto"/>
              <w:ind w:left="-1"/>
              <w:jc w:val="center"/>
              <w:rPr>
                <w:rFonts w:cs="Arial"/>
                <w:b/>
                <w:color w:val="FFFFFF"/>
                <w:lang w:val="it-IT"/>
              </w:rPr>
            </w:pPr>
          </w:p>
        </w:tc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F0B3146" w14:textId="77777777" w:rsidR="009F2F18" w:rsidRPr="003F002C" w:rsidRDefault="009F2F18" w:rsidP="009F2F18">
            <w:pPr>
              <w:spacing w:after="0" w:line="247" w:lineRule="auto"/>
              <w:ind w:left="141"/>
              <w:rPr>
                <w:rFonts w:cs="Arial"/>
                <w:b/>
                <w:sz w:val="15"/>
                <w:lang w:val="it-IT"/>
              </w:rPr>
            </w:pPr>
          </w:p>
        </w:tc>
      </w:tr>
      <w:tr w:rsidR="00D13C85" w:rsidRPr="0034729C" w14:paraId="6DACCE1E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10862" w:type="dxa"/>
            <w:gridSpan w:val="5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315E53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5D49A787" w14:textId="77777777" w:rsidR="00D13C85" w:rsidRPr="003F002C" w:rsidRDefault="002F51D3" w:rsidP="009F2F18">
            <w:pPr>
              <w:spacing w:after="0" w:line="247" w:lineRule="auto"/>
              <w:ind w:left="132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lang w:val="it-IT"/>
              </w:rPr>
              <w:t>SCHEDA K · INFORMAZIONI SULL’ACCESSIBILITÀ E FRUIBILITÀ DEL BANCO (solo se si richiedono 5 punti)</w:t>
            </w:r>
          </w:p>
        </w:tc>
      </w:tr>
      <w:tr w:rsidR="00D13C85" w:rsidRPr="0034729C" w14:paraId="225F118B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5397" w:type="dxa"/>
            <w:gridSpan w:val="4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196C3A34" w14:textId="77777777" w:rsidR="00D13C85" w:rsidRPr="009F2F18" w:rsidRDefault="002F51D3" w:rsidP="009F2F18">
            <w:pPr>
              <w:spacing w:after="0" w:line="247" w:lineRule="auto"/>
              <w:ind w:left="132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sz w:val="15"/>
              </w:rPr>
              <w:t>Avvicinamento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al banco</w:t>
            </w:r>
          </w:p>
        </w:tc>
        <w:tc>
          <w:tcPr>
            <w:tcW w:w="5465" w:type="dxa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6801A68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agevole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con ostacoli/dislivelli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non verificabile</w:t>
            </w:r>
          </w:p>
        </w:tc>
      </w:tr>
      <w:tr w:rsidR="00D13C85" w:rsidRPr="0034729C" w14:paraId="5F6A02A9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5397" w:type="dxa"/>
            <w:gridSpan w:val="4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FAFCFB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3430BC51" w14:textId="77777777" w:rsidR="00D13C85" w:rsidRPr="009F2F18" w:rsidRDefault="002F51D3" w:rsidP="009F2F18">
            <w:pPr>
              <w:spacing w:after="0" w:line="247" w:lineRule="auto"/>
              <w:ind w:left="132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sz w:val="15"/>
              </w:rPr>
              <w:t>Servizio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a persona </w:t>
            </w:r>
            <w:proofErr w:type="spellStart"/>
            <w:r w:rsidRPr="009F2F18">
              <w:rPr>
                <w:rFonts w:cs="Arial"/>
                <w:b/>
                <w:sz w:val="15"/>
              </w:rPr>
              <w:t>seduta</w:t>
            </w:r>
            <w:proofErr w:type="spellEnd"/>
          </w:p>
        </w:tc>
        <w:tc>
          <w:tcPr>
            <w:tcW w:w="5465" w:type="dxa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FAFCFB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4CB53974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possibile al banco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mediante assistenza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non disponibile</w:t>
            </w:r>
          </w:p>
        </w:tc>
      </w:tr>
      <w:tr w:rsidR="00D13C85" w:rsidRPr="0034729C" w14:paraId="64BDF85B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5397" w:type="dxa"/>
            <w:gridSpan w:val="4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00F50057" w14:textId="77777777" w:rsidR="00D13C85" w:rsidRPr="009F2F18" w:rsidRDefault="002F51D3" w:rsidP="009F2F18">
            <w:pPr>
              <w:spacing w:after="0" w:line="247" w:lineRule="auto"/>
              <w:ind w:left="132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sz w:val="15"/>
              </w:rPr>
              <w:t>Pagamento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/ </w:t>
            </w:r>
            <w:proofErr w:type="spellStart"/>
            <w:r w:rsidRPr="009F2F18">
              <w:rPr>
                <w:rFonts w:cs="Arial"/>
                <w:b/>
                <w:sz w:val="15"/>
              </w:rPr>
              <w:t>consegna</w:t>
            </w:r>
            <w:proofErr w:type="spellEnd"/>
          </w:p>
        </w:tc>
        <w:tc>
          <w:tcPr>
            <w:tcW w:w="5465" w:type="dxa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521AAF25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utilizzabili da persona seduta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con assistenza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altro __________________</w:t>
            </w:r>
          </w:p>
        </w:tc>
      </w:tr>
      <w:tr w:rsidR="00D13C85" w:rsidRPr="0034729C" w14:paraId="2694EE7C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5397" w:type="dxa"/>
            <w:gridSpan w:val="4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FAFCFB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66ED9F29" w14:textId="77777777" w:rsidR="00D13C85" w:rsidRPr="009F2F18" w:rsidRDefault="002F51D3" w:rsidP="009F2F18">
            <w:pPr>
              <w:spacing w:after="0" w:line="247" w:lineRule="auto"/>
              <w:ind w:left="132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sz w:val="15"/>
              </w:rPr>
              <w:t>Informazioni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sz w:val="15"/>
              </w:rPr>
              <w:t>utili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sz w:val="15"/>
              </w:rPr>
              <w:t>alla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sz w:val="15"/>
              </w:rPr>
              <w:t>clientela</w:t>
            </w:r>
            <w:proofErr w:type="spellEnd"/>
          </w:p>
        </w:tc>
        <w:tc>
          <w:tcPr>
            <w:tcW w:w="5465" w:type="dxa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FAFCFB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44FFDB8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4"/>
                <w:lang w:val="it-IT"/>
              </w:rPr>
              <w:t>Recapito per esigenze di accessibilità ______________________________</w:t>
            </w:r>
          </w:p>
        </w:tc>
      </w:tr>
      <w:tr w:rsidR="00D13C85" w:rsidRPr="009F2F18" w14:paraId="79B5841D" w14:textId="77777777" w:rsidTr="009F2F1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1" w:type="dxa"/>
        </w:trPr>
        <w:tc>
          <w:tcPr>
            <w:tcW w:w="5397" w:type="dxa"/>
            <w:gridSpan w:val="4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3A8DBFDF" w14:textId="77777777" w:rsidR="00D13C85" w:rsidRPr="009F2F18" w:rsidRDefault="002F51D3" w:rsidP="009F2F18">
            <w:pPr>
              <w:spacing w:after="0" w:line="247" w:lineRule="auto"/>
              <w:ind w:left="132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sz w:val="15"/>
              </w:rPr>
              <w:t>Autorizzazione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sz w:val="15"/>
              </w:rPr>
              <w:t>alla</w:t>
            </w:r>
            <w:proofErr w:type="spellEnd"/>
            <w:r w:rsidRPr="009F2F18">
              <w:rPr>
                <w:rFonts w:cs="Arial"/>
                <w:b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sz w:val="15"/>
              </w:rPr>
              <w:t>pubblicazione</w:t>
            </w:r>
            <w:proofErr w:type="spellEnd"/>
          </w:p>
        </w:tc>
        <w:tc>
          <w:tcPr>
            <w:tcW w:w="5465" w:type="dxa"/>
            <w:tcBorders>
              <w:top w:val="single" w:sz="3" w:space="0" w:color="D2DFDA"/>
              <w:left w:val="single" w:sz="3" w:space="0" w:color="D2DFDA"/>
              <w:bottom w:val="single" w:sz="3" w:space="0" w:color="D2DFDA"/>
              <w:right w:val="single" w:sz="3" w:space="0" w:color="D2DFDA"/>
            </w:tcBorders>
            <w:shd w:val="clear" w:color="auto" w:fill="EAF2EF"/>
            <w:tcMar>
              <w:top w:w="32" w:type="dxa"/>
              <w:left w:w="75" w:type="dxa"/>
              <w:bottom w:w="30" w:type="dxa"/>
              <w:right w:w="75" w:type="dxa"/>
            </w:tcMar>
            <w:vAlign w:val="center"/>
          </w:tcPr>
          <w:p w14:paraId="6B06AA05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Autorizzo la pubblicazione delle informazioni sopra riportate ai soli fini di orientamento della clientela. </w:t>
            </w:r>
            <w:r w:rsidRPr="009F2F18">
              <w:rPr>
                <w:rFonts w:cs="Arial"/>
                <w:sz w:val="14"/>
              </w:rPr>
              <w:t xml:space="preserve">I </w:t>
            </w:r>
            <w:proofErr w:type="spellStart"/>
            <w:r w:rsidRPr="009F2F18">
              <w:rPr>
                <w:rFonts w:cs="Arial"/>
                <w:sz w:val="14"/>
              </w:rPr>
              <w:t>dati</w:t>
            </w:r>
            <w:proofErr w:type="spellEnd"/>
            <w:r w:rsidRPr="009F2F18">
              <w:rPr>
                <w:rFonts w:cs="Arial"/>
                <w:sz w:val="14"/>
              </w:rPr>
              <w:t xml:space="preserve"> non </w:t>
            </w:r>
            <w:proofErr w:type="spellStart"/>
            <w:r w:rsidRPr="009F2F18">
              <w:rPr>
                <w:rFonts w:cs="Arial"/>
                <w:sz w:val="14"/>
              </w:rPr>
              <w:t>costituiscono</w:t>
            </w:r>
            <w:proofErr w:type="spellEnd"/>
            <w:r w:rsidRPr="009F2F18">
              <w:rPr>
                <w:rFonts w:cs="Arial"/>
                <w:sz w:val="14"/>
              </w:rPr>
              <w:t xml:space="preserve"> </w:t>
            </w:r>
            <w:proofErr w:type="spellStart"/>
            <w:r w:rsidRPr="009F2F18">
              <w:rPr>
                <w:rFonts w:cs="Arial"/>
                <w:sz w:val="14"/>
              </w:rPr>
              <w:t>certificazione</w:t>
            </w:r>
            <w:proofErr w:type="spellEnd"/>
            <w:r w:rsidRPr="009F2F18">
              <w:rPr>
                <w:rFonts w:cs="Arial"/>
                <w:sz w:val="14"/>
              </w:rPr>
              <w:t xml:space="preserve"> di </w:t>
            </w:r>
            <w:proofErr w:type="spellStart"/>
            <w:r w:rsidRPr="009F2F18">
              <w:rPr>
                <w:rFonts w:cs="Arial"/>
                <w:sz w:val="14"/>
              </w:rPr>
              <w:t>conformità</w:t>
            </w:r>
            <w:proofErr w:type="spellEnd"/>
            <w:r w:rsidRPr="009F2F18">
              <w:rPr>
                <w:rFonts w:cs="Arial"/>
                <w:sz w:val="14"/>
              </w:rPr>
              <w:t>.</w:t>
            </w:r>
          </w:p>
        </w:tc>
      </w:tr>
    </w:tbl>
    <w:p w14:paraId="439A47F1" w14:textId="77777777" w:rsidR="006C46DA" w:rsidRPr="009F2F18" w:rsidRDefault="006C46DA">
      <w:pPr>
        <w:rPr>
          <w:rFonts w:cs="Arial"/>
        </w:rPr>
      </w:pP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162"/>
        <w:gridCol w:w="3629"/>
        <w:gridCol w:w="5302"/>
        <w:gridCol w:w="10"/>
        <w:gridCol w:w="78"/>
      </w:tblGrid>
      <w:tr w:rsidR="00811F6F" w:rsidRPr="009F2F18" w14:paraId="6F637895" w14:textId="77777777" w:rsidTr="008D06D2">
        <w:trPr>
          <w:gridAfter w:val="1"/>
          <w:wAfter w:w="78" w:type="dxa"/>
          <w:cantSplit/>
          <w:jc w:val="center"/>
        </w:trPr>
        <w:tc>
          <w:tcPr>
            <w:tcW w:w="5443" w:type="dxa"/>
            <w:gridSpan w:val="3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C6C8B0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DICHIARAZIONI DEL RICHIEDENTE</w:t>
            </w:r>
          </w:p>
          <w:p w14:paraId="350DBD23" w14:textId="77777777" w:rsidR="00811F6F" w:rsidRPr="009F2F18" w:rsidRDefault="007A262B">
            <w:pPr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Dichiarazioni sostitutive rese ai sensi del D.P.R. 445/2000, ove applicabili</w:t>
            </w:r>
          </w:p>
        </w:tc>
        <w:tc>
          <w:tcPr>
            <w:tcW w:w="5312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B1DC034" w14:textId="77777777" w:rsidR="00811F6F" w:rsidRPr="009F2F18" w:rsidRDefault="007A262B">
            <w:pPr>
              <w:keepNext/>
              <w:spacing w:after="0" w:line="247" w:lineRule="auto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</w:rPr>
              <w:br/>
              <w:t>CAMPAGNOLA</w:t>
            </w:r>
          </w:p>
        </w:tc>
      </w:tr>
      <w:tr w:rsidR="00811F6F" w:rsidRPr="0034729C" w14:paraId="21A54FCD" w14:textId="77777777" w:rsidTr="008D06D2">
        <w:tblPrEx>
          <w:tblBorders>
            <w:top w:val="single" w:sz="3" w:space="0" w:color="D5DEDF"/>
            <w:left w:val="single" w:sz="3" w:space="0" w:color="D5DEDF"/>
            <w:bottom w:val="single" w:sz="3" w:space="0" w:color="D5DEDF"/>
            <w:right w:val="single" w:sz="3" w:space="0" w:color="D5DEDF"/>
            <w:insideH w:val="single" w:sz="3" w:space="0" w:color="D5DEDF"/>
            <w:insideV w:val="single" w:sz="3" w:space="0" w:color="D5DEDF"/>
          </w:tblBorders>
        </w:tblPrEx>
        <w:trPr>
          <w:gridAfter w:val="1"/>
          <w:wAfter w:w="78" w:type="dxa"/>
          <w:cantSplit/>
          <w:jc w:val="center"/>
        </w:trPr>
        <w:tc>
          <w:tcPr>
            <w:tcW w:w="10755" w:type="dxa"/>
            <w:gridSpan w:val="5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15E955" w14:textId="77777777" w:rsidR="00811F6F" w:rsidRPr="009F2F18" w:rsidRDefault="007A262B">
            <w:pPr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lang w:val="it-IT"/>
              </w:rPr>
              <w:t>Il/La richiedente, consapevole delle responsabilità e delle sanzioni previste in caso di dichiarazioni mendaci, dichiara quanto segue. Le verifiche sono effettuate dall’Ufficio nei casi e con le modalità previste dal bando e dalla normativa vigente.</w:t>
            </w:r>
          </w:p>
        </w:tc>
      </w:tr>
      <w:tr w:rsidR="00811F6F" w:rsidRPr="0034729C" w14:paraId="619B1C89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5DF330DB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55A6230A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aver preso visione del bando, accettandone le condizioni, i termini e gli obblighi;</w:t>
            </w:r>
          </w:p>
        </w:tc>
      </w:tr>
      <w:tr w:rsidR="00811F6F" w:rsidRPr="0034729C" w14:paraId="35CC869C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16A28ECF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754D6946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l’impresa possiede i requisiti dimensionali MPMI stabiliti dal bando;</w:t>
            </w:r>
          </w:p>
        </w:tc>
      </w:tr>
      <w:tr w:rsidR="00811F6F" w:rsidRPr="0034729C" w14:paraId="028A36D4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0254E2F8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0D9404D6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l’impresa è iscritta e attiva nel Registro delle Imprese oppure, per la nuova impresa ammessa, si impegna a perfezionare iscrizione e avvio nei termini previsti;</w:t>
            </w:r>
          </w:p>
        </w:tc>
      </w:tr>
      <w:tr w:rsidR="00811F6F" w:rsidRPr="0034729C" w14:paraId="7DA326A1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0B660629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64070DA4" w14:textId="77777777" w:rsidR="00D13C85" w:rsidRPr="003F002C" w:rsidRDefault="002F51D3" w:rsidP="00933294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l’impresa è titolare del titolo necessario per esercitare il commercio su area pubblica nel posteggio oggetto del progetto, localizzato nell’</w:t>
            </w:r>
            <w:proofErr w:type="spellStart"/>
            <w:r w:rsidRPr="003F002C">
              <w:rPr>
                <w:rFonts w:cs="Arial"/>
                <w:sz w:val="15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sz w:val="15"/>
                <w:lang w:val="it-IT"/>
              </w:rPr>
              <w:t>;</w:t>
            </w:r>
          </w:p>
        </w:tc>
      </w:tr>
      <w:tr w:rsidR="00811F6F" w:rsidRPr="0034729C" w14:paraId="7EB57282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770DEC24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6C291271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aver aderito all’Accordo di partenariato dell’</w:t>
            </w:r>
            <w:proofErr w:type="spellStart"/>
            <w:r w:rsidRPr="003F002C">
              <w:rPr>
                <w:rFonts w:cs="Arial"/>
                <w:sz w:val="15"/>
                <w:lang w:val="it-IT"/>
              </w:rPr>
              <w:t>Hub</w:t>
            </w:r>
            <w:proofErr w:type="spellEnd"/>
            <w:r w:rsidRPr="003F002C">
              <w:rPr>
                <w:rFonts w:cs="Arial"/>
                <w:sz w:val="15"/>
                <w:lang w:val="it-IT"/>
              </w:rPr>
              <w:t xml:space="preserve"> prima della presentazione della domanda;</w:t>
            </w:r>
          </w:p>
        </w:tc>
      </w:tr>
      <w:tr w:rsidR="00811F6F" w:rsidRPr="0034729C" w14:paraId="587B7962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11F6D001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449663B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l’impresa non è soggetta a procedure liquidatorie o estintive incompatibili con il bando;</w:t>
            </w:r>
          </w:p>
        </w:tc>
      </w:tr>
      <w:tr w:rsidR="00811F6F" w:rsidRPr="0034729C" w14:paraId="52913BF7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13EC76A7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7190942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essere in regola con gli obblighi previdenziali e contributivi, ove applicabili;</w:t>
            </w:r>
          </w:p>
        </w:tc>
      </w:tr>
      <w:tr w:rsidR="00811F6F" w:rsidRPr="0034729C" w14:paraId="22B13B3E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28B666CC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78926172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essere in regola con tributi e canoni comunali, fatta salva la regolarizzazione prevista dall’art. 3, comma 3, del bando;</w:t>
            </w:r>
          </w:p>
        </w:tc>
      </w:tr>
      <w:tr w:rsidR="00811F6F" w:rsidRPr="0034729C" w14:paraId="75ADF350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043A7180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5120E2E9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rispettare gli obblighi di assicurazione contro eventi catastrofali, ove applicabili;</w:t>
            </w:r>
          </w:p>
        </w:tc>
      </w:tr>
      <w:tr w:rsidR="00811F6F" w:rsidRPr="0034729C" w14:paraId="3D768C64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2D5C28C5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4394C5D6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di essere consapevole delle verifiche in regime de </w:t>
            </w:r>
            <w:proofErr w:type="spellStart"/>
            <w:r w:rsidRPr="003F002C">
              <w:rPr>
                <w:rFonts w:cs="Arial"/>
                <w:sz w:val="15"/>
                <w:lang w:val="it-IT"/>
              </w:rPr>
              <w:t>minimis</w:t>
            </w:r>
            <w:proofErr w:type="spellEnd"/>
            <w:r w:rsidRPr="003F002C">
              <w:rPr>
                <w:rFonts w:cs="Arial"/>
                <w:sz w:val="15"/>
                <w:lang w:val="it-IT"/>
              </w:rPr>
              <w:t xml:space="preserve"> sul Registro Nazionale degli Aiuti di Stato;</w:t>
            </w:r>
          </w:p>
        </w:tc>
      </w:tr>
      <w:tr w:rsidR="00811F6F" w:rsidRPr="0034729C" w14:paraId="7D872D4A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07F4B684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520AA5CB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comunicare eventuali altre agevolazioni riferite alle medesime spese per evitare doppio finanziamento;</w:t>
            </w:r>
          </w:p>
        </w:tc>
      </w:tr>
      <w:tr w:rsidR="00811F6F" w:rsidRPr="0034729C" w14:paraId="59276320" w14:textId="77777777" w:rsidTr="00DD496E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cantSplit/>
          <w:jc w:val="center"/>
        </w:trPr>
        <w:tc>
          <w:tcPr>
            <w:tcW w:w="652" w:type="dxa"/>
            <w:shd w:val="clear" w:color="auto" w:fill="EAF3EF"/>
            <w:tcMar>
              <w:top w:w="19" w:type="dxa"/>
              <w:left w:w="65" w:type="dxa"/>
              <w:bottom w:w="18" w:type="dxa"/>
              <w:right w:w="20" w:type="dxa"/>
            </w:tcMar>
            <w:vAlign w:val="center"/>
          </w:tcPr>
          <w:p w14:paraId="45E17A33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7FAF8"/>
            <w:tcMar>
              <w:top w:w="19" w:type="dxa"/>
              <w:left w:w="50" w:type="dxa"/>
              <w:bottom w:w="18" w:type="dxa"/>
              <w:right w:w="60" w:type="dxa"/>
            </w:tcMar>
            <w:vAlign w:val="center"/>
          </w:tcPr>
          <w:p w14:paraId="7619DC5A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di aver preso visione dell’informativa sulla protezione dei dati personali prevista nel bando;</w:t>
            </w:r>
          </w:p>
        </w:tc>
      </w:tr>
      <w:tr w:rsidR="00D13C85" w:rsidRPr="009F2F18" w14:paraId="7A10AC42" w14:textId="77777777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jc w:val="center"/>
        </w:trPr>
        <w:tc>
          <w:tcPr>
            <w:tcW w:w="652" w:type="dxa"/>
            <w:tcMar>
              <w:top w:w="19" w:type="dxa"/>
              <w:left w:w="65" w:type="dxa"/>
              <w:bottom w:w="18" w:type="dxa"/>
              <w:right w:w="20" w:type="dxa"/>
            </w:tcMar>
          </w:tcPr>
          <w:p w14:paraId="5712BB55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</w:tcPr>
          <w:p w14:paraId="04A99DA0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che nei confronti dell’impresa non ricorrono cause ostative antimafia ai sensi degli artt. </w:t>
            </w:r>
            <w:r w:rsidRPr="009F2F18">
              <w:rPr>
                <w:rFonts w:cs="Arial"/>
                <w:sz w:val="15"/>
              </w:rPr>
              <w:t xml:space="preserve">67 e 84 del </w:t>
            </w:r>
            <w:proofErr w:type="spellStart"/>
            <w:r w:rsidRPr="009F2F18">
              <w:rPr>
                <w:rFonts w:cs="Arial"/>
                <w:sz w:val="15"/>
              </w:rPr>
              <w:t>D.Lgs</w:t>
            </w:r>
            <w:proofErr w:type="spellEnd"/>
            <w:r w:rsidRPr="009F2F18">
              <w:rPr>
                <w:rFonts w:cs="Arial"/>
                <w:sz w:val="15"/>
              </w:rPr>
              <w:t>. 159/2011;</w:t>
            </w:r>
          </w:p>
        </w:tc>
      </w:tr>
      <w:tr w:rsidR="00D13C85" w:rsidRPr="0034729C" w14:paraId="38F3E0B4" w14:textId="77777777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jc w:val="center"/>
        </w:trPr>
        <w:tc>
          <w:tcPr>
            <w:tcW w:w="652" w:type="dxa"/>
            <w:tcMar>
              <w:top w:w="19" w:type="dxa"/>
              <w:left w:w="65" w:type="dxa"/>
              <w:bottom w:w="18" w:type="dxa"/>
              <w:right w:w="20" w:type="dxa"/>
            </w:tcMar>
          </w:tcPr>
          <w:p w14:paraId="6CAD5576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tcMar>
              <w:top w:w="19" w:type="dxa"/>
              <w:left w:w="50" w:type="dxa"/>
              <w:bottom w:w="18" w:type="dxa"/>
              <w:right w:w="60" w:type="dxa"/>
            </w:tcMar>
          </w:tcPr>
          <w:p w14:paraId="50B488E0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legali rappresentanti e amministratori non hanno condanne definitive ostative ai sensi dell’art. 3 del bando;</w:t>
            </w:r>
          </w:p>
        </w:tc>
      </w:tr>
      <w:tr w:rsidR="00D13C85" w:rsidRPr="0034729C" w14:paraId="6BF0B83F" w14:textId="77777777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jc w:val="center"/>
        </w:trPr>
        <w:tc>
          <w:tcPr>
            <w:tcW w:w="652" w:type="dxa"/>
            <w:tcMar>
              <w:top w:w="19" w:type="dxa"/>
              <w:left w:w="65" w:type="dxa"/>
              <w:bottom w:w="18" w:type="dxa"/>
              <w:right w:w="20" w:type="dxa"/>
            </w:tcMar>
          </w:tcPr>
          <w:p w14:paraId="7F001F5F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shd w:val="clear" w:color="auto" w:fill="F3F8F6"/>
            <w:tcMar>
              <w:top w:w="19" w:type="dxa"/>
              <w:left w:w="50" w:type="dxa"/>
              <w:bottom w:w="18" w:type="dxa"/>
              <w:right w:w="60" w:type="dxa"/>
            </w:tcMar>
          </w:tcPr>
          <w:p w14:paraId="42C07260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all’impresa non è stata applicata alcuna sanzione interdittiva che comporti il divieto di contrarre con la pubblica amministrazione;</w:t>
            </w:r>
          </w:p>
        </w:tc>
      </w:tr>
      <w:tr w:rsidR="00D13C85" w:rsidRPr="0034729C" w14:paraId="74B5C49E" w14:textId="77777777">
        <w:tblPrEx>
          <w:tblBorders>
            <w:top w:val="single" w:sz="3" w:space="0" w:color="D3DDDF"/>
            <w:left w:val="single" w:sz="3" w:space="0" w:color="D3DDDF"/>
            <w:bottom w:val="single" w:sz="3" w:space="0" w:color="D3DDDF"/>
            <w:right w:val="single" w:sz="3" w:space="0" w:color="D3DDDF"/>
            <w:insideH w:val="single" w:sz="3" w:space="0" w:color="D3DDDF"/>
            <w:insideV w:val="single" w:sz="3" w:space="0" w:color="D3DDDF"/>
          </w:tblBorders>
        </w:tblPrEx>
        <w:trPr>
          <w:gridAfter w:val="2"/>
          <w:wAfter w:w="88" w:type="dxa"/>
          <w:jc w:val="center"/>
        </w:trPr>
        <w:tc>
          <w:tcPr>
            <w:tcW w:w="652" w:type="dxa"/>
            <w:tcMar>
              <w:top w:w="19" w:type="dxa"/>
              <w:left w:w="65" w:type="dxa"/>
              <w:bottom w:w="18" w:type="dxa"/>
              <w:right w:w="20" w:type="dxa"/>
            </w:tcMar>
          </w:tcPr>
          <w:p w14:paraId="0CD92DE5" w14:textId="77777777" w:rsidR="00D13C85" w:rsidRPr="008D06D2" w:rsidRDefault="002F51D3" w:rsidP="008D06D2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jc w:val="center"/>
              <w:rPr>
                <w:rFonts w:cs="Arial"/>
              </w:rPr>
            </w:pPr>
            <w:r w:rsidRPr="008D06D2">
              <w:rPr>
                <w:rFonts w:ascii="MS Gothic" w:eastAsia="MS Gothic" w:hAnsi="MS Gothic" w:cs="MS Gothic" w:hint="eastAsia"/>
                <w:color w:val="315E53"/>
              </w:rPr>
              <w:t>☐</w:t>
            </w:r>
          </w:p>
        </w:tc>
        <w:tc>
          <w:tcPr>
            <w:tcW w:w="10093" w:type="dxa"/>
            <w:gridSpan w:val="3"/>
            <w:tcMar>
              <w:top w:w="19" w:type="dxa"/>
              <w:left w:w="50" w:type="dxa"/>
              <w:bottom w:w="18" w:type="dxa"/>
              <w:right w:w="60" w:type="dxa"/>
            </w:tcMar>
          </w:tcPr>
          <w:p w14:paraId="02C257FA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che l’impresa non opera nei settori esclusi dal Reg. (UE) 2023/2831 e rispetta gli obblighi antiriciclaggio applicabili.</w:t>
            </w:r>
          </w:p>
        </w:tc>
      </w:tr>
      <w:tr w:rsidR="00811F6F" w:rsidRPr="009F2F18" w14:paraId="7D683FCD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cantSplit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C44E772" w14:textId="77777777" w:rsidR="00811F6F" w:rsidRPr="009F2F18" w:rsidRDefault="007A262B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 xml:space="preserve">DURC / </w:t>
            </w: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posizione</w:t>
            </w:r>
            <w:proofErr w:type="spellEnd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contributiva</w:t>
            </w:r>
            <w:proofErr w:type="spellEnd"/>
          </w:p>
        </w:tc>
        <w:tc>
          <w:tcPr>
            <w:tcW w:w="9019" w:type="dxa"/>
            <w:gridSpan w:val="4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6FEF8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ha dipendenti 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</w:t>
            </w:r>
            <w:proofErr w:type="gramStart"/>
            <w:r w:rsidRPr="003F002C">
              <w:rPr>
                <w:rFonts w:cs="Arial"/>
                <w:sz w:val="15"/>
                <w:lang w:val="it-IT"/>
              </w:rPr>
              <w:t>non ha</w:t>
            </w:r>
            <w:proofErr w:type="gramEnd"/>
            <w:r w:rsidRPr="003F002C">
              <w:rPr>
                <w:rFonts w:cs="Arial"/>
                <w:sz w:val="15"/>
                <w:lang w:val="it-IT"/>
              </w:rPr>
              <w:t xml:space="preserve"> dipendenti 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non è tenuta a iscrizione obbligatoria</w:t>
            </w:r>
          </w:p>
          <w:p w14:paraId="33451CA2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5"/>
              </w:rPr>
              <w:t>Ente</w:t>
            </w:r>
            <w:proofErr w:type="spellEnd"/>
            <w:r w:rsidRPr="009F2F18">
              <w:rPr>
                <w:rFonts w:cs="Arial"/>
                <w:sz w:val="15"/>
              </w:rPr>
              <w:t xml:space="preserve"> / </w:t>
            </w:r>
            <w:proofErr w:type="spellStart"/>
            <w:r w:rsidRPr="009F2F18">
              <w:rPr>
                <w:rFonts w:cs="Arial"/>
                <w:sz w:val="15"/>
              </w:rPr>
              <w:t>cassa</w:t>
            </w:r>
            <w:proofErr w:type="spellEnd"/>
            <w:r w:rsidRPr="009F2F18">
              <w:rPr>
                <w:rFonts w:cs="Arial"/>
                <w:sz w:val="15"/>
              </w:rPr>
              <w:t xml:space="preserve"> (se </w:t>
            </w:r>
            <w:proofErr w:type="spellStart"/>
            <w:r w:rsidRPr="009F2F18">
              <w:rPr>
                <w:rFonts w:cs="Arial"/>
                <w:sz w:val="15"/>
              </w:rPr>
              <w:t>noto</w:t>
            </w:r>
            <w:proofErr w:type="spellEnd"/>
            <w:r w:rsidRPr="009F2F18">
              <w:rPr>
                <w:rFonts w:cs="Arial"/>
                <w:sz w:val="15"/>
              </w:rPr>
              <w:t>) _______________________________</w:t>
            </w:r>
          </w:p>
        </w:tc>
      </w:tr>
      <w:tr w:rsidR="00811F6F" w:rsidRPr="009F2F18" w14:paraId="68724283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cantSplit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3648A38" w14:textId="77777777" w:rsidR="00811F6F" w:rsidRPr="009F2F18" w:rsidRDefault="007A262B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Assicurazione</w:t>
            </w:r>
            <w:proofErr w:type="spellEnd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calamità</w:t>
            </w:r>
            <w:proofErr w:type="spellEnd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naturali</w:t>
            </w:r>
            <w:proofErr w:type="spellEnd"/>
          </w:p>
        </w:tc>
        <w:tc>
          <w:tcPr>
            <w:tcW w:w="9019" w:type="dxa"/>
            <w:gridSpan w:val="4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174BCD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non soggetta 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in regola con l’obbligo applicabile</w:t>
            </w:r>
          </w:p>
          <w:p w14:paraId="0FC3DFED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5"/>
              </w:rPr>
              <w:t>Estremi</w:t>
            </w:r>
            <w:proofErr w:type="spellEnd"/>
            <w:r w:rsidRPr="009F2F18">
              <w:rPr>
                <w:rFonts w:cs="Arial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sz w:val="15"/>
              </w:rPr>
              <w:t>polizza</w:t>
            </w:r>
            <w:proofErr w:type="spellEnd"/>
            <w:r w:rsidRPr="009F2F18">
              <w:rPr>
                <w:rFonts w:cs="Arial"/>
                <w:sz w:val="15"/>
              </w:rPr>
              <w:t xml:space="preserve"> (se </w:t>
            </w:r>
            <w:proofErr w:type="spellStart"/>
            <w:r w:rsidRPr="009F2F18">
              <w:rPr>
                <w:rFonts w:cs="Arial"/>
                <w:sz w:val="15"/>
              </w:rPr>
              <w:t>disponibili</w:t>
            </w:r>
            <w:proofErr w:type="spellEnd"/>
            <w:r w:rsidRPr="009F2F18">
              <w:rPr>
                <w:rFonts w:cs="Arial"/>
                <w:sz w:val="15"/>
              </w:rPr>
              <w:t>) _______________________________</w:t>
            </w:r>
          </w:p>
        </w:tc>
      </w:tr>
      <w:tr w:rsidR="00811F6F" w:rsidRPr="0034729C" w14:paraId="26ED6DF8" w14:textId="77777777" w:rsidTr="006C46DA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cantSplit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6E9D5F" w14:textId="77777777" w:rsidR="00811F6F" w:rsidRPr="009F2F18" w:rsidRDefault="007A262B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315D52"/>
                <w:sz w:val="15"/>
                <w:szCs w:val="20"/>
                <w:lang w:val="it-IT"/>
              </w:rPr>
              <w:t>Altri aiuti sulle stesse spese</w:t>
            </w:r>
          </w:p>
        </w:tc>
        <w:tc>
          <w:tcPr>
            <w:tcW w:w="9019" w:type="dxa"/>
            <w:gridSpan w:val="4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897E9B3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nessuno 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sì: dettagliare nella sezione economica</w:t>
            </w:r>
          </w:p>
        </w:tc>
      </w:tr>
      <w:tr w:rsidR="006C46DA" w:rsidRPr="009F2F18" w14:paraId="5D342D11" w14:textId="77777777" w:rsidTr="00426A95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cantSplit/>
          <w:trHeight w:val="809"/>
          <w:jc w:val="center"/>
        </w:trPr>
        <w:tc>
          <w:tcPr>
            <w:tcW w:w="1814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A089D3" w14:textId="77777777" w:rsidR="006C46DA" w:rsidRPr="009F2F18" w:rsidRDefault="006C46DA" w:rsidP="006C46DA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lastRenderedPageBreak/>
              <w:t xml:space="preserve">Note del </w:t>
            </w:r>
            <w:proofErr w:type="spellStart"/>
            <w:r w:rsidRPr="009F2F18">
              <w:rPr>
                <w:rFonts w:cs="Arial"/>
                <w:b/>
                <w:color w:val="315D52"/>
                <w:sz w:val="15"/>
                <w:szCs w:val="20"/>
              </w:rPr>
              <w:t>richiedente</w:t>
            </w:r>
            <w:proofErr w:type="spellEnd"/>
          </w:p>
        </w:tc>
        <w:tc>
          <w:tcPr>
            <w:tcW w:w="9019" w:type="dxa"/>
            <w:gridSpan w:val="4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2D44F7A" w14:textId="77777777" w:rsidR="006C46DA" w:rsidRPr="009F2F18" w:rsidRDefault="006C46DA" w:rsidP="006C46DA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</w:t>
            </w:r>
            <w:r w:rsidR="00426A95"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__________________________________________________</w:t>
            </w:r>
          </w:p>
          <w:p w14:paraId="75F9BD7B" w14:textId="77777777" w:rsidR="00426A95" w:rsidRPr="009F2F18" w:rsidRDefault="00426A95" w:rsidP="00426A95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</w:t>
            </w:r>
            <w:r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__________________________________________________</w:t>
            </w:r>
          </w:p>
          <w:p w14:paraId="08E70070" w14:textId="77777777" w:rsidR="00426A95" w:rsidRPr="009F2F18" w:rsidRDefault="00426A95" w:rsidP="00426A95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</w:t>
            </w:r>
            <w:r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__________________________________________________</w:t>
            </w:r>
          </w:p>
          <w:p w14:paraId="210879C5" w14:textId="77777777" w:rsidR="006C46DA" w:rsidRPr="00426A95" w:rsidRDefault="00426A95" w:rsidP="006C46DA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</w:t>
            </w:r>
            <w:r>
              <w:rPr>
                <w:rFonts w:cs="Arial"/>
                <w:b/>
                <w:color w:val="7A3E3E"/>
                <w:sz w:val="15"/>
                <w:szCs w:val="19"/>
                <w:lang w:val="it-IT"/>
              </w:rPr>
              <w:t>__________________________________________________</w:t>
            </w:r>
          </w:p>
        </w:tc>
      </w:tr>
    </w:tbl>
    <w:p w14:paraId="35B1CF5A" w14:textId="77777777" w:rsidR="00790A3A" w:rsidRPr="009F2F18" w:rsidRDefault="00790A3A">
      <w:pPr>
        <w:rPr>
          <w:rFonts w:cs="Arial"/>
        </w:rPr>
      </w:pPr>
    </w:p>
    <w:p w14:paraId="016C71F0" w14:textId="77777777" w:rsidR="006C46DA" w:rsidRPr="009F2F18" w:rsidRDefault="006C46DA">
      <w:pPr>
        <w:rPr>
          <w:rFonts w:cs="Arial"/>
        </w:rPr>
      </w:pPr>
    </w:p>
    <w:p w14:paraId="385BA72E" w14:textId="77777777" w:rsidR="006C46DA" w:rsidRPr="009F2F18" w:rsidRDefault="006C46DA">
      <w:pPr>
        <w:rPr>
          <w:rFonts w:cs="Arial"/>
        </w:rPr>
      </w:pPr>
    </w:p>
    <w:p w14:paraId="2F2962E2" w14:textId="77777777" w:rsidR="006C46DA" w:rsidRPr="009F2F18" w:rsidRDefault="006C46DA">
      <w:pPr>
        <w:rPr>
          <w:rFonts w:cs="Arial"/>
        </w:rPr>
      </w:pP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shd w:val="clear" w:color="auto" w:fill="0F243E" w:themeFill="text2" w:themeFillShade="80"/>
        <w:tblLayout w:type="fixed"/>
        <w:tblLook w:val="04A0" w:firstRow="1" w:lastRow="0" w:firstColumn="1" w:lastColumn="0" w:noHBand="0" w:noVBand="1"/>
      </w:tblPr>
      <w:tblGrid>
        <w:gridCol w:w="6946"/>
        <w:gridCol w:w="3941"/>
        <w:gridCol w:w="7"/>
      </w:tblGrid>
      <w:tr w:rsidR="00811F6F" w:rsidRPr="009F2F18" w14:paraId="256C44FF" w14:textId="77777777" w:rsidTr="002B29CF">
        <w:trPr>
          <w:cantSplit/>
          <w:jc w:val="center"/>
        </w:trPr>
        <w:tc>
          <w:tcPr>
            <w:tcW w:w="6946" w:type="dxa"/>
            <w:shd w:val="clear" w:color="auto" w:fill="0F243E" w:themeFill="text2" w:themeFillShade="80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C34EDE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PIANO FINANZIARIO DEGLI INVESTIMENTI</w:t>
            </w:r>
          </w:p>
          <w:p w14:paraId="1CB58187" w14:textId="77777777" w:rsidR="00811F6F" w:rsidRPr="009F2F18" w:rsidRDefault="007A262B">
            <w:pPr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Indicare i preventivi e le spese candidate; allegare la documentazione prevista dal bando</w:t>
            </w:r>
          </w:p>
        </w:tc>
        <w:tc>
          <w:tcPr>
            <w:tcW w:w="3940" w:type="dxa"/>
            <w:gridSpan w:val="2"/>
            <w:shd w:val="clear" w:color="auto" w:fill="0F243E" w:themeFill="text2" w:themeFillShade="80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36DA93" w14:textId="77777777" w:rsidR="00811F6F" w:rsidRPr="009F2F18" w:rsidRDefault="007A262B">
            <w:pPr>
              <w:keepNext/>
              <w:spacing w:after="0" w:line="247" w:lineRule="auto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</w:rPr>
              <w:br/>
              <w:t>CAMPAGNOLA</w:t>
            </w:r>
          </w:p>
        </w:tc>
      </w:tr>
      <w:tr w:rsidR="00811F6F" w:rsidRPr="009F2F18" w14:paraId="19CBF5D4" w14:textId="77777777">
        <w:tblPrEx>
          <w:tblBorders>
            <w:top w:val="single" w:sz="3" w:space="0" w:color="D5DEDF"/>
            <w:left w:val="single" w:sz="3" w:space="0" w:color="D5DEDF"/>
            <w:bottom w:val="single" w:sz="3" w:space="0" w:color="D5DEDF"/>
            <w:right w:val="single" w:sz="3" w:space="0" w:color="D5DEDF"/>
            <w:insideH w:val="single" w:sz="3" w:space="0" w:color="D5DEDF"/>
            <w:insideV w:val="single" w:sz="3" w:space="0" w:color="D5DEDF"/>
          </w:tblBorders>
          <w:shd w:val="clear" w:color="auto" w:fill="auto"/>
        </w:tblPrEx>
        <w:trPr>
          <w:gridAfter w:val="1"/>
          <w:wAfter w:w="7" w:type="dxa"/>
          <w:cantSplit/>
          <w:jc w:val="center"/>
        </w:trPr>
        <w:tc>
          <w:tcPr>
            <w:tcW w:w="10887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59FAD66" w14:textId="5545043B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Il commercio su area pubblica può candidare le sole Linee 2 e 3 (art. 4 del bando). Spesa ammissibile minima: € </w:t>
            </w:r>
            <w:r w:rsidR="003F002C">
              <w:rPr>
                <w:rFonts w:cs="Arial"/>
                <w:sz w:val="15"/>
                <w:lang w:val="it-IT"/>
              </w:rPr>
              <w:t>2</w:t>
            </w:r>
            <w:r w:rsidRPr="003F002C">
              <w:rPr>
                <w:rFonts w:cs="Arial"/>
                <w:sz w:val="15"/>
                <w:lang w:val="it-IT"/>
              </w:rPr>
              <w:t xml:space="preserve">.000. Aliquote ordinarie: 40% sulla Linea 2 e 50% sulla Linea 3; contributo totale massimo per operatore: € 3.000 (art. 6, c. 2). Il bando identifica la presenza di un giorno settimanale nella misura di 1/6. Sono considerate le risorse e le eventuali riparametrazioni previste dagli articoli 6 e 10. </w:t>
            </w:r>
            <w:proofErr w:type="spellStart"/>
            <w:r w:rsidRPr="009F2F18">
              <w:rPr>
                <w:rFonts w:cs="Arial"/>
                <w:sz w:val="15"/>
              </w:rPr>
              <w:t>Indicare</w:t>
            </w:r>
            <w:proofErr w:type="spellEnd"/>
            <w:r w:rsidRPr="009F2F18">
              <w:rPr>
                <w:rFonts w:cs="Arial"/>
                <w:sz w:val="15"/>
              </w:rPr>
              <w:t xml:space="preserve"> IVA </w:t>
            </w:r>
            <w:proofErr w:type="spellStart"/>
            <w:r w:rsidRPr="009F2F18">
              <w:rPr>
                <w:rFonts w:cs="Arial"/>
                <w:sz w:val="15"/>
              </w:rPr>
              <w:t>separatamente</w:t>
            </w:r>
            <w:proofErr w:type="spellEnd"/>
            <w:r w:rsidRPr="009F2F18">
              <w:rPr>
                <w:rFonts w:cs="Arial"/>
                <w:sz w:val="15"/>
              </w:rPr>
              <w:t xml:space="preserve"> salvo </w:t>
            </w:r>
            <w:proofErr w:type="spellStart"/>
            <w:r w:rsidRPr="009F2F18">
              <w:rPr>
                <w:rFonts w:cs="Arial"/>
                <w:sz w:val="15"/>
              </w:rPr>
              <w:t>costo</w:t>
            </w:r>
            <w:proofErr w:type="spellEnd"/>
            <w:r w:rsidRPr="009F2F18">
              <w:rPr>
                <w:rFonts w:cs="Arial"/>
                <w:sz w:val="15"/>
              </w:rPr>
              <w:t xml:space="preserve"> non </w:t>
            </w:r>
            <w:proofErr w:type="spellStart"/>
            <w:r w:rsidRPr="009F2F18">
              <w:rPr>
                <w:rFonts w:cs="Arial"/>
                <w:sz w:val="15"/>
              </w:rPr>
              <w:t>recuperabile</w:t>
            </w:r>
            <w:proofErr w:type="spellEnd"/>
            <w:r w:rsidRPr="009F2F18">
              <w:rPr>
                <w:rFonts w:cs="Arial"/>
                <w:sz w:val="15"/>
              </w:rPr>
              <w:t>.</w:t>
            </w:r>
          </w:p>
        </w:tc>
      </w:tr>
    </w:tbl>
    <w:p w14:paraId="40A27C57" w14:textId="77777777" w:rsidR="00811F6F" w:rsidRPr="009F2F18" w:rsidRDefault="00811F6F">
      <w:pPr>
        <w:spacing w:after="60"/>
        <w:rPr>
          <w:rFonts w:cs="Arial"/>
        </w:rPr>
      </w:pPr>
    </w:p>
    <w:p w14:paraId="3488E388" w14:textId="77777777" w:rsidR="006C46DA" w:rsidRPr="009F2F18" w:rsidRDefault="006C46DA">
      <w:pPr>
        <w:spacing w:after="60"/>
        <w:rPr>
          <w:rFonts w:cs="Arial"/>
        </w:rPr>
      </w:pPr>
    </w:p>
    <w:tbl>
      <w:tblPr>
        <w:tblW w:w="0" w:type="auto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177"/>
        <w:gridCol w:w="2177"/>
        <w:gridCol w:w="2177"/>
        <w:gridCol w:w="2177"/>
      </w:tblGrid>
      <w:tr w:rsidR="00811F6F" w:rsidRPr="0034729C" w14:paraId="7E7B2896" w14:textId="77777777">
        <w:trPr>
          <w:cantSplit/>
          <w:jc w:val="center"/>
        </w:trPr>
        <w:tc>
          <w:tcPr>
            <w:tcW w:w="10885" w:type="dxa"/>
            <w:gridSpan w:val="5"/>
            <w:shd w:val="clear" w:color="auto" w:fill="577F7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28DAEA7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LINEA 2 – ATTREZZATURE, IMPIANTI E ARREDI</w:t>
            </w:r>
          </w:p>
          <w:p w14:paraId="1071F2C5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FFFFFF"/>
                <w:sz w:val="15"/>
                <w:lang w:val="it-IT"/>
              </w:rPr>
              <w:t>Banchi, strutture espositive, attrezzature durevoli, impianti e dotazioni funzionali alla vendita su area pubblica.</w:t>
            </w:r>
          </w:p>
        </w:tc>
      </w:tr>
      <w:tr w:rsidR="00811F6F" w:rsidRPr="009F2F18" w14:paraId="784C0365" w14:textId="77777777">
        <w:trPr>
          <w:cantSplit/>
          <w:jc w:val="center"/>
        </w:trPr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5D0FC1A" w14:textId="77777777" w:rsidR="00811F6F" w:rsidRPr="009F2F18" w:rsidRDefault="007A262B">
            <w:pPr>
              <w:spacing w:after="0" w:line="247" w:lineRule="auto"/>
              <w:jc w:val="center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Preventivo / documento</w:t>
            </w: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br/>
              <w:t>(n. e data)</w:t>
            </w:r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6443CA" w14:textId="77777777" w:rsidR="00811F6F" w:rsidRPr="009F2F18" w:rsidRDefault="007A262B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Fornitore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898E20" w14:textId="77777777" w:rsidR="00811F6F" w:rsidRPr="009F2F18" w:rsidRDefault="007A262B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Descrizione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spesa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A1E3120" w14:textId="77777777" w:rsidR="00811F6F" w:rsidRPr="009F2F18" w:rsidRDefault="007A262B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Imponibile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</w:rPr>
              <w:t xml:space="preserve"> €</w:t>
            </w:r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4F67BF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IVA €</w:t>
            </w:r>
          </w:p>
        </w:tc>
      </w:tr>
      <w:tr w:rsidR="00811F6F" w:rsidRPr="009F2F18" w14:paraId="4A5434AF" w14:textId="77777777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72B20F2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C9BA314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9CC14D4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547C57C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6FEFEC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54F29A50" w14:textId="77777777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75F278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E3B7B8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90BC451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377334A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EF76BE2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329AFD23" w14:textId="77777777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16C766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6EC9A2D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E38F95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E081BCD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81F44B1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30BF70C0" w14:textId="77777777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EEE0273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E0F4B6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189234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9ADB58C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81AA1D5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6CBC1FA1" w14:textId="77777777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553FB4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79C0F2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9EBD49C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7485691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2DAFBF" w14:textId="77777777" w:rsidR="00811F6F" w:rsidRPr="009F2F18" w:rsidRDefault="00811F6F">
            <w:pPr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4605EE83" w14:textId="77777777">
        <w:trPr>
          <w:cantSplit/>
          <w:jc w:val="center"/>
        </w:trPr>
        <w:tc>
          <w:tcPr>
            <w:tcW w:w="6531" w:type="dxa"/>
            <w:gridSpan w:val="3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8165D40" w14:textId="77777777" w:rsidR="00811F6F" w:rsidRPr="009F2F18" w:rsidRDefault="007A262B">
            <w:pPr>
              <w:keepNext/>
              <w:spacing w:after="0" w:line="247" w:lineRule="auto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173C4F"/>
                <w:sz w:val="15"/>
              </w:rPr>
              <w:t>TOTALE LINEA</w:t>
            </w:r>
          </w:p>
        </w:tc>
        <w:tc>
          <w:tcPr>
            <w:tcW w:w="2177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041A2B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€ __________</w:t>
            </w:r>
          </w:p>
        </w:tc>
        <w:tc>
          <w:tcPr>
            <w:tcW w:w="2177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6CCD20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€ _________</w:t>
            </w:r>
          </w:p>
        </w:tc>
      </w:tr>
    </w:tbl>
    <w:p w14:paraId="6C9BDFAB" w14:textId="77777777" w:rsidR="00790A3A" w:rsidRPr="009F2F18" w:rsidRDefault="00790A3A">
      <w:pPr>
        <w:rPr>
          <w:rFonts w:cs="Arial"/>
        </w:rPr>
      </w:pPr>
    </w:p>
    <w:p w14:paraId="32E0A4C0" w14:textId="77777777" w:rsidR="006C46DA" w:rsidRPr="009F2F18" w:rsidRDefault="006C46DA">
      <w:pPr>
        <w:rPr>
          <w:rFonts w:cs="Arial"/>
        </w:rPr>
      </w:pPr>
    </w:p>
    <w:tbl>
      <w:tblPr>
        <w:tblW w:w="10842" w:type="dxa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177"/>
        <w:gridCol w:w="2177"/>
        <w:gridCol w:w="2177"/>
        <w:gridCol w:w="2134"/>
      </w:tblGrid>
      <w:tr w:rsidR="00811F6F" w:rsidRPr="0034729C" w14:paraId="70C90C01" w14:textId="77777777" w:rsidTr="006C46DA">
        <w:trPr>
          <w:cantSplit/>
          <w:jc w:val="center"/>
        </w:trPr>
        <w:tc>
          <w:tcPr>
            <w:tcW w:w="10842" w:type="dxa"/>
            <w:gridSpan w:val="5"/>
            <w:shd w:val="clear" w:color="auto" w:fill="577F77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1D1684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LINEA 3 – DIGITALIZZAZIONE E INNOVAZIONE</w:t>
            </w:r>
          </w:p>
          <w:p w14:paraId="49F5ABB5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color w:val="FFFFFF"/>
                <w:sz w:val="15"/>
                <w:lang w:val="it-IT"/>
              </w:rPr>
              <w:t>Hardware, software pluriennale, prenotazioni, e-commerce e strumenti digitali rivolti alla clientela.</w:t>
            </w:r>
          </w:p>
        </w:tc>
      </w:tr>
      <w:tr w:rsidR="00811F6F" w:rsidRPr="009F2F18" w14:paraId="4559D415" w14:textId="77777777" w:rsidTr="006C46DA">
        <w:trPr>
          <w:cantSplit/>
          <w:jc w:val="center"/>
        </w:trPr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BDE669D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Preventivo / documento</w:t>
            </w: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br/>
              <w:t>(n. e data)</w:t>
            </w:r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1396BC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Fornitore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08A9452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Descrizione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</w:rPr>
              <w:t xml:space="preserve"> </w:t>
            </w: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spesa</w:t>
            </w:r>
            <w:proofErr w:type="spellEnd"/>
          </w:p>
        </w:tc>
        <w:tc>
          <w:tcPr>
            <w:tcW w:w="2177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68E874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b/>
                <w:color w:val="FFFFFF"/>
                <w:sz w:val="15"/>
              </w:rPr>
              <w:t>Imponibile</w:t>
            </w:r>
            <w:proofErr w:type="spellEnd"/>
            <w:r w:rsidRPr="009F2F18">
              <w:rPr>
                <w:rFonts w:cs="Arial"/>
                <w:b/>
                <w:color w:val="FFFFFF"/>
                <w:sz w:val="15"/>
              </w:rPr>
              <w:t xml:space="preserve"> €</w:t>
            </w:r>
          </w:p>
        </w:tc>
        <w:tc>
          <w:tcPr>
            <w:tcW w:w="2134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AA7BBD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IVA €</w:t>
            </w:r>
          </w:p>
        </w:tc>
      </w:tr>
      <w:tr w:rsidR="00811F6F" w:rsidRPr="009F2F18" w14:paraId="646B2874" w14:textId="77777777" w:rsidTr="006C46DA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229FBFA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B47133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8678108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5CDB8AC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3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0324AC4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607AF7F7" w14:textId="77777777" w:rsidTr="006C46DA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FBCF84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054F1F1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5D26F1D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4FD66BB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3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85ADA71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4BF9827D" w14:textId="77777777" w:rsidTr="006C46DA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887B38B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FFBC28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5E20A25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AC0F73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3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D978BB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793C5A8E" w14:textId="77777777" w:rsidTr="006C46DA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E0FC61C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E2FEBB2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F720F77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5C80F31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3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FB7ECE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75040078" w14:textId="77777777" w:rsidTr="006C46DA">
        <w:trPr>
          <w:cantSplit/>
          <w:jc w:val="center"/>
        </w:trPr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6B02DB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595C67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63ADB3F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77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AF9D53B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  <w:tc>
          <w:tcPr>
            <w:tcW w:w="2134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760E01" w14:textId="77777777" w:rsidR="00811F6F" w:rsidRPr="009F2F18" w:rsidRDefault="00811F6F">
            <w:pPr>
              <w:keepNext/>
              <w:spacing w:after="0" w:line="247" w:lineRule="auto"/>
              <w:rPr>
                <w:rFonts w:cs="Arial"/>
              </w:rPr>
            </w:pPr>
          </w:p>
        </w:tc>
      </w:tr>
      <w:tr w:rsidR="00811F6F" w:rsidRPr="009F2F18" w14:paraId="0BE56225" w14:textId="77777777" w:rsidTr="006C46DA">
        <w:trPr>
          <w:cantSplit/>
          <w:jc w:val="center"/>
        </w:trPr>
        <w:tc>
          <w:tcPr>
            <w:tcW w:w="6531" w:type="dxa"/>
            <w:gridSpan w:val="3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5930011" w14:textId="77777777" w:rsidR="00811F6F" w:rsidRPr="009F2F18" w:rsidRDefault="007A262B">
            <w:pPr>
              <w:keepNext/>
              <w:spacing w:after="0" w:line="247" w:lineRule="auto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173C4F"/>
                <w:sz w:val="15"/>
              </w:rPr>
              <w:t>TOTALE LINEA</w:t>
            </w:r>
          </w:p>
        </w:tc>
        <w:tc>
          <w:tcPr>
            <w:tcW w:w="2177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766B68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€ __________</w:t>
            </w:r>
          </w:p>
        </w:tc>
        <w:tc>
          <w:tcPr>
            <w:tcW w:w="2134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1036FD0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€ _________</w:t>
            </w:r>
          </w:p>
        </w:tc>
      </w:tr>
    </w:tbl>
    <w:p w14:paraId="79F2E846" w14:textId="77777777" w:rsidR="00811F6F" w:rsidRPr="009F2F18" w:rsidRDefault="00811F6F">
      <w:pPr>
        <w:spacing w:after="60"/>
        <w:rPr>
          <w:rFonts w:cs="Arial"/>
        </w:rPr>
      </w:pPr>
    </w:p>
    <w:tbl>
      <w:tblPr>
        <w:tblW w:w="0" w:type="auto"/>
        <w:jc w:val="center"/>
        <w:tblBorders>
          <w:top w:val="single" w:sz="3" w:space="0" w:color="BFCBCD"/>
          <w:left w:val="single" w:sz="3" w:space="0" w:color="BFCBCD"/>
          <w:bottom w:val="single" w:sz="3" w:space="0" w:color="BFCBCD"/>
          <w:right w:val="single" w:sz="3" w:space="0" w:color="BFCBCD"/>
          <w:insideH w:val="single" w:sz="3" w:space="0" w:color="BFCBCD"/>
          <w:insideV w:val="single" w:sz="3" w:space="0" w:color="BFCBCD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3629"/>
        <w:gridCol w:w="3621"/>
        <w:gridCol w:w="8"/>
      </w:tblGrid>
      <w:tr w:rsidR="00811F6F" w:rsidRPr="009F2F18" w14:paraId="3CD3B3F6" w14:textId="77777777">
        <w:trPr>
          <w:cantSplit/>
          <w:jc w:val="center"/>
        </w:trPr>
        <w:tc>
          <w:tcPr>
            <w:tcW w:w="362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C5C687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PROSPETTO DI SINTESI</w:t>
            </w:r>
          </w:p>
        </w:tc>
        <w:tc>
          <w:tcPr>
            <w:tcW w:w="3629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5E280D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IMPONIBILE €</w:t>
            </w:r>
          </w:p>
        </w:tc>
        <w:tc>
          <w:tcPr>
            <w:tcW w:w="3629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3329B3" w14:textId="77777777" w:rsidR="00811F6F" w:rsidRPr="009F2F18" w:rsidRDefault="007A262B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IVA CANDIDATA €</w:t>
            </w:r>
          </w:p>
        </w:tc>
      </w:tr>
      <w:tr w:rsidR="00811F6F" w:rsidRPr="009F2F18" w14:paraId="2B5D7FE9" w14:textId="77777777">
        <w:trPr>
          <w:cantSplit/>
          <w:jc w:val="center"/>
        </w:trPr>
        <w:tc>
          <w:tcPr>
            <w:tcW w:w="3629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0ABA87B" w14:textId="77777777" w:rsidR="00D13C85" w:rsidRPr="009F2F18" w:rsidRDefault="002F51D3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Linea 2</w:t>
            </w:r>
          </w:p>
        </w:tc>
        <w:tc>
          <w:tcPr>
            <w:tcW w:w="3629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6B2E6D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  <w:tc>
          <w:tcPr>
            <w:tcW w:w="3629" w:type="dxa"/>
            <w:gridSpan w:val="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E11132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</w:tr>
      <w:tr w:rsidR="00811F6F" w:rsidRPr="009F2F18" w14:paraId="1E18166D" w14:textId="77777777">
        <w:trPr>
          <w:cantSplit/>
          <w:jc w:val="center"/>
        </w:trPr>
        <w:tc>
          <w:tcPr>
            <w:tcW w:w="3629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00D1D4" w14:textId="77777777" w:rsidR="00D13C85" w:rsidRPr="009F2F18" w:rsidRDefault="002F51D3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Linea 3</w:t>
            </w:r>
          </w:p>
        </w:tc>
        <w:tc>
          <w:tcPr>
            <w:tcW w:w="3629" w:type="dxa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7E9718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  <w:tc>
          <w:tcPr>
            <w:tcW w:w="3629" w:type="dxa"/>
            <w:gridSpan w:val="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A774ED6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</w:tr>
      <w:tr w:rsidR="00811F6F" w:rsidRPr="009F2F18" w14:paraId="7FC037CC" w14:textId="77777777">
        <w:trPr>
          <w:cantSplit/>
          <w:jc w:val="center"/>
        </w:trPr>
        <w:tc>
          <w:tcPr>
            <w:tcW w:w="3629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D210D4B" w14:textId="77777777" w:rsidR="00D13C85" w:rsidRPr="009F2F18" w:rsidRDefault="002F51D3">
            <w:pPr>
              <w:keepNext/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sz w:val="15"/>
              </w:rPr>
              <w:t>TOTALE SPESE PREVISTE</w:t>
            </w:r>
          </w:p>
        </w:tc>
        <w:tc>
          <w:tcPr>
            <w:tcW w:w="3629" w:type="dxa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07CAD8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  <w:tc>
          <w:tcPr>
            <w:tcW w:w="3629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FD76B7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 xml:space="preserve">€ </w:t>
            </w:r>
            <w:r w:rsidR="006C46DA" w:rsidRPr="009F2F18">
              <w:rPr>
                <w:rFonts w:cs="Arial"/>
                <w:sz w:val="15"/>
              </w:rPr>
              <w:t>_____________________________________</w:t>
            </w:r>
          </w:p>
        </w:tc>
      </w:tr>
      <w:tr w:rsidR="002B29CF" w:rsidRPr="009F2F18" w14:paraId="313606C7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C298DEA" w14:textId="77777777" w:rsidR="002B29CF" w:rsidRPr="009F2F18" w:rsidRDefault="002B29CF">
            <w:pPr>
              <w:spacing w:after="0" w:line="247" w:lineRule="auto"/>
              <w:rPr>
                <w:rFonts w:cs="Arial"/>
                <w:b/>
                <w:color w:val="FFFFFF"/>
                <w:lang w:val="it-IT"/>
              </w:rPr>
            </w:pPr>
          </w:p>
        </w:tc>
      </w:tr>
      <w:tr w:rsidR="00811F6F" w:rsidRPr="0034729C" w14:paraId="4AFC69AD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tcBorders>
              <w:top w:val="nil"/>
            </w:tcBorders>
            <w:shd w:val="clear" w:color="auto" w:fill="527F74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0AEBFB0" w14:textId="77777777" w:rsidR="00811F6F" w:rsidRPr="009F2F18" w:rsidRDefault="007A262B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lang w:val="it-IT"/>
              </w:rPr>
              <w:t>DICHIARAZIONI SULLE SPESE E SUGLI AIUTI</w:t>
            </w:r>
          </w:p>
        </w:tc>
      </w:tr>
      <w:tr w:rsidR="00811F6F" w:rsidRPr="0034729C" w14:paraId="49CD8227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6EE82A" w14:textId="77777777" w:rsidR="00811F6F" w:rsidRPr="00CA4676" w:rsidRDefault="007A262B" w:rsidP="00CA4676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ind w:left="339" w:hanging="284"/>
              <w:rPr>
                <w:rFonts w:cs="Arial"/>
                <w:sz w:val="15"/>
                <w:szCs w:val="15"/>
                <w:lang w:val="it-IT"/>
              </w:rPr>
            </w:pP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>Le spese candidate sono riferite al progetto oggetto della domanda e rispettano i requisiti di ammissibilità previsti dal bando.</w:t>
            </w:r>
          </w:p>
        </w:tc>
      </w:tr>
      <w:tr w:rsidR="00811F6F" w:rsidRPr="0034729C" w14:paraId="5F9BE5C7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C06E569" w14:textId="77777777" w:rsidR="00811F6F" w:rsidRPr="00CA4676" w:rsidRDefault="007A262B" w:rsidP="00CA4676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ind w:left="339" w:hanging="284"/>
              <w:rPr>
                <w:rFonts w:cs="Arial"/>
                <w:sz w:val="15"/>
                <w:szCs w:val="15"/>
                <w:lang w:val="it-IT"/>
              </w:rPr>
            </w:pP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>Le spese non riguardano beni usati, comodato, leasing non riscattato o altre fattispecie escluse, salvo quanto espressamente consentito dal bando.</w:t>
            </w:r>
          </w:p>
        </w:tc>
      </w:tr>
      <w:tr w:rsidR="00811F6F" w:rsidRPr="0034729C" w14:paraId="56219589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ACAEE36" w14:textId="77777777" w:rsidR="00811F6F" w:rsidRPr="00CA4676" w:rsidRDefault="007A262B" w:rsidP="00CA4676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ind w:left="339" w:hanging="284"/>
              <w:rPr>
                <w:rFonts w:cs="Arial"/>
                <w:sz w:val="15"/>
                <w:szCs w:val="15"/>
                <w:lang w:val="it-IT"/>
              </w:rPr>
            </w:pP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>Le spese non sono fatturate all’impresa dal titolare/legale rappresentante o da soggetti per i quali il bando preveda cause di inammissibilità; eventuali rapporti di controllo/collegamento o parti correlate sono dichiarati all’Ufficio.</w:t>
            </w:r>
          </w:p>
        </w:tc>
      </w:tr>
      <w:tr w:rsidR="00811F6F" w:rsidRPr="0034729C" w14:paraId="03E94B3E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7295CA" w14:textId="77777777" w:rsidR="00811F6F" w:rsidRPr="00CA4676" w:rsidRDefault="007A262B" w:rsidP="00CA4676">
            <w:pPr>
              <w:pStyle w:val="Paragrafoelenco"/>
              <w:numPr>
                <w:ilvl w:val="0"/>
                <w:numId w:val="10"/>
              </w:numPr>
              <w:spacing w:after="0" w:line="247" w:lineRule="auto"/>
              <w:ind w:left="339" w:hanging="284"/>
              <w:rPr>
                <w:rFonts w:cs="Arial"/>
                <w:sz w:val="15"/>
                <w:szCs w:val="15"/>
                <w:lang w:val="it-IT"/>
              </w:rPr>
            </w:pP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>Per le medesime spese non è stato ottenuto un doppio finanziamento. Eventuali altri aiuti/contributi sono indicati di seguito per la verifica del cumulo.</w:t>
            </w:r>
          </w:p>
        </w:tc>
      </w:tr>
      <w:tr w:rsidR="00811F6F" w:rsidRPr="0034729C" w14:paraId="7657DC8D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7F8295F" w14:textId="77777777" w:rsidR="00D13C85" w:rsidRPr="003F002C" w:rsidRDefault="002F51D3" w:rsidP="00CA4676">
            <w:pPr>
              <w:spacing w:after="0" w:line="247" w:lineRule="auto"/>
              <w:ind w:left="622" w:hanging="284"/>
              <w:rPr>
                <w:rFonts w:cs="Arial"/>
                <w:sz w:val="15"/>
                <w:szCs w:val="15"/>
                <w:lang w:val="it-IT"/>
              </w:rPr>
            </w:pPr>
            <w:r w:rsidRPr="003F002C">
              <w:rPr>
                <w:rFonts w:cs="Arial"/>
                <w:sz w:val="15"/>
                <w:szCs w:val="15"/>
                <w:lang w:val="it-IT"/>
              </w:rPr>
              <w:t xml:space="preserve">Altri aiuti/contributi sulle stesse spese: </w:t>
            </w:r>
            <w:r w:rsidRPr="003F002C">
              <w:rPr>
                <w:rFonts w:ascii="MS Gothic" w:eastAsia="MS Gothic" w:hAnsi="MS Gothic" w:cs="MS Gothic" w:hint="eastAsia"/>
                <w:sz w:val="15"/>
                <w:szCs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szCs w:val="15"/>
                <w:lang w:val="it-IT"/>
              </w:rPr>
              <w:t xml:space="preserve"> nessuno </w:t>
            </w:r>
            <w:r w:rsidRPr="003F002C">
              <w:rPr>
                <w:rFonts w:ascii="MS Gothic" w:eastAsia="MS Gothic" w:hAnsi="MS Gothic" w:cs="MS Gothic" w:hint="eastAsia"/>
                <w:sz w:val="15"/>
                <w:szCs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szCs w:val="15"/>
                <w:lang w:val="it-IT"/>
              </w:rPr>
              <w:t xml:space="preserve"> sì → Ente ________________ Misura ________________ Importo € __________</w:t>
            </w:r>
          </w:p>
        </w:tc>
      </w:tr>
      <w:tr w:rsidR="00A62FD8" w:rsidRPr="0034729C" w14:paraId="7494578C" w14:textId="77777777" w:rsidTr="002B29CF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jc w:val="center"/>
        </w:trPr>
        <w:tc>
          <w:tcPr>
            <w:tcW w:w="10879" w:type="dxa"/>
            <w:gridSpan w:val="3"/>
            <w:shd w:val="clear" w:color="auto" w:fill="FFFFF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1EDAB61" w14:textId="77777777" w:rsidR="00A62FD8" w:rsidRPr="00A62FD8" w:rsidRDefault="00A62FD8" w:rsidP="00A62FD8">
            <w:pPr>
              <w:spacing w:after="0" w:line="247" w:lineRule="auto"/>
              <w:ind w:left="336" w:hanging="284"/>
              <w:rPr>
                <w:rFonts w:cs="Arial"/>
                <w:sz w:val="15"/>
                <w:szCs w:val="15"/>
                <w:lang w:val="it-IT"/>
              </w:rPr>
            </w:pPr>
            <w:r w:rsidRPr="00A62FD8">
              <w:rPr>
                <w:rFonts w:cs="Arial"/>
                <w:sz w:val="15"/>
                <w:szCs w:val="15"/>
                <w:lang w:val="it-IT"/>
              </w:rPr>
              <w:t>Con riferimento alla assoggettabilità IVA:</w:t>
            </w:r>
          </w:p>
          <w:p w14:paraId="65D46A8C" w14:textId="77777777" w:rsidR="00A62FD8" w:rsidRPr="00A62FD8" w:rsidRDefault="00A62FD8" w:rsidP="00A62FD8">
            <w:pPr>
              <w:spacing w:after="0" w:line="247" w:lineRule="auto"/>
              <w:ind w:left="336" w:hanging="284"/>
              <w:rPr>
                <w:rFonts w:cs="Arial"/>
                <w:sz w:val="15"/>
                <w:szCs w:val="15"/>
                <w:lang w:val="it-IT"/>
              </w:rPr>
            </w:pPr>
            <w:r w:rsidRPr="00A62FD8">
              <w:rPr>
                <w:rFonts w:ascii="Segoe UI Symbol" w:hAnsi="Segoe UI Symbol" w:cs="Segoe UI Symbol"/>
                <w:sz w:val="15"/>
                <w:szCs w:val="15"/>
                <w:lang w:val="it-IT"/>
              </w:rPr>
              <w:t>☐</w:t>
            </w:r>
            <w:r w:rsidRPr="00A62FD8">
              <w:rPr>
                <w:rFonts w:cs="Arial"/>
                <w:sz w:val="15"/>
                <w:szCs w:val="15"/>
                <w:lang w:val="it-IT"/>
              </w:rPr>
              <w:t xml:space="preserve"> L'IVA è indetraibile e rappresenta un costo.</w:t>
            </w:r>
          </w:p>
          <w:p w14:paraId="2108738C" w14:textId="77777777" w:rsidR="00A62FD8" w:rsidRPr="00A62FD8" w:rsidRDefault="00A62FD8" w:rsidP="00A62FD8">
            <w:pPr>
              <w:spacing w:after="0" w:line="247" w:lineRule="auto"/>
              <w:ind w:left="336" w:hanging="284"/>
              <w:rPr>
                <w:rFonts w:cs="Arial"/>
                <w:sz w:val="15"/>
                <w:szCs w:val="15"/>
                <w:lang w:val="it-IT"/>
              </w:rPr>
            </w:pPr>
            <w:r w:rsidRPr="00A62FD8">
              <w:rPr>
                <w:rFonts w:ascii="Segoe UI Symbol" w:hAnsi="Segoe UI Symbol" w:cs="Segoe UI Symbol"/>
                <w:sz w:val="15"/>
                <w:szCs w:val="15"/>
                <w:lang w:val="it-IT"/>
              </w:rPr>
              <w:t>☐</w:t>
            </w:r>
            <w:r w:rsidRPr="00A62FD8">
              <w:rPr>
                <w:rFonts w:cs="Arial"/>
                <w:sz w:val="15"/>
                <w:szCs w:val="15"/>
                <w:lang w:val="it-IT"/>
              </w:rPr>
              <w:t xml:space="preserve"> L'IVA è detraibile e non viene candidata a contributo.</w:t>
            </w:r>
          </w:p>
          <w:p w14:paraId="23B51286" w14:textId="5C4590E8" w:rsidR="00A62FD8" w:rsidRPr="003F002C" w:rsidRDefault="00A62FD8" w:rsidP="00A62FD8">
            <w:pPr>
              <w:spacing w:after="0" w:line="247" w:lineRule="auto"/>
              <w:ind w:left="336" w:hanging="284"/>
              <w:rPr>
                <w:rFonts w:cs="Arial"/>
                <w:sz w:val="15"/>
                <w:szCs w:val="15"/>
                <w:lang w:val="it-IT"/>
              </w:rPr>
            </w:pPr>
            <w:r w:rsidRPr="00A62FD8">
              <w:rPr>
                <w:rFonts w:ascii="Segoe UI Symbol" w:hAnsi="Segoe UI Symbol" w:cs="Segoe UI Symbol"/>
                <w:sz w:val="15"/>
                <w:szCs w:val="15"/>
                <w:lang w:val="it-IT"/>
              </w:rPr>
              <w:t>☐</w:t>
            </w:r>
            <w:r w:rsidRPr="00A62FD8">
              <w:rPr>
                <w:rFonts w:cs="Arial"/>
                <w:sz w:val="15"/>
                <w:szCs w:val="15"/>
                <w:lang w:val="it-IT"/>
              </w:rPr>
              <w:t xml:space="preserve"> L'operazione non è soggetta a IVA.</w:t>
            </w:r>
          </w:p>
        </w:tc>
      </w:tr>
      <w:tr w:rsidR="00A62FD8" w:rsidRPr="0034729C" w14:paraId="01B664CD" w14:textId="77777777" w:rsidTr="00933294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8" w:type="dxa"/>
          <w:cantSplit/>
          <w:trHeight w:val="625"/>
          <w:jc w:val="center"/>
        </w:trPr>
        <w:tc>
          <w:tcPr>
            <w:tcW w:w="10879" w:type="dxa"/>
            <w:gridSpan w:val="3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EF90E3" w14:textId="77777777" w:rsidR="00A62FD8" w:rsidRDefault="00A62FD8" w:rsidP="00A62FD8">
            <w:pPr>
              <w:spacing w:after="0" w:line="247" w:lineRule="auto"/>
              <w:ind w:left="622" w:hanging="284"/>
              <w:rPr>
                <w:rFonts w:cs="Arial"/>
                <w:color w:val="263238"/>
                <w:sz w:val="15"/>
                <w:szCs w:val="15"/>
                <w:lang w:val="it-IT"/>
              </w:rPr>
            </w:pP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>Ritenuta d’acconto 4% ex art. 28, c.2, D.P.R. 600/1973:</w:t>
            </w:r>
          </w:p>
          <w:p w14:paraId="76965E8E" w14:textId="77777777" w:rsidR="00A62FD8" w:rsidRPr="00933294" w:rsidRDefault="00A62FD8" w:rsidP="00A62FD8">
            <w:pPr>
              <w:spacing w:after="0" w:line="247" w:lineRule="auto"/>
              <w:ind w:left="622" w:hanging="284"/>
              <w:rPr>
                <w:rFonts w:cs="Arial"/>
                <w:color w:val="263238"/>
                <w:sz w:val="15"/>
                <w:szCs w:val="15"/>
                <w:lang w:val="it-IT"/>
              </w:rPr>
            </w:pPr>
            <w:r w:rsidRPr="00CA4676">
              <w:rPr>
                <w:rFonts w:ascii="MS Gothic" w:eastAsia="MS Gothic" w:hAnsi="MS Gothic" w:cs="MS Gothic" w:hint="eastAsia"/>
                <w:color w:val="263238"/>
                <w:sz w:val="15"/>
                <w:szCs w:val="15"/>
                <w:lang w:val="it-IT"/>
              </w:rPr>
              <w:t>☐</w:t>
            </w: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 xml:space="preserve"> </w:t>
            </w:r>
            <w:proofErr w:type="gramStart"/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 xml:space="preserve">applicabile  </w:t>
            </w:r>
            <w:r w:rsidRPr="00CA4676">
              <w:rPr>
                <w:rFonts w:ascii="MS Gothic" w:eastAsia="MS Gothic" w:hAnsi="MS Gothic" w:cs="MS Gothic" w:hint="eastAsia"/>
                <w:color w:val="263238"/>
                <w:sz w:val="15"/>
                <w:szCs w:val="15"/>
                <w:lang w:val="it-IT"/>
              </w:rPr>
              <w:t>☐</w:t>
            </w:r>
            <w:proofErr w:type="gramEnd"/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 xml:space="preserve"> non applicabile per contributo riferito esclusivamente a beni strumentali</w:t>
            </w:r>
            <w:r>
              <w:rPr>
                <w:rFonts w:cs="Arial"/>
                <w:color w:val="263238"/>
                <w:sz w:val="15"/>
                <w:szCs w:val="15"/>
                <w:lang w:val="it-IT"/>
              </w:rPr>
              <w:t xml:space="preserve"> </w:t>
            </w:r>
            <w:r w:rsidRPr="00CA4676">
              <w:rPr>
                <w:rFonts w:ascii="MS Gothic" w:eastAsia="MS Gothic" w:hAnsi="MS Gothic" w:cs="MS Gothic" w:hint="eastAsia"/>
                <w:color w:val="263238"/>
                <w:sz w:val="15"/>
                <w:szCs w:val="15"/>
                <w:lang w:val="it-IT"/>
              </w:rPr>
              <w:t>☐</w:t>
            </w:r>
            <w:r w:rsidRPr="00CA4676">
              <w:rPr>
                <w:rFonts w:cs="Arial"/>
                <w:color w:val="263238"/>
                <w:sz w:val="15"/>
                <w:szCs w:val="15"/>
                <w:lang w:val="it-IT"/>
              </w:rPr>
              <w:t xml:space="preserve"> non applicabile per altra motivazione:</w:t>
            </w:r>
            <w:r>
              <w:rPr>
                <w:rFonts w:cs="Arial"/>
                <w:color w:val="263238"/>
                <w:sz w:val="15"/>
                <w:szCs w:val="15"/>
                <w:lang w:val="it-IT"/>
              </w:rPr>
              <w:t>_____________________</w:t>
            </w:r>
          </w:p>
        </w:tc>
      </w:tr>
    </w:tbl>
    <w:p w14:paraId="4D45BFA6" w14:textId="264FAD7D" w:rsidR="00811F6F" w:rsidRDefault="00811F6F">
      <w:pPr>
        <w:rPr>
          <w:rFonts w:cs="Arial"/>
          <w:lang w:val="it-IT"/>
        </w:rPr>
      </w:pPr>
    </w:p>
    <w:tbl>
      <w:tblPr>
        <w:tblW w:w="0" w:type="auto"/>
        <w:jc w:val="center"/>
        <w:tblBorders>
          <w:top w:val="single" w:sz="2" w:space="0" w:color="C7D0D3"/>
          <w:left w:val="single" w:sz="2" w:space="0" w:color="C7D0D3"/>
          <w:bottom w:val="single" w:sz="2" w:space="0" w:color="C7D0D3"/>
          <w:right w:val="single" w:sz="2" w:space="0" w:color="C7D0D3"/>
          <w:insideH w:val="single" w:sz="2" w:space="0" w:color="C7D0D3"/>
          <w:insideV w:val="single" w:sz="2" w:space="0" w:color="C7D0D3"/>
        </w:tblBorders>
        <w:tblLayout w:type="fixed"/>
        <w:tblLook w:val="04A0" w:firstRow="1" w:lastRow="0" w:firstColumn="1" w:lastColumn="0" w:noHBand="0" w:noVBand="1"/>
      </w:tblPr>
      <w:tblGrid>
        <w:gridCol w:w="10842"/>
      </w:tblGrid>
      <w:tr w:rsidR="00A62FD8" w:rsidRPr="0034729C" w14:paraId="5E7818B9" w14:textId="77777777" w:rsidTr="00C3351A">
        <w:trPr>
          <w:cantSplit/>
          <w:jc w:val="center"/>
        </w:trPr>
        <w:tc>
          <w:tcPr>
            <w:tcW w:w="10842" w:type="dxa"/>
            <w:tcBorders>
              <w:top w:val="nil"/>
            </w:tcBorders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A2127B" w14:textId="77777777" w:rsidR="00A62FD8" w:rsidRPr="00A62FD8" w:rsidRDefault="00A62FD8" w:rsidP="00A62FD8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3F002C">
              <w:rPr>
                <w:rFonts w:cs="Arial"/>
                <w:szCs w:val="16"/>
                <w:lang w:val="it-IT"/>
              </w:rPr>
              <w:t>Documenti allegati</w:t>
            </w:r>
            <w:r>
              <w:rPr>
                <w:rFonts w:cs="Arial"/>
                <w:szCs w:val="16"/>
                <w:lang w:val="it-IT"/>
              </w:rPr>
              <w:t xml:space="preserve"> </w:t>
            </w:r>
            <w:r w:rsidRPr="00A62FD8">
              <w:rPr>
                <w:rFonts w:cs="Arial"/>
                <w:szCs w:val="16"/>
                <w:lang w:val="it-IT"/>
              </w:rPr>
              <w:t xml:space="preserve">(barrare il simbolo </w:t>
            </w:r>
            <w:r w:rsidRPr="00A62FD8">
              <w:rPr>
                <w:rFonts w:ascii="Segoe UI Symbol" w:hAnsi="Segoe UI Symbol" w:cs="Segoe UI Symbol"/>
                <w:szCs w:val="16"/>
                <w:lang w:val="it-IT"/>
              </w:rPr>
              <w:t>☐</w:t>
            </w:r>
            <w:r w:rsidRPr="00A62FD8">
              <w:rPr>
                <w:rFonts w:cs="Arial"/>
                <w:szCs w:val="16"/>
                <w:lang w:val="it-IT"/>
              </w:rPr>
              <w:t xml:space="preserve"> in caso di presentazione)</w:t>
            </w:r>
          </w:p>
          <w:p w14:paraId="70A13600" w14:textId="4FEB8821" w:rsidR="00A62FD8" w:rsidRPr="00A62FD8" w:rsidRDefault="00A62FD8" w:rsidP="00A62FD8">
            <w:pPr>
              <w:pStyle w:val="Paragrafoelenco"/>
              <w:numPr>
                <w:ilvl w:val="0"/>
                <w:numId w:val="13"/>
              </w:num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A62FD8">
              <w:rPr>
                <w:rFonts w:cs="Arial"/>
                <w:szCs w:val="16"/>
                <w:lang w:val="it-IT"/>
              </w:rPr>
              <w:t>Preventivi/documenti;</w:t>
            </w:r>
          </w:p>
          <w:p w14:paraId="73A1906A" w14:textId="77777777" w:rsidR="00A62FD8" w:rsidRPr="00A62FD8" w:rsidRDefault="00A62FD8" w:rsidP="00A62FD8">
            <w:pPr>
              <w:pStyle w:val="Paragrafoelenco"/>
              <w:numPr>
                <w:ilvl w:val="0"/>
                <w:numId w:val="13"/>
              </w:num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A62FD8">
              <w:rPr>
                <w:rFonts w:cs="Arial"/>
                <w:szCs w:val="16"/>
                <w:lang w:val="it-IT"/>
              </w:rPr>
              <w:t>Copia di Documento di Identità del richiedente (non obbligatoria in caso di firma digitale della presente istanza);</w:t>
            </w:r>
          </w:p>
          <w:p w14:paraId="19FD0C58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Cs w:val="16"/>
                <w:lang w:val="it-IT"/>
              </w:rPr>
              <w:t>☐</w:t>
            </w:r>
            <w:r w:rsidRPr="003F002C">
              <w:rPr>
                <w:rFonts w:cs="Arial"/>
                <w:szCs w:val="16"/>
                <w:lang w:val="it-IT"/>
              </w:rPr>
              <w:t xml:space="preserve"> foto banco (se utili)</w:t>
            </w:r>
          </w:p>
          <w:p w14:paraId="1BCF4E6F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Cs w:val="16"/>
                <w:lang w:val="it-IT"/>
              </w:rPr>
              <w:t>☐</w:t>
            </w:r>
            <w:r w:rsidRPr="003F002C">
              <w:rPr>
                <w:rFonts w:cs="Arial"/>
                <w:szCs w:val="16"/>
                <w:lang w:val="it-IT"/>
              </w:rPr>
              <w:t xml:space="preserve"> schede tecniche (se necessarie)</w:t>
            </w:r>
          </w:p>
          <w:p w14:paraId="7B00B038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Cs w:val="16"/>
                <w:lang w:val="it-IT"/>
              </w:rPr>
              <w:t>☐</w:t>
            </w:r>
            <w:r w:rsidRPr="003F002C">
              <w:rPr>
                <w:rFonts w:cs="Arial"/>
                <w:szCs w:val="16"/>
                <w:lang w:val="it-IT"/>
              </w:rPr>
              <w:t xml:space="preserve"> procura (se prevista)</w:t>
            </w:r>
          </w:p>
          <w:p w14:paraId="5F3A66A3" w14:textId="3D916678" w:rsidR="00A62FD8" w:rsidRPr="00A62FD8" w:rsidRDefault="00A62FD8" w:rsidP="00A62FD8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Cs w:val="16"/>
                <w:lang w:val="it-IT"/>
              </w:rPr>
              <w:t>☐</w:t>
            </w:r>
            <w:r>
              <w:rPr>
                <w:rFonts w:ascii="MS Gothic" w:eastAsia="MS Gothic" w:hAnsi="MS Gothic" w:cs="MS Gothic" w:hint="eastAsia"/>
                <w:szCs w:val="16"/>
                <w:lang w:val="it-IT"/>
              </w:rPr>
              <w:t xml:space="preserve"> </w:t>
            </w:r>
            <w:r>
              <w:rPr>
                <w:rFonts w:cs="Arial"/>
                <w:szCs w:val="16"/>
                <w:lang w:val="it-IT"/>
              </w:rPr>
              <w:t>ev</w:t>
            </w:r>
            <w:r w:rsidRPr="00A62FD8">
              <w:rPr>
                <w:rFonts w:cs="Arial"/>
                <w:szCs w:val="16"/>
                <w:lang w:val="it-IT"/>
              </w:rPr>
              <w:t>entuale dichiarazione del revisore dei conti o del Commercialista di non detraibilità dell’imposta (obbligatoria in fase di rendicontazione);</w:t>
            </w:r>
          </w:p>
          <w:p w14:paraId="62B89BB5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szCs w:val="16"/>
                <w:lang w:val="it-IT"/>
              </w:rPr>
            </w:pPr>
          </w:p>
          <w:p w14:paraId="015F3176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sz w:val="14"/>
                <w:lang w:val="it-IT"/>
              </w:rPr>
            </w:pPr>
          </w:p>
          <w:p w14:paraId="3BF91A70" w14:textId="77777777" w:rsidR="00A62FD8" w:rsidRPr="003F002C" w:rsidRDefault="00A62FD8" w:rsidP="00C3351A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4"/>
                <w:lang w:val="it-IT"/>
              </w:rPr>
              <w:t>Concessione, autorizzazione, localizzazione e anzianità del posteggio sono verificate d’ufficio attraverso i dati disponibili.</w:t>
            </w:r>
          </w:p>
        </w:tc>
      </w:tr>
    </w:tbl>
    <w:p w14:paraId="59BF5B11" w14:textId="1D158008" w:rsidR="00A62FD8" w:rsidRDefault="00A62FD8">
      <w:pPr>
        <w:rPr>
          <w:rFonts w:cs="Arial"/>
          <w:lang w:val="it-IT"/>
        </w:rPr>
      </w:pPr>
    </w:p>
    <w:p w14:paraId="4AB2127C" w14:textId="77777777" w:rsidR="00A62FD8" w:rsidRPr="00E1692F" w:rsidRDefault="00A62FD8" w:rsidP="00A62FD8">
      <w:p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lastRenderedPageBreak/>
        <w:t>Il richiedente si impegna, ai sensi e per gli effetti degli artt. 46 e 47 del D.P.R. n. 445/2000 sotto la propria responsabilità:</w:t>
      </w:r>
    </w:p>
    <w:p w14:paraId="2C7C00E8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realizzare, concludere, fatturare, quietanzare integralmente e rendicontare gli interventi entro e non oltre il 30 giugno 2027, termine non prorogabile, presentando domanda mediante il modulo di rendicontazione (allegato 3)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C3B804D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confermare, entro 10 giorn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i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dalla pubblicazione della graduatoria, a pena di esclusione, l’impegno a dare luogo all’investimento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01B5D069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In caso di impresa di nuova costituzione e/o di nuovo insediamento, ad avviare l’attività nell’unità locale ubicata all’interno dell’</w:t>
      </w:r>
      <w:proofErr w:type="spellStart"/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Hub</w:t>
      </w:r>
      <w:proofErr w:type="spellEnd"/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prima dell’erogazione del beneficio economico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3708F5BB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sostenere esclusivamente spese con fatture riportanti il CUP comunicato in sede di concessione di contributo, inserito direttamente dal fornitore, pagate per l’intero importo con strumenti tracciabili da conto intestato all’impresa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6DC7D981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A 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proseguire l’attività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nei locali oggetto della domanda per almeno tre anni dalla data di 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ricezione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del contributo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6F02127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fornire, nei modi e nei tempi previsti dal bando, tutta la documentazione e le informazioni eventualmente richieste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65348F3C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A mantenere il possesso dei requisiti dichiarati fino alla liquidazione del contributo e a comunicare tempestivamente al Comune ogni variazione relativa 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al</w:t>
      </w: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 xml:space="preserve"> progetto o ai requisiti, nonché l’eventuale rinuncia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C67E83C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 restituire il contributo ricevuto in caso di esclusione o revoca</w:t>
      </w:r>
      <w:r>
        <w:rPr>
          <w:rFonts w:asciiTheme="majorHAnsi" w:hAnsiTheme="majorHAnsi" w:cstheme="majorHAnsi"/>
          <w:color w:val="263238"/>
          <w:sz w:val="20"/>
          <w:szCs w:val="20"/>
          <w:lang w:val="it-IT"/>
        </w:rPr>
        <w:t>;</w:t>
      </w:r>
    </w:p>
    <w:p w14:paraId="29450DCE" w14:textId="77777777" w:rsidR="00A62FD8" w:rsidRPr="00E1692F" w:rsidRDefault="00A62FD8" w:rsidP="00A62FD8">
      <w:pPr>
        <w:pStyle w:val="Paragrafoelenco"/>
        <w:numPr>
          <w:ilvl w:val="0"/>
          <w:numId w:val="14"/>
        </w:numPr>
        <w:rPr>
          <w:rFonts w:asciiTheme="majorHAnsi" w:hAnsiTheme="majorHAnsi" w:cstheme="majorHAnsi"/>
          <w:color w:val="263238"/>
          <w:sz w:val="20"/>
          <w:szCs w:val="20"/>
          <w:lang w:val="it-IT"/>
        </w:rPr>
      </w:pPr>
      <w:r w:rsidRPr="00E1692F">
        <w:rPr>
          <w:rFonts w:asciiTheme="majorHAnsi" w:hAnsiTheme="majorHAnsi" w:cstheme="majorHAnsi"/>
          <w:color w:val="263238"/>
          <w:sz w:val="20"/>
          <w:szCs w:val="20"/>
          <w:lang w:val="it-IT"/>
        </w:rPr>
        <w:t>Ad assicurare la copertura finanziaria del progetto per la parte di spese non coperta dal contributo.</w:t>
      </w:r>
    </w:p>
    <w:p w14:paraId="5CDD791D" w14:textId="377C2EF1" w:rsidR="00A62FD8" w:rsidRDefault="00A62FD8">
      <w:pPr>
        <w:rPr>
          <w:rFonts w:cs="Arial"/>
          <w:lang w:val="it-IT"/>
        </w:rPr>
      </w:pPr>
    </w:p>
    <w:p w14:paraId="3221B27C" w14:textId="77777777" w:rsidR="00A62FD8" w:rsidRPr="009F2F18" w:rsidRDefault="00A62FD8">
      <w:pPr>
        <w:rPr>
          <w:rFonts w:cs="Arial"/>
          <w:lang w:val="it-IT"/>
        </w:rPr>
      </w:pPr>
    </w:p>
    <w:tbl>
      <w:tblPr>
        <w:tblW w:w="0" w:type="auto"/>
        <w:jc w:val="center"/>
        <w:tblBorders>
          <w:top w:val="single" w:sz="0" w:space="0" w:color="173C4F"/>
          <w:left w:val="single" w:sz="0" w:space="0" w:color="173C4F"/>
          <w:bottom w:val="single" w:sz="0" w:space="0" w:color="173C4F"/>
          <w:right w:val="single" w:sz="0" w:space="0" w:color="173C4F"/>
          <w:insideH w:val="single" w:sz="0" w:space="0" w:color="173C4F"/>
          <w:insideV w:val="single" w:sz="0" w:space="0" w:color="173C4F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  <w:gridCol w:w="56"/>
      </w:tblGrid>
      <w:tr w:rsidR="00811F6F" w:rsidRPr="009F2F18" w14:paraId="2A4E680B" w14:textId="77777777">
        <w:trPr>
          <w:cantSplit/>
          <w:jc w:val="center"/>
        </w:trPr>
        <w:tc>
          <w:tcPr>
            <w:tcW w:w="5443" w:type="dxa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7D61F79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b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7"/>
                <w:lang w:val="it-IT"/>
              </w:rPr>
              <w:t>DICHIARAZIONE FINALE E FIRMA DEL RICHIEDENTE</w:t>
            </w:r>
          </w:p>
          <w:p w14:paraId="3C82191C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proofErr w:type="spellStart"/>
            <w:r w:rsidRPr="009C7988">
              <w:rPr>
                <w:rFonts w:cs="Arial"/>
                <w:b/>
                <w:color w:val="FFFFFF"/>
                <w:sz w:val="17"/>
              </w:rPr>
              <w:t>Sottoscrizione</w:t>
            </w:r>
            <w:proofErr w:type="spellEnd"/>
            <w:r w:rsidRPr="009C7988">
              <w:rPr>
                <w:rFonts w:cs="Arial"/>
                <w:b/>
                <w:color w:val="FFFFFF"/>
                <w:sz w:val="17"/>
              </w:rPr>
              <w:t xml:space="preserve"> </w:t>
            </w:r>
            <w:proofErr w:type="spellStart"/>
            <w:r w:rsidRPr="009C7988">
              <w:rPr>
                <w:rFonts w:cs="Arial"/>
                <w:b/>
                <w:color w:val="FFFFFF"/>
                <w:sz w:val="17"/>
              </w:rPr>
              <w:t>dell’Allegato</w:t>
            </w:r>
            <w:proofErr w:type="spellEnd"/>
            <w:r w:rsidRPr="009C7988">
              <w:rPr>
                <w:rFonts w:cs="Arial"/>
                <w:b/>
                <w:color w:val="FFFFFF"/>
                <w:sz w:val="17"/>
              </w:rPr>
              <w:t xml:space="preserve"> 2</w:t>
            </w:r>
          </w:p>
        </w:tc>
        <w:tc>
          <w:tcPr>
            <w:tcW w:w="5443" w:type="dxa"/>
            <w:gridSpan w:val="2"/>
            <w:shd w:val="clear" w:color="auto" w:fill="315D52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0A0AD5" w14:textId="77777777" w:rsidR="00811F6F" w:rsidRPr="009F2F18" w:rsidRDefault="007A262B">
            <w:pPr>
              <w:keepNext/>
              <w:spacing w:after="0" w:line="247" w:lineRule="auto"/>
              <w:jc w:val="right"/>
              <w:rPr>
                <w:rFonts w:cs="Arial"/>
              </w:rPr>
            </w:pPr>
            <w:r w:rsidRPr="009F2F18">
              <w:rPr>
                <w:rFonts w:cs="Arial"/>
                <w:b/>
                <w:color w:val="FFFFFF"/>
                <w:sz w:val="15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</w:rPr>
              <w:br/>
              <w:t>CAMPAGNOLA</w:t>
            </w:r>
          </w:p>
        </w:tc>
      </w:tr>
      <w:tr w:rsidR="00811F6F" w:rsidRPr="0034729C" w14:paraId="47667CA4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10886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FA3F98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Il/La richiedente dichiara che le condizioni premiali richieste, i dati forniti e il piano finanziario corrispondono al progetto proposto. L’attribuzione dei punteggi e l’ammissione al contributo spettano all’Ufficio e al Comitato tecnico secondo il bando; in rendicontazione non si ricalcolano i punteggi né si modifica la graduatoria.</w:t>
            </w:r>
          </w:p>
        </w:tc>
      </w:tr>
      <w:tr w:rsidR="00811F6F" w:rsidRPr="0034729C" w14:paraId="41C75C7A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10886" w:type="dxa"/>
            <w:gridSpan w:val="2"/>
            <w:shd w:val="clear" w:color="auto" w:fill="EAF3E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1C871ED" w14:textId="77777777" w:rsidR="00D13C85" w:rsidRPr="003F002C" w:rsidRDefault="002F51D3" w:rsidP="00426A95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Ho compilato la scheda </w:t>
            </w:r>
            <w:r w:rsidR="00426A95" w:rsidRPr="003F002C">
              <w:rPr>
                <w:rFonts w:cs="Arial"/>
                <w:sz w:val="15"/>
                <w:lang w:val="it-IT"/>
              </w:rPr>
              <w:t>K</w:t>
            </w:r>
            <w:r w:rsidRPr="003F002C">
              <w:rPr>
                <w:rFonts w:cs="Arial"/>
                <w:sz w:val="15"/>
                <w:lang w:val="it-IT"/>
              </w:rPr>
              <w:t xml:space="preserve"> qui inclusa e ne autorizzo la pubblicazione informativa (solo se richiedo il punteggio </w:t>
            </w:r>
            <w:r w:rsidR="00426A95" w:rsidRPr="003F002C">
              <w:rPr>
                <w:rFonts w:cs="Arial"/>
                <w:sz w:val="15"/>
                <w:lang w:val="it-IT"/>
              </w:rPr>
              <w:t>K</w:t>
            </w:r>
            <w:r w:rsidRPr="003F002C">
              <w:rPr>
                <w:rFonts w:cs="Arial"/>
                <w:sz w:val="15"/>
                <w:lang w:val="it-IT"/>
              </w:rPr>
              <w:t>).</w:t>
            </w:r>
          </w:p>
        </w:tc>
      </w:tr>
      <w:tr w:rsidR="00811F6F" w:rsidRPr="009F2F18" w14:paraId="51E55B27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5443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3383D2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</w:rPr>
              <w:t>Luogo</w:t>
            </w:r>
            <w:proofErr w:type="spellEnd"/>
            <w:r w:rsidRPr="009F2F18">
              <w:rPr>
                <w:rFonts w:cs="Arial"/>
                <w:color w:val="263238"/>
                <w:sz w:val="15"/>
              </w:rPr>
              <w:t xml:space="preserve"> _________________________________________</w:t>
            </w:r>
            <w:r w:rsidR="006C46DA" w:rsidRPr="009F2F18">
              <w:rPr>
                <w:rFonts w:cs="Arial"/>
                <w:color w:val="263238"/>
                <w:sz w:val="15"/>
              </w:rPr>
              <w:t>___________________</w:t>
            </w:r>
            <w:r w:rsidRPr="009F2F18">
              <w:rPr>
                <w:rFonts w:cs="Arial"/>
                <w:color w:val="263238"/>
                <w:sz w:val="15"/>
              </w:rPr>
              <w:t>_</w:t>
            </w:r>
          </w:p>
        </w:tc>
        <w:tc>
          <w:tcPr>
            <w:tcW w:w="5443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B54DE6B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color w:val="263238"/>
                <w:sz w:val="15"/>
              </w:rPr>
              <w:t>Data ____ / ____ / ______</w:t>
            </w:r>
          </w:p>
        </w:tc>
      </w:tr>
      <w:tr w:rsidR="00811F6F" w:rsidRPr="009F2F18" w14:paraId="233A9BE0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5443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E6CE6B" w14:textId="77777777" w:rsidR="00811F6F" w:rsidRPr="009F2F18" w:rsidRDefault="007A262B" w:rsidP="00933294">
            <w:pPr>
              <w:spacing w:after="0" w:line="247" w:lineRule="auto"/>
              <w:rPr>
                <w:rFonts w:cs="Arial"/>
                <w:lang w:val="it-IT"/>
              </w:rPr>
            </w:pPr>
            <w:r w:rsidRPr="009F2F18">
              <w:rPr>
                <w:rFonts w:cs="Arial"/>
                <w:color w:val="263238"/>
                <w:sz w:val="15"/>
                <w:lang w:val="it-IT"/>
              </w:rPr>
              <w:t>Nome e cognome del firmatario</w:t>
            </w:r>
            <w:r w:rsidRPr="009F2F18">
              <w:rPr>
                <w:rFonts w:cs="Arial"/>
                <w:color w:val="263238"/>
                <w:sz w:val="15"/>
                <w:lang w:val="it-IT"/>
              </w:rPr>
              <w:br/>
              <w:t>_______________________________________________</w:t>
            </w:r>
            <w:r w:rsidR="006C46DA" w:rsidRPr="009F2F18">
              <w:rPr>
                <w:rFonts w:cs="Arial"/>
                <w:color w:val="263238"/>
                <w:sz w:val="15"/>
                <w:lang w:val="it-IT"/>
              </w:rPr>
              <w:t>________________</w:t>
            </w:r>
          </w:p>
        </w:tc>
        <w:tc>
          <w:tcPr>
            <w:tcW w:w="5443" w:type="dxa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89C440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</w:rPr>
              <w:t>Qualifica</w:t>
            </w:r>
            <w:proofErr w:type="spellEnd"/>
            <w:r w:rsidRPr="009F2F18">
              <w:rPr>
                <w:rFonts w:cs="Arial"/>
                <w:color w:val="263238"/>
                <w:sz w:val="15"/>
              </w:rPr>
              <w:br/>
              <w:t>_______________________________________________</w:t>
            </w:r>
          </w:p>
        </w:tc>
      </w:tr>
      <w:tr w:rsidR="00811F6F" w:rsidRPr="009F2F18" w14:paraId="6796E41B" w14:textId="77777777">
        <w:tblPrEx>
          <w:tblBorders>
            <w:top w:val="single" w:sz="3" w:space="0" w:color="C7D2D4"/>
            <w:left w:val="single" w:sz="3" w:space="0" w:color="C7D2D4"/>
            <w:bottom w:val="single" w:sz="3" w:space="0" w:color="C7D2D4"/>
            <w:right w:val="single" w:sz="3" w:space="0" w:color="C7D2D4"/>
            <w:insideH w:val="single" w:sz="3" w:space="0" w:color="C7D2D4"/>
            <w:insideV w:val="single" w:sz="3" w:space="0" w:color="C7D2D4"/>
          </w:tblBorders>
        </w:tblPrEx>
        <w:trPr>
          <w:gridAfter w:val="1"/>
          <w:wAfter w:w="56" w:type="dxa"/>
          <w:cantSplit/>
          <w:jc w:val="center"/>
        </w:trPr>
        <w:tc>
          <w:tcPr>
            <w:tcW w:w="10886" w:type="dxa"/>
            <w:gridSpan w:val="2"/>
            <w:shd w:val="clear" w:color="auto" w:fill="F7FAF8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7AA4F0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Firma del titolare / legale rappresentante / procuratore</w:t>
            </w:r>
          </w:p>
          <w:p w14:paraId="6E164661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sz w:val="15"/>
              </w:rPr>
              <w:t>________________________________________________________________</w:t>
            </w:r>
          </w:p>
        </w:tc>
      </w:tr>
    </w:tbl>
    <w:p w14:paraId="22B9DD2A" w14:textId="592F60AA" w:rsidR="00DA201C" w:rsidRDefault="00DA201C">
      <w:pPr>
        <w:spacing w:after="0" w:line="96" w:lineRule="auto"/>
        <w:rPr>
          <w:rFonts w:cs="Arial"/>
          <w:sz w:val="20"/>
          <w:szCs w:val="20"/>
          <w:lang w:val="it-IT"/>
        </w:rPr>
      </w:pPr>
    </w:p>
    <w:p w14:paraId="099C48E1" w14:textId="4BA4A186" w:rsidR="00A62FD8" w:rsidRDefault="00A62FD8">
      <w:pPr>
        <w:spacing w:after="0" w:line="96" w:lineRule="auto"/>
        <w:rPr>
          <w:rFonts w:cs="Arial"/>
          <w:sz w:val="20"/>
          <w:szCs w:val="20"/>
          <w:lang w:val="it-IT"/>
        </w:rPr>
      </w:pPr>
    </w:p>
    <w:p w14:paraId="05D57DF4" w14:textId="6A4DBF2C" w:rsidR="00A62FD8" w:rsidRDefault="00A62FD8">
      <w:pPr>
        <w:spacing w:after="200" w:line="276" w:lineRule="auto"/>
        <w:rPr>
          <w:rFonts w:cs="Arial"/>
          <w:sz w:val="20"/>
          <w:szCs w:val="20"/>
          <w:lang w:val="it-IT"/>
        </w:rPr>
      </w:pPr>
      <w:r>
        <w:rPr>
          <w:rFonts w:cs="Arial"/>
          <w:sz w:val="20"/>
          <w:szCs w:val="20"/>
          <w:lang w:val="it-IT"/>
        </w:rPr>
        <w:br w:type="page"/>
      </w:r>
    </w:p>
    <w:p w14:paraId="43ABEA67" w14:textId="77777777" w:rsidR="00A62FD8" w:rsidRPr="009F2F18" w:rsidRDefault="00A62FD8">
      <w:pPr>
        <w:spacing w:after="0" w:line="96" w:lineRule="auto"/>
        <w:rPr>
          <w:rFonts w:cs="Arial"/>
          <w:sz w:val="20"/>
          <w:szCs w:val="20"/>
          <w:lang w:val="it-IT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0" w:space="0" w:color="18394B"/>
          <w:left w:val="single" w:sz="0" w:space="0" w:color="18394B"/>
          <w:bottom w:val="single" w:sz="0" w:space="0" w:color="18394B"/>
          <w:right w:val="single" w:sz="0" w:space="0" w:color="18394B"/>
          <w:insideH w:val="single" w:sz="0" w:space="0" w:color="18394B"/>
          <w:insideV w:val="single" w:sz="0" w:space="0" w:color="18394B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5443"/>
      </w:tblGrid>
      <w:tr w:rsidR="00DA201C" w:rsidRPr="009F2F18" w14:paraId="03F60BF5" w14:textId="77777777">
        <w:trPr>
          <w:cantSplit/>
          <w:jc w:val="center"/>
        </w:trPr>
        <w:tc>
          <w:tcPr>
            <w:tcW w:w="5443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6669AD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RISERVATO ALL’UFFICIO / COMMISSIONE</w:t>
            </w: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br/>
              <w:t>Istruttoria, verifiche d’ufficio, attribuzione dei punteggi ed esito</w:t>
            </w:r>
          </w:p>
        </w:tc>
        <w:tc>
          <w:tcPr>
            <w:tcW w:w="5443" w:type="dxa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6F0EE63" w14:textId="77777777" w:rsidR="00DA201C" w:rsidRPr="009F2F18" w:rsidRDefault="00DA5D38">
            <w:pPr>
              <w:keepNext/>
              <w:spacing w:after="0" w:line="247" w:lineRule="auto"/>
              <w:jc w:val="right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H.U.B.</w:t>
            </w: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br/>
              <w:t>CAMPAGNOLA</w:t>
            </w:r>
          </w:p>
        </w:tc>
      </w:tr>
    </w:tbl>
    <w:p w14:paraId="11356E21" w14:textId="77777777" w:rsidR="00DA201C" w:rsidRPr="009F2F18" w:rsidRDefault="00DA201C">
      <w:pPr>
        <w:spacing w:after="0" w:line="96" w:lineRule="auto"/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0" w:space="0" w:color="334B5C"/>
          <w:left w:val="single" w:sz="0" w:space="0" w:color="334B5C"/>
          <w:bottom w:val="single" w:sz="0" w:space="0" w:color="334B5C"/>
          <w:right w:val="single" w:sz="0" w:space="0" w:color="334B5C"/>
          <w:insideH w:val="single" w:sz="0" w:space="0" w:color="334B5C"/>
          <w:insideV w:val="single" w:sz="0" w:space="0" w:color="334B5C"/>
        </w:tblBorders>
        <w:tblLook w:val="04A0" w:firstRow="1" w:lastRow="0" w:firstColumn="1" w:lastColumn="0" w:noHBand="0" w:noVBand="1"/>
      </w:tblPr>
      <w:tblGrid>
        <w:gridCol w:w="1842"/>
        <w:gridCol w:w="1932"/>
        <w:gridCol w:w="1951"/>
        <w:gridCol w:w="1142"/>
        <w:gridCol w:w="2252"/>
        <w:gridCol w:w="1850"/>
        <w:gridCol w:w="27"/>
      </w:tblGrid>
      <w:tr w:rsidR="00DA201C" w:rsidRPr="0034729C" w14:paraId="1676D2AC" w14:textId="77777777" w:rsidTr="00E746E7">
        <w:trPr>
          <w:cantSplit/>
          <w:jc w:val="center"/>
        </w:trPr>
        <w:tc>
          <w:tcPr>
            <w:tcW w:w="10996" w:type="dxa"/>
            <w:gridSpan w:val="7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9CE9D56" w14:textId="77777777" w:rsidR="00D13C85" w:rsidRPr="003F002C" w:rsidRDefault="002F51D3">
            <w:pPr>
              <w:keepNext/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b/>
                <w:color w:val="FFFFFF"/>
                <w:sz w:val="15"/>
                <w:lang w:val="it-IT"/>
              </w:rPr>
              <w:t>1. VERIFICA PRELIMINARE E PRIORITÀ REGIONALE</w:t>
            </w:r>
          </w:p>
        </w:tc>
      </w:tr>
      <w:tr w:rsidR="00DA201C" w:rsidRPr="009F2F18" w14:paraId="7AA32412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77CCF92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Ammissibilità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>amministrativa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SÌ 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5244" w:type="dxa"/>
            <w:gridSpan w:val="3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A3411FF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Motivo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eventuale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esclusione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</w:t>
            </w:r>
          </w:p>
        </w:tc>
      </w:tr>
      <w:tr w:rsidR="008240B3" w:rsidRPr="009F2F18" w14:paraId="48E76A1E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vMerge w:val="restart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FABCED5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4"/>
                <w:lang w:val="it-IT"/>
              </w:rPr>
              <w:t>Centro Storico RUE.1</w:t>
            </w:r>
            <w:proofErr w:type="gramStart"/>
            <w:r w:rsidRPr="003F002C">
              <w:rPr>
                <w:rFonts w:cs="Arial"/>
                <w:sz w:val="14"/>
                <w:lang w:val="it-IT"/>
              </w:rPr>
              <w:t xml:space="preserve">A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proofErr w:type="gramEnd"/>
            <w:r w:rsidRPr="003F002C">
              <w:rPr>
                <w:rFonts w:cs="Arial"/>
                <w:sz w:val="14"/>
                <w:lang w:val="it-IT"/>
              </w:rPr>
              <w:t xml:space="preserve"> SÌ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NO</w:t>
            </w:r>
          </w:p>
        </w:tc>
        <w:tc>
          <w:tcPr>
            <w:tcW w:w="5244" w:type="dxa"/>
            <w:gridSpan w:val="3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2AAACD" w14:textId="77777777" w:rsidR="00D13C85" w:rsidRPr="009F2F18" w:rsidRDefault="002F51D3">
            <w:pPr>
              <w:spacing w:after="0" w:line="247" w:lineRule="auto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4"/>
              </w:rPr>
              <w:t>Posteggio</w:t>
            </w:r>
            <w:proofErr w:type="spellEnd"/>
            <w:r w:rsidRPr="009F2F18">
              <w:rPr>
                <w:rFonts w:cs="Arial"/>
                <w:sz w:val="14"/>
              </w:rPr>
              <w:t xml:space="preserve"> </w:t>
            </w:r>
            <w:proofErr w:type="spellStart"/>
            <w:proofErr w:type="gramStart"/>
            <w:r w:rsidRPr="009F2F18">
              <w:rPr>
                <w:rFonts w:cs="Arial"/>
                <w:sz w:val="14"/>
              </w:rPr>
              <w:t>nell’Hub</w:t>
            </w:r>
            <w:proofErr w:type="spellEnd"/>
            <w:r w:rsidRPr="009F2F18">
              <w:rPr>
                <w:rFonts w:cs="Arial"/>
                <w:sz w:val="14"/>
              </w:rPr>
              <w:t xml:space="preserve">  </w:t>
            </w: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proofErr w:type="gramEnd"/>
            <w:r w:rsidRPr="009F2F18">
              <w:rPr>
                <w:rFonts w:cs="Arial"/>
                <w:sz w:val="14"/>
              </w:rPr>
              <w:t xml:space="preserve"> SÌ   </w:t>
            </w: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NO</w:t>
            </w:r>
          </w:p>
        </w:tc>
      </w:tr>
      <w:tr w:rsidR="008240B3" w:rsidRPr="0034729C" w14:paraId="7A3F8C2A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5725" w:type="dxa"/>
            <w:gridSpan w:val="3"/>
            <w:vMerge/>
            <w:shd w:val="clear" w:color="auto" w:fill="E9EEF1"/>
            <w:tcMar>
              <w:top w:w="38" w:type="dxa"/>
              <w:left w:w="50" w:type="dxa"/>
              <w:bottom w:w="38" w:type="dxa"/>
              <w:right w:w="50" w:type="dxa"/>
            </w:tcMar>
          </w:tcPr>
          <w:p w14:paraId="70DECD19" w14:textId="77777777" w:rsidR="008240B3" w:rsidRPr="009F2F18" w:rsidRDefault="008240B3" w:rsidP="008240B3">
            <w:pPr>
              <w:spacing w:after="0"/>
              <w:rPr>
                <w:rFonts w:cs="Arial"/>
                <w:sz w:val="20"/>
                <w:szCs w:val="20"/>
                <w:lang w:val="it-IT"/>
              </w:rPr>
            </w:pPr>
          </w:p>
        </w:tc>
        <w:tc>
          <w:tcPr>
            <w:tcW w:w="5244" w:type="dxa"/>
            <w:gridSpan w:val="3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E6F2DDF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4"/>
                <w:lang w:val="it-IT"/>
              </w:rPr>
              <w:t>Posteggio inutilizzato ≥ 6 mesi (</w:t>
            </w:r>
            <w:proofErr w:type="gramStart"/>
            <w:r w:rsidRPr="003F002C">
              <w:rPr>
                <w:rFonts w:cs="Arial"/>
                <w:sz w:val="14"/>
                <w:lang w:val="it-IT"/>
              </w:rPr>
              <w:t xml:space="preserve">G)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proofErr w:type="gramEnd"/>
            <w:r w:rsidRPr="003F002C">
              <w:rPr>
                <w:rFonts w:cs="Arial"/>
                <w:sz w:val="14"/>
                <w:lang w:val="it-IT"/>
              </w:rPr>
              <w:t xml:space="preserve"> SÌ   </w:t>
            </w:r>
            <w:r w:rsidRPr="003F002C">
              <w:rPr>
                <w:rFonts w:ascii="MS Gothic" w:eastAsia="MS Gothic" w:hAnsi="MS Gothic" w:cs="MS Gothic" w:hint="eastAsia"/>
                <w:sz w:val="14"/>
                <w:lang w:val="it-IT"/>
              </w:rPr>
              <w:t>☐</w:t>
            </w:r>
            <w:r w:rsidRPr="003F002C">
              <w:rPr>
                <w:rFonts w:cs="Arial"/>
                <w:sz w:val="14"/>
                <w:lang w:val="it-IT"/>
              </w:rPr>
              <w:t xml:space="preserve"> NO</w:t>
            </w:r>
          </w:p>
        </w:tc>
      </w:tr>
      <w:tr w:rsidR="008240B3" w:rsidRPr="0034729C" w14:paraId="280DD0FE" w14:textId="77777777" w:rsidTr="00E746E7">
        <w:trPr>
          <w:cantSplit/>
          <w:jc w:val="center"/>
        </w:trPr>
        <w:tc>
          <w:tcPr>
            <w:tcW w:w="10996" w:type="dxa"/>
            <w:gridSpan w:val="7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2F12463" w14:textId="77777777" w:rsidR="008240B3" w:rsidRPr="009F2F18" w:rsidRDefault="008240B3" w:rsidP="008240B3">
            <w:pPr>
              <w:keepNext/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  <w:lang w:val="it-IT"/>
              </w:rPr>
              <w:t>2. GRIGLIA DI ATTRIBUZIONE DEI PUNTEGGI</w:t>
            </w:r>
          </w:p>
        </w:tc>
      </w:tr>
      <w:tr w:rsidR="008240B3" w:rsidRPr="009F2F18" w14:paraId="0CF2E57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A9521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51770D3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CRIT.</w:t>
            </w:r>
          </w:p>
        </w:tc>
        <w:tc>
          <w:tcPr>
            <w:tcW w:w="1932" w:type="dxa"/>
            <w:shd w:val="clear" w:color="auto" w:fill="A9521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F500C3E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ORIGINE</w:t>
            </w:r>
          </w:p>
        </w:tc>
        <w:tc>
          <w:tcPr>
            <w:tcW w:w="3093" w:type="dxa"/>
            <w:gridSpan w:val="2"/>
            <w:shd w:val="clear" w:color="auto" w:fill="A9521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F28C34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VERIFICA</w:t>
            </w:r>
          </w:p>
        </w:tc>
        <w:tc>
          <w:tcPr>
            <w:tcW w:w="2252" w:type="dxa"/>
            <w:shd w:val="clear" w:color="auto" w:fill="A9521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FF96D07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PUNTI ATTRIBUITI</w:t>
            </w:r>
          </w:p>
        </w:tc>
        <w:tc>
          <w:tcPr>
            <w:tcW w:w="1850" w:type="dxa"/>
            <w:shd w:val="clear" w:color="auto" w:fill="A9521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ED8599E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NOTE</w:t>
            </w:r>
          </w:p>
        </w:tc>
      </w:tr>
      <w:tr w:rsidR="008240B3" w:rsidRPr="009F2F18" w14:paraId="6D256D46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5971EC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A1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B746252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AECB9BB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69E21E2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4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86CAF9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3E68BBB9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FDE06D2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A2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3B891D0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ABEA524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D221FA" w14:textId="77777777" w:rsidR="00D13C85" w:rsidRPr="00CA4676" w:rsidRDefault="002F51D3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sz w:val="15"/>
              </w:rPr>
              <w:t>____ 0 / 2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6E741A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62E018B1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F67D79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A3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5387FEB" w14:textId="77777777" w:rsidR="00D13C85" w:rsidRPr="009F2F18" w:rsidRDefault="002F51D3" w:rsidP="002F51D3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4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9048F6" w14:textId="77777777" w:rsidR="00D13C85" w:rsidRPr="009F2F18" w:rsidRDefault="002F51D3" w:rsidP="002F51D3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SÌ   </w:t>
            </w: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14C0978" w14:textId="77777777" w:rsidR="00D13C85" w:rsidRPr="00CA4676" w:rsidRDefault="002F51D3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sz w:val="15"/>
              </w:rPr>
              <w:t>____ 0 / 4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D13FD0F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045BCC58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A20275A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B1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E92747F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38C0CF1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D96D78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4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64947FF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5B20F7F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0BB031E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B2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17363C0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2C68C06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5F6A2C4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3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CEF1D9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2B2CE586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AD561F3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B3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71B68FE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1979737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90E2A2" w14:textId="77777777" w:rsidR="00811F6F" w:rsidRPr="009F2F18" w:rsidRDefault="007A262B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4534FE6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292A96AD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6E1DA5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C1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742639" w14:textId="77777777" w:rsidR="008240B3" w:rsidRPr="009F2F18" w:rsidRDefault="008240B3" w:rsidP="008240B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EB261B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921CC01" w14:textId="77777777" w:rsidR="00811F6F" w:rsidRPr="00CA4676" w:rsidRDefault="007A262B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4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09BEEF1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294311EE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E33FE4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C2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16EDE2" w14:textId="77777777" w:rsidR="008240B3" w:rsidRPr="009F2F18" w:rsidRDefault="008240B3" w:rsidP="008240B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8B0F210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743060F" w14:textId="77777777" w:rsidR="00811F6F" w:rsidRPr="00CA4676" w:rsidRDefault="007A262B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14C5AC5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7A1D7C7B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D13B38D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D1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7DBE4C4" w14:textId="77777777" w:rsidR="008240B3" w:rsidRPr="009F2F18" w:rsidRDefault="008240B3" w:rsidP="008240B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9E4040D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B7C4031" w14:textId="77777777" w:rsidR="00D13C85" w:rsidRPr="00CA4676" w:rsidRDefault="002F51D3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sz w:val="15"/>
              </w:rPr>
              <w:t>____ 0 / 6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8B746A2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7C89395D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83D6D66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D2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79ABF7D" w14:textId="77777777" w:rsidR="008240B3" w:rsidRPr="009F2F18" w:rsidRDefault="008240B3" w:rsidP="008240B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B10BA9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18FF6E" w14:textId="77777777" w:rsidR="00811F6F" w:rsidRPr="00CA4676" w:rsidRDefault="007A262B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2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70BD8CE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454F19CC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76A9F85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E1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76792D" w14:textId="77777777" w:rsidR="008240B3" w:rsidRPr="009F2F18" w:rsidRDefault="008240B3" w:rsidP="008240B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C136E3E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0791186" w14:textId="77777777" w:rsidR="00811F6F" w:rsidRPr="00CA4676" w:rsidRDefault="007A262B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3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A202B8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6013E174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9D7AF5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E2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282C64B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richiesto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FE1B6A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86E8820" w14:textId="77777777" w:rsidR="00811F6F" w:rsidRPr="00CA4676" w:rsidRDefault="007A262B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3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3690C91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30C04FFB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5BD039E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F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40B47D" w14:textId="77777777" w:rsidR="00D13C85" w:rsidRPr="009F2F18" w:rsidRDefault="002F51D3" w:rsidP="002F51D3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4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059156D" w14:textId="77777777" w:rsidR="00D13C85" w:rsidRPr="009F2F18" w:rsidRDefault="002F51D3" w:rsidP="002F51D3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SÌ   </w:t>
            </w: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497AD60" w14:textId="77777777" w:rsidR="00D13C85" w:rsidRPr="00CA4676" w:rsidRDefault="002F51D3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sz w:val="15"/>
              </w:rPr>
              <w:t>____ 0 / 15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9E2E6E3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767F417A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CC92EE4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G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D18D172" w14:textId="77777777" w:rsidR="00D13C85" w:rsidRPr="009F2F18" w:rsidRDefault="002F51D3" w:rsidP="002F51D3">
            <w:pPr>
              <w:spacing w:after="0" w:line="247" w:lineRule="auto"/>
              <w:jc w:val="center"/>
              <w:rPr>
                <w:rFonts w:cs="Arial"/>
              </w:rPr>
            </w:pPr>
            <w:proofErr w:type="spellStart"/>
            <w:r w:rsidRPr="009F2F18">
              <w:rPr>
                <w:rFonts w:cs="Arial"/>
                <w:sz w:val="14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C27DC7B" w14:textId="77777777" w:rsidR="00D13C85" w:rsidRPr="009F2F18" w:rsidRDefault="002F51D3" w:rsidP="002F51D3">
            <w:pPr>
              <w:keepNext/>
              <w:spacing w:after="0" w:line="247" w:lineRule="auto"/>
              <w:jc w:val="center"/>
              <w:rPr>
                <w:rFonts w:cs="Arial"/>
              </w:rPr>
            </w:pP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SÌ   </w:t>
            </w:r>
            <w:r w:rsidRPr="009F2F18">
              <w:rPr>
                <w:rFonts w:ascii="MS Gothic" w:eastAsia="MS Gothic" w:hAnsi="MS Gothic" w:cs="MS Gothic" w:hint="eastAsia"/>
                <w:sz w:val="14"/>
              </w:rPr>
              <w:t>☐</w:t>
            </w:r>
            <w:r w:rsidRPr="009F2F18">
              <w:rPr>
                <w:rFonts w:cs="Arial"/>
                <w:sz w:val="14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421AE6" w14:textId="77777777" w:rsidR="00D13C85" w:rsidRPr="00CA4676" w:rsidRDefault="002F51D3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sz w:val="15"/>
              </w:rPr>
              <w:t>____ 0 / 4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30EB695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01BB8C9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AFFCCE0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H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263620D" w14:textId="77777777" w:rsidR="008240B3" w:rsidRPr="009F2F18" w:rsidRDefault="008240B3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9F2F18">
              <w:rPr>
                <w:rFonts w:cs="Arial"/>
                <w:color w:val="263238"/>
                <w:sz w:val="15"/>
              </w:rPr>
              <w:t>dich./</w:t>
            </w:r>
            <w:proofErr w:type="spellStart"/>
            <w:proofErr w:type="gramEnd"/>
            <w:r w:rsidRPr="009F2F18">
              <w:rPr>
                <w:rFonts w:cs="Arial"/>
                <w:color w:val="263238"/>
                <w:sz w:val="15"/>
              </w:rPr>
              <w:t>verif</w:t>
            </w:r>
            <w:proofErr w:type="spellEnd"/>
            <w:r w:rsidRPr="009F2F18">
              <w:rPr>
                <w:rFonts w:cs="Arial"/>
                <w:color w:val="263238"/>
                <w:sz w:val="15"/>
              </w:rPr>
              <w:t>.</w:t>
            </w:r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9B55ACD" w14:textId="77777777" w:rsidR="008240B3" w:rsidRPr="009F2F18" w:rsidRDefault="008240B3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D69284B" w14:textId="77777777" w:rsidR="00811F6F" w:rsidRPr="00CA4676" w:rsidRDefault="007A262B" w:rsidP="00CA4676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</w:t>
            </w:r>
            <w:r w:rsidR="00CA4676" w:rsidRPr="00CA4676">
              <w:rPr>
                <w:rFonts w:cs="Arial"/>
                <w:b/>
                <w:color w:val="263238"/>
                <w:sz w:val="15"/>
              </w:rPr>
              <w:t>1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63B731B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8240B3" w:rsidRPr="009F2F18" w14:paraId="69C51AA3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30CE555" w14:textId="77777777" w:rsidR="008240B3" w:rsidRPr="009F2F18" w:rsidRDefault="008240B3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I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0C6A001" w14:textId="77777777" w:rsidR="008240B3" w:rsidRPr="009F2F18" w:rsidRDefault="00CA4676" w:rsidP="002F51D3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9F2F18">
              <w:rPr>
                <w:rFonts w:cs="Arial"/>
                <w:color w:val="263238"/>
                <w:sz w:val="15"/>
              </w:rPr>
              <w:t>dich./</w:t>
            </w:r>
            <w:proofErr w:type="spellStart"/>
            <w:proofErr w:type="gramEnd"/>
            <w:r w:rsidRPr="009F2F18">
              <w:rPr>
                <w:rFonts w:cs="Arial"/>
                <w:color w:val="263238"/>
                <w:sz w:val="15"/>
              </w:rPr>
              <w:t>verif</w:t>
            </w:r>
            <w:proofErr w:type="spellEnd"/>
            <w:r w:rsidRPr="009F2F18">
              <w:rPr>
                <w:rFonts w:cs="Arial"/>
                <w:color w:val="263238"/>
                <w:sz w:val="15"/>
              </w:rPr>
              <w:t>.</w:t>
            </w:r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EF54B11" w14:textId="77777777" w:rsidR="008240B3" w:rsidRPr="009F2F18" w:rsidRDefault="00CA4676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34D72A9" w14:textId="77777777" w:rsidR="00811F6F" w:rsidRPr="00CA4676" w:rsidRDefault="00CA4676">
            <w:pPr>
              <w:spacing w:after="0" w:line="247" w:lineRule="auto"/>
              <w:rPr>
                <w:rFonts w:cs="Arial"/>
                <w:b/>
              </w:rPr>
            </w:pPr>
            <w:r w:rsidRPr="00CA4676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CA4676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CA4676">
              <w:rPr>
                <w:rFonts w:cs="Arial"/>
                <w:b/>
                <w:color w:val="263238"/>
                <w:sz w:val="15"/>
              </w:rPr>
              <w:t xml:space="preserve"> / 1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D34B307" w14:textId="77777777" w:rsidR="008240B3" w:rsidRPr="009F2F18" w:rsidRDefault="008240B3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CA4676" w:rsidRPr="009F2F18" w14:paraId="0879E0E9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99BCC3C" w14:textId="77777777" w:rsidR="00CA4676" w:rsidRPr="009F2F18" w:rsidRDefault="00CA4676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J</w:t>
            </w:r>
          </w:p>
        </w:tc>
        <w:tc>
          <w:tcPr>
            <w:tcW w:w="193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8F6FEA6" w14:textId="77777777" w:rsidR="00CA4676" w:rsidRPr="009F2F18" w:rsidRDefault="00CA4676" w:rsidP="003060B1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9412E0" w14:textId="77777777" w:rsidR="00CA4676" w:rsidRPr="009F2F18" w:rsidRDefault="00CA4676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FASCIA</w:t>
            </w:r>
          </w:p>
        </w:tc>
        <w:tc>
          <w:tcPr>
            <w:tcW w:w="2252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9A4FCDB" w14:textId="77777777" w:rsidR="00CA4676" w:rsidRPr="009F2F18" w:rsidRDefault="00CA4676" w:rsidP="006B1289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7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12 / 15 / 20</w:t>
            </w:r>
          </w:p>
        </w:tc>
        <w:tc>
          <w:tcPr>
            <w:tcW w:w="1850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9854375" w14:textId="77777777" w:rsidR="00CA4676" w:rsidRPr="009F2F18" w:rsidRDefault="00CA4676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CA4676" w:rsidRPr="009F2F18" w14:paraId="7438364C" w14:textId="77777777" w:rsidTr="003060B1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6B5F26E" w14:textId="77777777" w:rsidR="00CA4676" w:rsidRPr="009F2F18" w:rsidRDefault="00CA4676" w:rsidP="003060B1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18394B"/>
                <w:sz w:val="15"/>
                <w:szCs w:val="20"/>
              </w:rPr>
              <w:t>K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D22511C" w14:textId="77777777" w:rsidR="00CA4676" w:rsidRPr="009F2F18" w:rsidRDefault="00CA4676" w:rsidP="003060B1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gramStart"/>
            <w:r w:rsidRPr="009F2F18">
              <w:rPr>
                <w:rFonts w:cs="Arial"/>
                <w:color w:val="263238"/>
                <w:sz w:val="15"/>
              </w:rPr>
              <w:t>dich./</w:t>
            </w:r>
            <w:proofErr w:type="spellStart"/>
            <w:proofErr w:type="gramEnd"/>
            <w:r w:rsidRPr="009F2F18">
              <w:rPr>
                <w:rFonts w:cs="Arial"/>
                <w:color w:val="263238"/>
                <w:sz w:val="15"/>
              </w:rPr>
              <w:t>verif</w:t>
            </w:r>
            <w:proofErr w:type="spellEnd"/>
            <w:r w:rsidRPr="009F2F18">
              <w:rPr>
                <w:rFonts w:cs="Arial"/>
                <w:color w:val="263238"/>
                <w:sz w:val="15"/>
              </w:rPr>
              <w:t>.</w:t>
            </w:r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8E6F45" w14:textId="77777777" w:rsidR="00CA4676" w:rsidRPr="009F2F18" w:rsidRDefault="00CA4676" w:rsidP="003060B1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B4F8A93" w14:textId="77777777" w:rsidR="00CA4676" w:rsidRPr="009F2F18" w:rsidRDefault="00CA4676" w:rsidP="00CA4676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</w:t>
            </w:r>
            <w:r>
              <w:rPr>
                <w:rFonts w:cs="Arial"/>
                <w:b/>
                <w:color w:val="263238"/>
                <w:sz w:val="15"/>
              </w:rPr>
              <w:t>5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5840171" w14:textId="77777777" w:rsidR="00CA4676" w:rsidRPr="009F2F18" w:rsidRDefault="00CA4676" w:rsidP="003060B1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CA4676" w:rsidRPr="009F2F18" w14:paraId="54ED34B5" w14:textId="77777777" w:rsidTr="00E746E7">
        <w:tblPrEx>
          <w:tblBorders>
            <w:top w:val="single" w:sz="2" w:space="0" w:color="AAB8BE"/>
            <w:left w:val="single" w:sz="2" w:space="0" w:color="AAB8BE"/>
            <w:bottom w:val="single" w:sz="2" w:space="0" w:color="AAB8BE"/>
            <w:right w:val="single" w:sz="2" w:space="0" w:color="AAB8BE"/>
            <w:insideH w:val="single" w:sz="2" w:space="0" w:color="AAB8BE"/>
            <w:insideV w:val="single" w:sz="2" w:space="0" w:color="AAB8BE"/>
          </w:tblBorders>
        </w:tblPrEx>
        <w:trPr>
          <w:gridAfter w:val="1"/>
          <w:wAfter w:w="27" w:type="dxa"/>
          <w:cantSplit/>
          <w:jc w:val="center"/>
        </w:trPr>
        <w:tc>
          <w:tcPr>
            <w:tcW w:w="184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87F12E" w14:textId="77777777" w:rsidR="00CA4676" w:rsidRPr="009F2F18" w:rsidRDefault="00CA4676" w:rsidP="008240B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/>
                <w:color w:val="18394B"/>
                <w:sz w:val="15"/>
                <w:szCs w:val="20"/>
              </w:rPr>
              <w:t>L</w:t>
            </w:r>
          </w:p>
        </w:tc>
        <w:tc>
          <w:tcPr>
            <w:tcW w:w="193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93C3706" w14:textId="77777777" w:rsidR="00CA4676" w:rsidRPr="009F2F18" w:rsidRDefault="00CA4676" w:rsidP="003060B1">
            <w:pPr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</w:rPr>
              <w:t>d’ufficio</w:t>
            </w:r>
            <w:proofErr w:type="spellEnd"/>
          </w:p>
        </w:tc>
        <w:tc>
          <w:tcPr>
            <w:tcW w:w="3093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6179555" w14:textId="77777777" w:rsidR="00CA4676" w:rsidRPr="009F2F18" w:rsidRDefault="00CA4676" w:rsidP="002F51D3">
            <w:pPr>
              <w:keepNext/>
              <w:spacing w:after="0" w:line="247" w:lineRule="auto"/>
              <w:jc w:val="center"/>
              <w:rPr>
                <w:rFonts w:cs="Arial"/>
                <w:sz w:val="20"/>
                <w:szCs w:val="20"/>
              </w:rPr>
            </w:pP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gramStart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SÌ  </w:t>
            </w:r>
            <w:r w:rsidRPr="009F2F18">
              <w:rPr>
                <w:rFonts w:ascii="MS Gothic" w:eastAsia="MS Gothic" w:hAnsi="MS Gothic" w:cs="MS Gothic" w:hint="eastAsia"/>
                <w:color w:val="263238"/>
                <w:sz w:val="15"/>
                <w:szCs w:val="20"/>
              </w:rPr>
              <w:t>☐</w:t>
            </w:r>
            <w:proofErr w:type="gram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NO</w:t>
            </w:r>
          </w:p>
        </w:tc>
        <w:tc>
          <w:tcPr>
            <w:tcW w:w="2252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1C8A18A" w14:textId="77777777" w:rsidR="00CA4676" w:rsidRPr="009F2F18" w:rsidRDefault="00CA4676">
            <w:pPr>
              <w:spacing w:after="0" w:line="247" w:lineRule="auto"/>
              <w:rPr>
                <w:rFonts w:cs="Arial"/>
              </w:rPr>
            </w:pPr>
            <w:r w:rsidRPr="009F2F18">
              <w:rPr>
                <w:rFonts w:cs="Arial"/>
                <w:b/>
                <w:color w:val="263238"/>
                <w:sz w:val="15"/>
              </w:rPr>
              <w:t>___</w:t>
            </w:r>
            <w:proofErr w:type="gramStart"/>
            <w:r w:rsidRPr="009F2F18">
              <w:rPr>
                <w:rFonts w:cs="Arial"/>
                <w:b/>
                <w:color w:val="263238"/>
                <w:sz w:val="15"/>
              </w:rPr>
              <w:t>_  0</w:t>
            </w:r>
            <w:proofErr w:type="gramEnd"/>
            <w:r w:rsidRPr="009F2F18">
              <w:rPr>
                <w:rFonts w:cs="Arial"/>
                <w:b/>
                <w:color w:val="263238"/>
                <w:sz w:val="15"/>
              </w:rPr>
              <w:t xml:space="preserve"> / </w:t>
            </w:r>
            <w:r>
              <w:rPr>
                <w:rFonts w:cs="Arial"/>
                <w:b/>
                <w:color w:val="263238"/>
                <w:sz w:val="15"/>
              </w:rPr>
              <w:t>1</w:t>
            </w:r>
            <w:r w:rsidRPr="009F2F18">
              <w:rPr>
                <w:rFonts w:cs="Arial"/>
                <w:b/>
                <w:color w:val="263238"/>
                <w:sz w:val="15"/>
              </w:rPr>
              <w:t>5</w:t>
            </w:r>
          </w:p>
        </w:tc>
        <w:tc>
          <w:tcPr>
            <w:tcW w:w="1850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8EA05CC" w14:textId="77777777" w:rsidR="00CA4676" w:rsidRPr="009F2F18" w:rsidRDefault="00CA4676" w:rsidP="008240B3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2B0BD62D" w14:textId="77777777" w:rsidR="00DA201C" w:rsidRPr="009F2F18" w:rsidRDefault="00DA5D38">
      <w:pPr>
        <w:spacing w:after="0" w:line="247" w:lineRule="auto"/>
        <w:jc w:val="right"/>
        <w:rPr>
          <w:rFonts w:cs="Arial"/>
          <w:sz w:val="20"/>
          <w:szCs w:val="20"/>
        </w:rPr>
      </w:pPr>
      <w:r w:rsidRPr="009F2F18">
        <w:rPr>
          <w:rFonts w:cs="Arial"/>
          <w:b/>
          <w:color w:val="193D51"/>
          <w:sz w:val="18"/>
          <w:szCs w:val="20"/>
        </w:rPr>
        <w:t xml:space="preserve">PUNTEGGIO </w:t>
      </w:r>
      <w:proofErr w:type="gramStart"/>
      <w:r w:rsidRPr="009F2F18">
        <w:rPr>
          <w:rFonts w:cs="Arial"/>
          <w:b/>
          <w:color w:val="193D51"/>
          <w:sz w:val="18"/>
          <w:szCs w:val="20"/>
        </w:rPr>
        <w:t>TOTALE  _</w:t>
      </w:r>
      <w:proofErr w:type="gramEnd"/>
      <w:r w:rsidRPr="009F2F18">
        <w:rPr>
          <w:rFonts w:cs="Arial"/>
          <w:b/>
          <w:color w:val="193D51"/>
          <w:sz w:val="18"/>
          <w:szCs w:val="20"/>
        </w:rPr>
        <w:t>_____ / 100</w:t>
      </w:r>
    </w:p>
    <w:tbl>
      <w:tblPr>
        <w:tblW w:w="0" w:type="auto"/>
        <w:jc w:val="center"/>
        <w:tblBorders>
          <w:top w:val="single" w:sz="0" w:space="0" w:color="334B5C"/>
          <w:left w:val="single" w:sz="0" w:space="0" w:color="334B5C"/>
          <w:bottom w:val="single" w:sz="0" w:space="0" w:color="334B5C"/>
          <w:right w:val="single" w:sz="0" w:space="0" w:color="334B5C"/>
          <w:insideH w:val="single" w:sz="0" w:space="0" w:color="334B5C"/>
          <w:insideV w:val="single" w:sz="0" w:space="0" w:color="334B5C"/>
        </w:tblBorders>
        <w:tblLayout w:type="fixed"/>
        <w:tblLook w:val="04A0" w:firstRow="1" w:lastRow="0" w:firstColumn="1" w:lastColumn="0" w:noHBand="0" w:noVBand="1"/>
      </w:tblPr>
      <w:tblGrid>
        <w:gridCol w:w="7629"/>
        <w:gridCol w:w="2916"/>
        <w:gridCol w:w="451"/>
      </w:tblGrid>
      <w:tr w:rsidR="00DA201C" w:rsidRPr="009F2F18" w14:paraId="0BEBCE0C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0244EB3" w14:textId="77777777" w:rsidR="00DA201C" w:rsidRPr="009F2F18" w:rsidRDefault="00DA5D38">
            <w:pPr>
              <w:keepNext/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3. ESITO ISTRUTTORIO</w:t>
            </w:r>
          </w:p>
        </w:tc>
      </w:tr>
      <w:tr w:rsidR="00DA201C" w:rsidRPr="0034729C" w14:paraId="25FF664C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04C4B7E" w14:textId="77777777" w:rsidR="00D13C85" w:rsidRPr="003F002C" w:rsidRDefault="002F51D3">
            <w:pPr>
              <w:spacing w:after="0" w:line="247" w:lineRule="auto"/>
              <w:rPr>
                <w:rFonts w:cs="Arial"/>
                <w:lang w:val="it-IT"/>
              </w:rPr>
            </w:pPr>
            <w:proofErr w:type="gramStart"/>
            <w:r w:rsidRPr="003F002C">
              <w:rPr>
                <w:rFonts w:cs="Arial"/>
                <w:sz w:val="15"/>
                <w:lang w:val="it-IT"/>
              </w:rPr>
              <w:t xml:space="preserve">Esito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proofErr w:type="gramEnd"/>
            <w:r w:rsidRPr="003F002C">
              <w:rPr>
                <w:rFonts w:cs="Arial"/>
                <w:sz w:val="15"/>
                <w:lang w:val="it-IT"/>
              </w:rPr>
              <w:t xml:space="preserve"> AMMESSA (punteggio ≥ 40)  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NON AMMESSA</w:t>
            </w:r>
          </w:p>
        </w:tc>
        <w:tc>
          <w:tcPr>
            <w:tcW w:w="451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9F924A3" w14:textId="77777777" w:rsidR="00DA201C" w:rsidRPr="003F002C" w:rsidRDefault="00DA201C">
            <w:pPr>
              <w:spacing w:after="0" w:line="247" w:lineRule="auto"/>
              <w:rPr>
                <w:rFonts w:cs="Arial"/>
                <w:sz w:val="20"/>
                <w:szCs w:val="20"/>
                <w:lang w:val="it-IT"/>
              </w:rPr>
            </w:pPr>
          </w:p>
        </w:tc>
      </w:tr>
      <w:tr w:rsidR="00DA201C" w:rsidRPr="009F2F18" w14:paraId="368DF14A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04265C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Spesa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ammessa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€ ______________________________</w:t>
            </w:r>
          </w:p>
        </w:tc>
        <w:tc>
          <w:tcPr>
            <w:tcW w:w="451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406C78" w14:textId="77777777" w:rsidR="00DA201C" w:rsidRPr="009F2F18" w:rsidRDefault="00DA201C" w:rsidP="00E746E7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DA201C" w:rsidRPr="009F2F18" w14:paraId="702CE3C7" w14:textId="77777777" w:rsidTr="00390B46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10545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E6E7879" w14:textId="77777777" w:rsidR="00DA201C" w:rsidRPr="009F2F18" w:rsidRDefault="00DA5D38" w:rsidP="00E746E7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Eventuale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rideterminazione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/ note </w:t>
            </w:r>
            <w:r w:rsidR="00390B46"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451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F10BCEE" w14:textId="77777777" w:rsidR="00DA201C" w:rsidRPr="009F2F18" w:rsidRDefault="00DA201C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  <w:tr w:rsidR="00DA201C" w:rsidRPr="009F2F18" w14:paraId="68C65DD9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52B4A19" w14:textId="77777777" w:rsidR="00DA201C" w:rsidRPr="009F2F18" w:rsidRDefault="00DA5D38">
            <w:pPr>
              <w:keepNext/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4. DOCUMENTAZIONE E CONTROLLI</w:t>
            </w:r>
          </w:p>
        </w:tc>
      </w:tr>
      <w:tr w:rsidR="00DA201C" w:rsidRPr="0034729C" w14:paraId="6FE15F8B" w14:textId="77777777" w:rsidTr="00E746E7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996" w:type="dxa"/>
            <w:gridSpan w:val="3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D0B3396" w14:textId="77777777" w:rsidR="002F51D3" w:rsidRPr="003F002C" w:rsidRDefault="002F51D3" w:rsidP="00E746E7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>Controlli d’ufficio.</w:t>
            </w:r>
          </w:p>
          <w:p w14:paraId="51C6CE98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Registro Imprese / REA</w:t>
            </w:r>
          </w:p>
          <w:p w14:paraId="52F07389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requisiti MPMI</w:t>
            </w:r>
          </w:p>
          <w:p w14:paraId="6D8D3232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="002F51D3" w:rsidRPr="003F002C">
              <w:rPr>
                <w:rFonts w:cs="Arial"/>
                <w:sz w:val="15"/>
                <w:lang w:val="it-IT"/>
              </w:rPr>
              <w:t xml:space="preserve"> DURC</w:t>
            </w:r>
          </w:p>
          <w:p w14:paraId="5CCBA9CA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="002F51D3" w:rsidRPr="003F002C">
              <w:rPr>
                <w:rFonts w:cs="Arial"/>
                <w:sz w:val="15"/>
                <w:lang w:val="it-IT"/>
              </w:rPr>
              <w:t xml:space="preserve"> de </w:t>
            </w:r>
            <w:proofErr w:type="spellStart"/>
            <w:r w:rsidR="002F51D3" w:rsidRPr="003F002C">
              <w:rPr>
                <w:rFonts w:cs="Arial"/>
                <w:sz w:val="15"/>
                <w:lang w:val="it-IT"/>
              </w:rPr>
              <w:t>minimis</w:t>
            </w:r>
            <w:proofErr w:type="spellEnd"/>
            <w:r w:rsidR="002F51D3" w:rsidRPr="003F002C">
              <w:rPr>
                <w:rFonts w:cs="Arial"/>
                <w:sz w:val="15"/>
                <w:lang w:val="it-IT"/>
              </w:rPr>
              <w:t xml:space="preserve"> / aiuti</w:t>
            </w:r>
          </w:p>
          <w:p w14:paraId="0C3D8D84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="002F51D3" w:rsidRPr="003F002C">
              <w:rPr>
                <w:rFonts w:cs="Arial"/>
                <w:sz w:val="15"/>
                <w:lang w:val="it-IT"/>
              </w:rPr>
              <w:t xml:space="preserve"> adesione Accordo </w:t>
            </w:r>
            <w:proofErr w:type="spellStart"/>
            <w:r w:rsidR="002F51D3" w:rsidRPr="003F002C">
              <w:rPr>
                <w:rFonts w:cs="Arial"/>
                <w:sz w:val="15"/>
                <w:lang w:val="it-IT"/>
              </w:rPr>
              <w:t>Hub</w:t>
            </w:r>
            <w:proofErr w:type="spellEnd"/>
          </w:p>
          <w:p w14:paraId="306AC058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concessione/autorizzaz</w:t>
            </w:r>
            <w:r w:rsidR="002F51D3" w:rsidRPr="003F002C">
              <w:rPr>
                <w:rFonts w:cs="Arial"/>
                <w:sz w:val="15"/>
                <w:lang w:val="it-IT"/>
              </w:rPr>
              <w:t>ione commercio su area pubblica</w:t>
            </w:r>
          </w:p>
          <w:p w14:paraId="0A61BD13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="002F51D3" w:rsidRPr="003F002C">
              <w:rPr>
                <w:rFonts w:cs="Arial"/>
                <w:sz w:val="15"/>
                <w:lang w:val="it-IT"/>
              </w:rPr>
              <w:t xml:space="preserve"> posteggio nel mercato/</w:t>
            </w:r>
            <w:proofErr w:type="spellStart"/>
            <w:r w:rsidR="002F51D3" w:rsidRPr="003F002C">
              <w:rPr>
                <w:rFonts w:cs="Arial"/>
                <w:sz w:val="15"/>
                <w:lang w:val="it-IT"/>
              </w:rPr>
              <w:t>Hub</w:t>
            </w:r>
            <w:proofErr w:type="spellEnd"/>
          </w:p>
          <w:p w14:paraId="629F31DB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Centro Storico</w:t>
            </w:r>
          </w:p>
          <w:p w14:paraId="104881FE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anzianità presenza nel mercato</w:t>
            </w:r>
          </w:p>
          <w:p w14:paraId="48AFA22C" w14:textId="77777777" w:rsidR="002F51D3" w:rsidRPr="003F002C" w:rsidRDefault="00DA5D38" w:rsidP="002F51D3">
            <w:pPr>
              <w:spacing w:after="0" w:line="247" w:lineRule="auto"/>
              <w:rPr>
                <w:rFonts w:cs="Arial"/>
                <w:sz w:val="15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obblighi assicurativi, ove applicabili</w:t>
            </w:r>
          </w:p>
          <w:p w14:paraId="14ED54F8" w14:textId="77777777" w:rsidR="00E746E7" w:rsidRPr="009F2F18" w:rsidRDefault="00DA5D38" w:rsidP="002F51D3">
            <w:pPr>
              <w:spacing w:after="0" w:line="247" w:lineRule="auto"/>
              <w:rPr>
                <w:rFonts w:cs="Arial"/>
                <w:color w:val="263238"/>
                <w:sz w:val="20"/>
                <w:szCs w:val="20"/>
                <w:lang w:val="it-IT"/>
              </w:rPr>
            </w:pP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altri controlli previsti dal bando.</w:t>
            </w:r>
          </w:p>
        </w:tc>
      </w:tr>
      <w:tr w:rsidR="00DA201C" w:rsidRPr="0034729C" w14:paraId="1753C789" w14:textId="77777777" w:rsidTr="00E746E7">
        <w:tblPrEx>
          <w:tblBorders>
            <w:top w:val="single" w:sz="2" w:space="0" w:color="C7D0D3"/>
            <w:left w:val="single" w:sz="2" w:space="0" w:color="C7D0D3"/>
            <w:bottom w:val="single" w:sz="2" w:space="0" w:color="C7D0D3"/>
            <w:right w:val="single" w:sz="2" w:space="0" w:color="C7D0D3"/>
            <w:insideH w:val="single" w:sz="2" w:space="0" w:color="C7D0D3"/>
            <w:insideV w:val="single" w:sz="2" w:space="0" w:color="C7D0D3"/>
          </w:tblBorders>
        </w:tblPrEx>
        <w:trPr>
          <w:cantSplit/>
          <w:jc w:val="center"/>
        </w:trPr>
        <w:tc>
          <w:tcPr>
            <w:tcW w:w="10996" w:type="dxa"/>
            <w:gridSpan w:val="3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41B5334" w14:textId="77777777" w:rsidR="00811F6F" w:rsidRPr="003F002C" w:rsidRDefault="007A262B">
            <w:pPr>
              <w:spacing w:after="0" w:line="247" w:lineRule="auto"/>
              <w:rPr>
                <w:rFonts w:cs="Arial"/>
                <w:lang w:val="it-IT"/>
              </w:rPr>
            </w:pPr>
            <w:r w:rsidRPr="003F002C">
              <w:rPr>
                <w:rFonts w:cs="Arial"/>
                <w:sz w:val="15"/>
                <w:lang w:val="it-IT"/>
              </w:rPr>
              <w:t xml:space="preserve">Documentazione del richiedente.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domanda firmata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preventivi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fotografie banco/posteggio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schede tecniche, se necessarie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documentazione integrativa ________________________________ </w:t>
            </w:r>
            <w:r w:rsidRPr="003F002C">
              <w:rPr>
                <w:rFonts w:ascii="MS Gothic" w:eastAsia="MS Gothic" w:hAnsi="MS Gothic" w:cs="MS Gothic" w:hint="eastAsia"/>
                <w:sz w:val="15"/>
                <w:lang w:val="it-IT"/>
              </w:rPr>
              <w:t>☐</w:t>
            </w:r>
            <w:r w:rsidRPr="003F002C">
              <w:rPr>
                <w:rFonts w:cs="Arial"/>
                <w:sz w:val="15"/>
                <w:lang w:val="it-IT"/>
              </w:rPr>
              <w:t xml:space="preserve"> Scheda K (inclusa) (K)</w:t>
            </w:r>
          </w:p>
        </w:tc>
      </w:tr>
      <w:tr w:rsidR="00DA201C" w:rsidRPr="009F2F18" w14:paraId="0C2667D3" w14:textId="77777777" w:rsidTr="00E746E7">
        <w:trPr>
          <w:cantSplit/>
          <w:jc w:val="center"/>
        </w:trPr>
        <w:tc>
          <w:tcPr>
            <w:tcW w:w="10996" w:type="dxa"/>
            <w:gridSpan w:val="3"/>
            <w:shd w:val="clear" w:color="auto" w:fill="C66A2B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1A9DDA" w14:textId="77777777" w:rsidR="00DA201C" w:rsidRPr="009F2F18" w:rsidRDefault="00DA5D38">
            <w:pPr>
              <w:keepNext/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b/>
                <w:color w:val="FFFFFF"/>
                <w:sz w:val="15"/>
                <w:szCs w:val="20"/>
              </w:rPr>
              <w:t>5. CHIUSURA DELL’ISTRUTTORIA</w:t>
            </w:r>
          </w:p>
        </w:tc>
      </w:tr>
      <w:tr w:rsidR="00DA201C" w:rsidRPr="009F2F18" w14:paraId="1D48425E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869C2E6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Istruttore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</w:t>
            </w:r>
          </w:p>
        </w:tc>
        <w:tc>
          <w:tcPr>
            <w:tcW w:w="3367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C66C2B4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>Data ____ / ____ / ______</w:t>
            </w:r>
          </w:p>
        </w:tc>
      </w:tr>
      <w:tr w:rsidR="00DA201C" w:rsidRPr="009F2F18" w14:paraId="72546859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826D4DB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Commissione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/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Responsabile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</w:t>
            </w:r>
          </w:p>
        </w:tc>
        <w:tc>
          <w:tcPr>
            <w:tcW w:w="3367" w:type="dxa"/>
            <w:gridSpan w:val="2"/>
            <w:shd w:val="clear" w:color="auto" w:fill="FFF8F3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C0C50E" w14:textId="77777777" w:rsidR="00DA201C" w:rsidRPr="009F2F18" w:rsidRDefault="00DA5D38" w:rsidP="00E746E7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Firma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</w:t>
            </w:r>
            <w:r w:rsidR="00E746E7" w:rsidRPr="009F2F18">
              <w:rPr>
                <w:rFonts w:cs="Arial"/>
                <w:color w:val="263238"/>
                <w:sz w:val="15"/>
                <w:szCs w:val="20"/>
              </w:rPr>
              <w:t>______________________________</w:t>
            </w:r>
          </w:p>
        </w:tc>
      </w:tr>
      <w:tr w:rsidR="00DA201C" w:rsidRPr="009F2F18" w14:paraId="338E6C5A" w14:textId="77777777" w:rsidTr="00E746E7">
        <w:tblPrEx>
          <w:tblBorders>
            <w:top w:val="single" w:sz="3" w:space="0" w:color="BECBCD"/>
            <w:left w:val="single" w:sz="3" w:space="0" w:color="BECBCD"/>
            <w:bottom w:val="single" w:sz="3" w:space="0" w:color="BECBCD"/>
            <w:right w:val="single" w:sz="3" w:space="0" w:color="BECBCD"/>
            <w:insideH w:val="single" w:sz="3" w:space="0" w:color="BECBCD"/>
            <w:insideV w:val="single" w:sz="3" w:space="0" w:color="BECBCD"/>
          </w:tblBorders>
        </w:tblPrEx>
        <w:trPr>
          <w:cantSplit/>
          <w:jc w:val="center"/>
        </w:trPr>
        <w:tc>
          <w:tcPr>
            <w:tcW w:w="7629" w:type="dxa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B341C5D" w14:textId="77777777" w:rsidR="00DA201C" w:rsidRPr="009F2F18" w:rsidRDefault="00DA5D38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Note </w:t>
            </w:r>
            <w:proofErr w:type="spellStart"/>
            <w:r w:rsidRPr="009F2F18">
              <w:rPr>
                <w:rFonts w:cs="Arial"/>
                <w:color w:val="263238"/>
                <w:sz w:val="15"/>
                <w:szCs w:val="20"/>
              </w:rPr>
              <w:t>finali</w:t>
            </w:r>
            <w:proofErr w:type="spellEnd"/>
            <w:r w:rsidRPr="009F2F18">
              <w:rPr>
                <w:rFonts w:cs="Arial"/>
                <w:color w:val="263238"/>
                <w:sz w:val="15"/>
                <w:szCs w:val="20"/>
              </w:rPr>
              <w:t xml:space="preserve"> _________________________________________________________________________________________________________</w:t>
            </w:r>
            <w:r w:rsidR="006C46DA" w:rsidRPr="009F2F18">
              <w:rPr>
                <w:rFonts w:cs="Arial"/>
                <w:color w:val="263238"/>
                <w:sz w:val="15"/>
                <w:szCs w:val="20"/>
              </w:rPr>
              <w:t>___________________________________________</w:t>
            </w:r>
            <w:r w:rsidRPr="009F2F18">
              <w:rPr>
                <w:rFonts w:cs="Arial"/>
                <w:color w:val="263238"/>
                <w:sz w:val="15"/>
                <w:szCs w:val="20"/>
              </w:rPr>
              <w:t>_</w:t>
            </w:r>
          </w:p>
        </w:tc>
        <w:tc>
          <w:tcPr>
            <w:tcW w:w="3367" w:type="dxa"/>
            <w:gridSpan w:val="2"/>
            <w:shd w:val="clear" w:color="auto" w:fill="FBEADF"/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930E358" w14:textId="77777777" w:rsidR="00DA201C" w:rsidRPr="009F2F18" w:rsidRDefault="00DA201C">
            <w:pPr>
              <w:spacing w:after="0" w:line="247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79DF9A2C" w14:textId="77777777" w:rsidR="00DA201C" w:rsidRPr="009F2F18" w:rsidRDefault="00DA201C" w:rsidP="008240B3">
      <w:pPr>
        <w:pStyle w:val="Tiny"/>
        <w:rPr>
          <w:rFonts w:cs="Arial"/>
          <w:sz w:val="20"/>
          <w:szCs w:val="20"/>
          <w:lang w:val="it-IT"/>
        </w:rPr>
      </w:pPr>
    </w:p>
    <w:sectPr w:rsidR="00DA201C" w:rsidRPr="009F2F18" w:rsidSect="00E746E7">
      <w:footerReference w:type="default" r:id="rId8"/>
      <w:pgSz w:w="11907" w:h="16839" w:code="9"/>
      <w:pgMar w:top="465" w:right="488" w:bottom="499" w:left="488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E49F6" w14:textId="77777777" w:rsidR="002F117D" w:rsidRDefault="002F117D">
      <w:pPr>
        <w:spacing w:after="0" w:line="240" w:lineRule="auto"/>
      </w:pPr>
      <w:r>
        <w:separator/>
      </w:r>
    </w:p>
  </w:endnote>
  <w:endnote w:type="continuationSeparator" w:id="0">
    <w:p w14:paraId="12DCC6E9" w14:textId="77777777" w:rsidR="002F117D" w:rsidRDefault="002F1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EC69A" w14:textId="77777777" w:rsidR="000B0C39" w:rsidRPr="004F53BA" w:rsidRDefault="000B0C39">
    <w:pPr>
      <w:pStyle w:val="Pidipagina"/>
      <w:jc w:val="center"/>
      <w:rPr>
        <w:lang w:val="it-IT"/>
      </w:rPr>
    </w:pPr>
    <w:r w:rsidRPr="003F002C">
      <w:rPr>
        <w:color w:val="758781"/>
        <w:sz w:val="12"/>
        <w:lang w:val="it-IT"/>
      </w:rPr>
      <w:t>Comune di Campagnola Emilia · H.U.B. – Human Urban Business · Allegato 2 – Domanda di contributo commercio su area pubblica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D84992" w14:textId="77777777" w:rsidR="002F117D" w:rsidRDefault="002F117D">
      <w:pPr>
        <w:spacing w:after="0" w:line="240" w:lineRule="auto"/>
      </w:pPr>
      <w:r>
        <w:separator/>
      </w:r>
    </w:p>
  </w:footnote>
  <w:footnote w:type="continuationSeparator" w:id="0">
    <w:p w14:paraId="54F9909F" w14:textId="77777777" w:rsidR="002F117D" w:rsidRDefault="002F11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CC52FE"/>
    <w:multiLevelType w:val="hybridMultilevel"/>
    <w:tmpl w:val="580EA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0330"/>
    <w:multiLevelType w:val="hybridMultilevel"/>
    <w:tmpl w:val="20B89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C050B"/>
    <w:multiLevelType w:val="hybridMultilevel"/>
    <w:tmpl w:val="517ED6A2"/>
    <w:lvl w:ilvl="0" w:tplc="61F09B6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FB3FA9"/>
    <w:multiLevelType w:val="hybridMultilevel"/>
    <w:tmpl w:val="CBF05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B12C3"/>
    <w:multiLevelType w:val="hybridMultilevel"/>
    <w:tmpl w:val="F9C0F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</w:num>
  <w:num w:numId="12">
    <w:abstractNumId w:val="9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C39"/>
    <w:rsid w:val="000F1844"/>
    <w:rsid w:val="0015074B"/>
    <w:rsid w:val="001A5F49"/>
    <w:rsid w:val="001C3A6C"/>
    <w:rsid w:val="0029639D"/>
    <w:rsid w:val="002A5D8A"/>
    <w:rsid w:val="002B29CF"/>
    <w:rsid w:val="002F117D"/>
    <w:rsid w:val="002F51D3"/>
    <w:rsid w:val="00326F90"/>
    <w:rsid w:val="0034729C"/>
    <w:rsid w:val="003757B3"/>
    <w:rsid w:val="00390B46"/>
    <w:rsid w:val="003D19BC"/>
    <w:rsid w:val="003F002C"/>
    <w:rsid w:val="00426A95"/>
    <w:rsid w:val="004D50AB"/>
    <w:rsid w:val="004F53BA"/>
    <w:rsid w:val="00511B51"/>
    <w:rsid w:val="005A05F6"/>
    <w:rsid w:val="005D4764"/>
    <w:rsid w:val="005E5165"/>
    <w:rsid w:val="0062235A"/>
    <w:rsid w:val="006B1289"/>
    <w:rsid w:val="006C46DA"/>
    <w:rsid w:val="00790A3A"/>
    <w:rsid w:val="007A262B"/>
    <w:rsid w:val="00811F6F"/>
    <w:rsid w:val="008240B3"/>
    <w:rsid w:val="008406BF"/>
    <w:rsid w:val="008D06D2"/>
    <w:rsid w:val="00933294"/>
    <w:rsid w:val="009C7988"/>
    <w:rsid w:val="009D748C"/>
    <w:rsid w:val="009F2F18"/>
    <w:rsid w:val="009F660A"/>
    <w:rsid w:val="00A16FE0"/>
    <w:rsid w:val="00A62FD8"/>
    <w:rsid w:val="00A73BEF"/>
    <w:rsid w:val="00AA1D8D"/>
    <w:rsid w:val="00B47730"/>
    <w:rsid w:val="00C841A9"/>
    <w:rsid w:val="00CA4676"/>
    <w:rsid w:val="00CB0664"/>
    <w:rsid w:val="00D13C85"/>
    <w:rsid w:val="00D43CFA"/>
    <w:rsid w:val="00DA201C"/>
    <w:rsid w:val="00DA5D38"/>
    <w:rsid w:val="00DD496E"/>
    <w:rsid w:val="00E121DC"/>
    <w:rsid w:val="00E1585F"/>
    <w:rsid w:val="00E31402"/>
    <w:rsid w:val="00E746E7"/>
    <w:rsid w:val="00EA633D"/>
    <w:rsid w:val="00F319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BAB7B"/>
  <w14:defaultImageDpi w14:val="300"/>
  <w15:docId w15:val="{CC949E84-A2BC-4382-B16C-2B0C783D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20" w:line="221" w:lineRule="auto"/>
    </w:pPr>
    <w:rPr>
      <w:rFonts w:ascii="Arial" w:eastAsia="Arial" w:hAnsi="Arial"/>
      <w:sz w:val="16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0"/>
      <w:outlineLvl w:val="0"/>
    </w:pPr>
    <w:rPr>
      <w:rFonts w:asciiTheme="majorHAnsi" w:eastAsiaTheme="majorEastAsia" w:hAnsiTheme="majorHAnsi" w:cstheme="majorBidi"/>
      <w:b/>
      <w:bCs/>
      <w:color w:val="18394B"/>
      <w:sz w:val="21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bCs/>
      <w:color w:val="4F7C78"/>
      <w:sz w:val="17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rFonts w:ascii="Arial" w:hAnsi="Arial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rFonts w:ascii="Arial" w:hAnsi="Arial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rFonts w:ascii="Arial" w:hAnsi="Arial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rFonts w:ascii="Arial" w:hAnsi="Arial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rFonts w:ascii="Arial" w:hAnsi="Arial"/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rFonts w:ascii="Arial" w:hAnsi="Arial"/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rFonts w:ascii="Arial" w:hAnsi="Arial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">
    <w:name w:val="Tiny"/>
    <w:pPr>
      <w:spacing w:after="10" w:line="216" w:lineRule="auto"/>
    </w:pPr>
    <w:rPr>
      <w:rFonts w:ascii="Arial" w:eastAsia="Arial" w:hAnsi="Arial"/>
      <w:color w:val="263238"/>
      <w:sz w:val="12"/>
    </w:rPr>
  </w:style>
  <w:style w:type="paragraph" w:customStyle="1" w:styleId="TinyBold">
    <w:name w:val="TinyBold"/>
    <w:pPr>
      <w:spacing w:after="10" w:line="216" w:lineRule="auto"/>
    </w:pPr>
    <w:rPr>
      <w:rFonts w:ascii="Arial" w:eastAsia="Arial" w:hAnsi="Arial"/>
      <w:b/>
      <w:color w:val="263238"/>
      <w:sz w:val="12"/>
    </w:rPr>
  </w:style>
  <w:style w:type="paragraph" w:customStyle="1" w:styleId="Small">
    <w:name w:val="Small"/>
    <w:pPr>
      <w:spacing w:after="10" w:line="216" w:lineRule="auto"/>
    </w:pPr>
    <w:rPr>
      <w:rFonts w:ascii="Arial" w:eastAsia="Arial" w:hAnsi="Arial"/>
      <w:color w:val="263238"/>
      <w:sz w:val="13"/>
    </w:rPr>
  </w:style>
  <w:style w:type="paragraph" w:customStyle="1" w:styleId="SmallBold">
    <w:name w:val="SmallBold"/>
    <w:pPr>
      <w:spacing w:after="10" w:line="216" w:lineRule="auto"/>
    </w:pPr>
    <w:rPr>
      <w:rFonts w:ascii="Arial" w:eastAsia="Arial" w:hAnsi="Arial"/>
      <w:b/>
      <w:color w:val="263238"/>
      <w:sz w:val="1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5D38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5D38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976142-9E36-484D-AD1D-7333DD17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3591</Words>
  <Characters>20469</Characters>
  <Application>Microsoft Office Word</Application>
  <DocSecurity>0</DocSecurity>
  <Lines>170</Lines>
  <Paragraphs>48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2 – Domanda contributo operatori del mercato – HUB Campagnola Emilia</vt:lpstr>
      <vt:lpstr/>
    </vt:vector>
  </TitlesOfParts>
  <Company/>
  <LinksUpToDate>false</LinksUpToDate>
  <CharactersWithSpaces>24012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– Domanda contributo operatori del mercato – HUB Campagnola Emilia</dc:title>
  <dc:subject>Modello per commercio su area pubblica coordinato con il bando e l’Allegato 1</dc:subject>
  <dc:creator>python-docx</dc:creator>
  <dc:description>generated by python-docx</dc:description>
  <cp:lastModifiedBy>silvia bompani</cp:lastModifiedBy>
  <cp:revision>10</cp:revision>
  <cp:lastPrinted>2026-09-16T15:14:00Z</cp:lastPrinted>
  <dcterms:created xsi:type="dcterms:W3CDTF">2026-10-19T22:06:00Z</dcterms:created>
  <dcterms:modified xsi:type="dcterms:W3CDTF">2026-10-26T15:01:00Z</dcterms:modified>
</cp:coreProperties>
</file>