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DA201C" w:rsidRPr="0074430B" w14:paraId="76F21326" w14:textId="77777777">
        <w:trPr>
          <w:cantSplit/>
          <w:jc w:val="center"/>
        </w:trPr>
        <w:tc>
          <w:tcPr>
            <w:tcW w:w="5443" w:type="dxa"/>
            <w:shd w:val="clear" w:color="auto" w:fill="173C4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C609A5" w14:textId="77777777" w:rsidR="00DA201C" w:rsidRDefault="00DA5D38" w:rsidP="004809AF">
            <w:pPr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32"/>
                <w:szCs w:val="20"/>
                <w:lang w:val="it-IT"/>
              </w:rPr>
              <w:t>ALLEGATO 1 · HUB URBANO DI CAMPAGNOLA EMILIA</w:t>
            </w:r>
            <w:r w:rsidRPr="004F53BA">
              <w:rPr>
                <w:rFonts w:asciiTheme="majorHAnsi" w:hAnsiTheme="majorHAnsi" w:cstheme="majorHAnsi"/>
                <w:b/>
                <w:color w:val="FFFFFF"/>
                <w:sz w:val="32"/>
                <w:szCs w:val="20"/>
                <w:lang w:val="it-IT"/>
              </w:rPr>
              <w:br/>
            </w: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 xml:space="preserve">DOMANDA DI CONTRIBUTO · scheda unica richiedente / ufficio </w:t>
            </w:r>
            <w:r w:rsidR="004809AF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 xml:space="preserve"> </w:t>
            </w:r>
          </w:p>
          <w:p w14:paraId="4C571937" w14:textId="0A6CCD8B" w:rsidR="004809AF" w:rsidRPr="004F53BA" w:rsidRDefault="004809AF" w:rsidP="004809AF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  <w:tc>
          <w:tcPr>
            <w:tcW w:w="5443" w:type="dxa"/>
            <w:shd w:val="clear" w:color="auto" w:fill="173C4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6F252D" w14:textId="77777777" w:rsidR="00DA201C" w:rsidRPr="00DD496E" w:rsidRDefault="00DA201C">
            <w:pPr>
              <w:jc w:val="right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</w:tr>
    </w:tbl>
    <w:p w14:paraId="3FD596E9" w14:textId="77777777" w:rsidR="00DA201C" w:rsidRPr="00DD496E" w:rsidRDefault="00390B46">
      <w:pPr>
        <w:spacing w:after="0" w:line="96" w:lineRule="auto"/>
        <w:rPr>
          <w:rFonts w:asciiTheme="majorHAnsi" w:hAnsiTheme="majorHAnsi" w:cstheme="majorHAnsi"/>
          <w:sz w:val="20"/>
          <w:szCs w:val="20"/>
          <w:lang w:val="it-IT"/>
        </w:rPr>
      </w:pPr>
      <w:r w:rsidRPr="004F53BA">
        <w:rPr>
          <w:rFonts w:asciiTheme="majorHAnsi" w:hAnsiTheme="majorHAnsi" w:cstheme="majorHAnsi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8497AC" wp14:editId="4DCAC517">
                <wp:simplePos x="0" y="0"/>
                <wp:positionH relativeFrom="column">
                  <wp:posOffset>4770120</wp:posOffset>
                </wp:positionH>
                <wp:positionV relativeFrom="paragraph">
                  <wp:posOffset>-1032869</wp:posOffset>
                </wp:positionV>
                <wp:extent cx="2011680" cy="1089025"/>
                <wp:effectExtent l="0" t="0" r="26670" b="158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108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F410A" w14:textId="77777777" w:rsidR="00D83C32" w:rsidRPr="004F53BA" w:rsidRDefault="00D83C32" w:rsidP="004F53B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  <w:r w:rsidRPr="004D50AB">
                              <w:rPr>
                                <w:b/>
                                <w:bCs/>
                                <w:lang w:val="it-IT"/>
                              </w:rPr>
                              <w:t xml:space="preserve">Bollo da €16 </w:t>
                            </w:r>
                            <w:r w:rsidRPr="004F53BA">
                              <w:rPr>
                                <w:lang w:val="it-IT"/>
                              </w:rPr>
                              <w:t>(Da applicare sulla c</w:t>
                            </w:r>
                            <w:r>
                              <w:rPr>
                                <w:lang w:val="it-IT"/>
                              </w:rPr>
                              <w:t>opia cartacea della domanda conservata dal richiedente se inviata digitalmente)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497A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75.6pt;margin-top:-81.35pt;width:158.4pt;height:85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">
                <v:textbox>
                  <w:txbxContent>
                    <w:p w14:paraId="0BCF410A" w14:textId="77777777" w:rsidR="00D83C32" w:rsidRPr="004F53BA" w:rsidRDefault="00D83C32" w:rsidP="004F53BA">
                      <w:pPr>
                        <w:jc w:val="center"/>
                        <w:rPr>
                          <w:lang w:val="it-IT"/>
                        </w:rPr>
                      </w:pPr>
                      <w:r w:rsidRPr="004D50AB">
                        <w:rPr>
                          <w:b/>
                          <w:bCs/>
                          <w:lang w:val="it-IT"/>
                        </w:rPr>
                        <w:t xml:space="preserve">Bollo da €16 </w:t>
                      </w:r>
                      <w:r w:rsidRPr="004F53BA">
                        <w:rPr>
                          <w:lang w:val="it-IT"/>
                        </w:rPr>
                        <w:t>(Da applicare sulla c</w:t>
                      </w:r>
                      <w:r>
                        <w:rPr>
                          <w:lang w:val="it-IT"/>
                        </w:rPr>
                        <w:t>opia cartacea della domanda conservata dal richiedente se inviata digitalmente)</w:t>
                      </w:r>
                    </w:p>
                  </w:txbxContent>
                </v:textbox>
              </v:shape>
            </w:pict>
          </mc:Fallback>
        </mc:AlternateContent>
      </w:r>
    </w:p>
    <w:p w14:paraId="000B3719" w14:textId="77777777" w:rsidR="00DA201C" w:rsidRPr="00DA5D38" w:rsidRDefault="00DA5D38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DA5D38">
        <w:rPr>
          <w:rFonts w:asciiTheme="majorHAnsi" w:hAnsiTheme="majorHAnsi" w:cstheme="majorHAnsi"/>
          <w:b/>
          <w:color w:val="18394B"/>
          <w:sz w:val="20"/>
          <w:szCs w:val="20"/>
        </w:rPr>
        <w:t>DOMANDA DI CONTRIBUTO ALLE IMPRESE</w:t>
      </w:r>
    </w:p>
    <w:tbl>
      <w:tblPr>
        <w:tblW w:w="0" w:type="auto"/>
        <w:jc w:val="center"/>
        <w:tblBorders>
          <w:top w:val="single" w:sz="2" w:space="0" w:color="C7D0D3"/>
          <w:left w:val="single" w:sz="2" w:space="0" w:color="C7D0D3"/>
          <w:bottom w:val="single" w:sz="2" w:space="0" w:color="C7D0D3"/>
          <w:right w:val="single" w:sz="2" w:space="0" w:color="C7D0D3"/>
          <w:insideH w:val="single" w:sz="2" w:space="0" w:color="C7D0D3"/>
          <w:insideV w:val="single" w:sz="2" w:space="0" w:color="C7D0D3"/>
        </w:tblBorders>
        <w:tblLayout w:type="fixed"/>
        <w:tblLook w:val="04A0" w:firstRow="1" w:lastRow="0" w:firstColumn="1" w:lastColumn="0" w:noHBand="0" w:noVBand="1"/>
      </w:tblPr>
      <w:tblGrid>
        <w:gridCol w:w="5158"/>
        <w:gridCol w:w="5684"/>
      </w:tblGrid>
      <w:tr w:rsidR="00DA201C" w:rsidRPr="0074430B" w14:paraId="3B766CDB" w14:textId="77777777" w:rsidTr="00DA5D38">
        <w:trPr>
          <w:cantSplit/>
          <w:jc w:val="center"/>
        </w:trPr>
        <w:tc>
          <w:tcPr>
            <w:tcW w:w="10842" w:type="dxa"/>
            <w:gridSpan w:val="2"/>
            <w:shd w:val="clear" w:color="auto" w:fill="EAF3EF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94D7460" w14:textId="77777777" w:rsidR="00811F6F" w:rsidRPr="00DD496E" w:rsidRDefault="007A262B">
            <w:pPr>
              <w:rPr>
                <w:lang w:val="it-IT"/>
              </w:rPr>
            </w:pPr>
            <w:r w:rsidRPr="003757B3">
              <w:rPr>
                <w:color w:val="263238"/>
                <w:sz w:val="19"/>
                <w:lang w:val="it-IT"/>
              </w:rPr>
              <w:t xml:space="preserve">Come si compila. Le sezioni in </w:t>
            </w:r>
            <w:r w:rsidRPr="006C46DA">
              <w:rPr>
                <w:b/>
                <w:bCs/>
                <w:color w:val="263238"/>
                <w:sz w:val="19"/>
                <w:lang w:val="it-IT"/>
              </w:rPr>
              <w:t>VERDE SCURO</w:t>
            </w:r>
            <w:r w:rsidRPr="003757B3">
              <w:rPr>
                <w:color w:val="263238"/>
                <w:sz w:val="19"/>
                <w:lang w:val="it-IT"/>
              </w:rPr>
              <w:t xml:space="preserve"> sono a cura del RICHIEDENTE; i riquadri e le sezioni in </w:t>
            </w:r>
            <w:r w:rsidRPr="006C46DA">
              <w:rPr>
                <w:b/>
                <w:bCs/>
                <w:color w:val="263238"/>
                <w:sz w:val="19"/>
                <w:lang w:val="it-IT"/>
              </w:rPr>
              <w:t>ARANCIO</w:t>
            </w:r>
            <w:r w:rsidRPr="003757B3">
              <w:rPr>
                <w:color w:val="263238"/>
                <w:sz w:val="19"/>
                <w:lang w:val="it-IT"/>
              </w:rPr>
              <w:t xml:space="preserve"> sono riservati all’UFFICIO. I criteri premianti sono richiesti con una crocetta; l’Ufficio effettua le verifiche e attribuisce i punteggi.</w:t>
            </w:r>
          </w:p>
        </w:tc>
      </w:tr>
      <w:tr w:rsidR="00DA201C" w:rsidRPr="0074430B" w14:paraId="7150C24E" w14:textId="77777777" w:rsidTr="00DA5D38">
        <w:tblPrEx>
          <w:tblBorders>
            <w:top w:val="single" w:sz="0" w:space="0" w:color="334B5C"/>
            <w:left w:val="single" w:sz="0" w:space="0" w:color="334B5C"/>
            <w:bottom w:val="single" w:sz="0" w:space="0" w:color="334B5C"/>
            <w:right w:val="single" w:sz="0" w:space="0" w:color="334B5C"/>
            <w:insideH w:val="single" w:sz="0" w:space="0" w:color="334B5C"/>
            <w:insideV w:val="single" w:sz="0" w:space="0" w:color="334B5C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93AD6D7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RISERVATO ALL’UFFICIO · IDENTIFICAZIONE DELLA PRATICA</w:t>
            </w:r>
          </w:p>
        </w:tc>
      </w:tr>
      <w:tr w:rsidR="00DA201C" w:rsidRPr="00DA5D38" w14:paraId="136B566D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23B2020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Protocollo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n. _________________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  del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 / ____ / ______</w:t>
            </w:r>
          </w:p>
        </w:tc>
        <w:tc>
          <w:tcPr>
            <w:tcW w:w="5684" w:type="dxa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14C33C7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ID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domanda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/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fascicolo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</w:t>
            </w:r>
          </w:p>
        </w:tc>
      </w:tr>
      <w:tr w:rsidR="00DA201C" w:rsidRPr="00DA5D38" w14:paraId="22322E8D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7DF5443" w14:textId="77777777" w:rsidR="00DA201C" w:rsidRPr="00DA5D38" w:rsidRDefault="00DA5D38" w:rsidP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CUP /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riferimento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progetto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 _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</w:t>
            </w:r>
          </w:p>
        </w:tc>
        <w:tc>
          <w:tcPr>
            <w:tcW w:w="5684" w:type="dxa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DB05ECF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Istruttore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</w:t>
            </w:r>
          </w:p>
        </w:tc>
      </w:tr>
      <w:tr w:rsidR="00DA201C" w:rsidRPr="0074430B" w14:paraId="35ACEB06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309ABB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A CURA DEL RICHIEDENTE · DATI DEL SOGGETTO CHE PRESENTA LA DOMANDA</w:t>
            </w:r>
          </w:p>
        </w:tc>
      </w:tr>
      <w:tr w:rsidR="00DA201C" w:rsidRPr="00DA5D38" w14:paraId="6C1798CC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5C11F05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Cognome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CCFD47E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Nome ______________________________________________________</w:t>
            </w:r>
          </w:p>
        </w:tc>
      </w:tr>
      <w:tr w:rsidR="00DA201C" w:rsidRPr="00DA5D38" w14:paraId="1E5358A3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04DBEB2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Codice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fiscale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</w:t>
            </w:r>
            <w:r w:rsidR="00390B46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199A4C8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Nato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/a a ________________________________________________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il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 / ____ / ______</w:t>
            </w:r>
          </w:p>
        </w:tc>
      </w:tr>
      <w:tr w:rsidR="00DA201C" w:rsidRPr="00DA5D38" w14:paraId="22687E92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E7C1FBB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Residenza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: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Comune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 CAP 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ADA43D0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Via/Piazza _________________________________ n. ______</w:t>
            </w:r>
          </w:p>
        </w:tc>
      </w:tr>
      <w:tr w:rsidR="00DA201C" w:rsidRPr="00DA5D38" w14:paraId="5581C7F7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DCC7232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Telefono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</w:t>
            </w:r>
            <w:r w:rsidR="004F53BA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745A2C2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E-mail ___________________________________________________</w:t>
            </w:r>
          </w:p>
        </w:tc>
      </w:tr>
      <w:tr w:rsidR="00DA201C" w:rsidRPr="00DA5D38" w14:paraId="42872FD1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EE12040" w14:textId="77777777" w:rsidR="00DD496E" w:rsidRDefault="00DA5D38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In qualità di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titolare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legale rappresentante   </w:t>
            </w:r>
          </w:p>
          <w:p w14:paraId="4D9F2911" w14:textId="5C2EC406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procuratore</w:t>
            </w:r>
            <w:r w:rsidR="001C3A6C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(ALLEGARE PROCURA/DELEGA)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DF747B7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Altro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____________________________________________________</w:t>
            </w:r>
          </w:p>
        </w:tc>
      </w:tr>
      <w:tr w:rsidR="00DA201C" w:rsidRPr="0074430B" w14:paraId="21D0C980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74233F9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A CURA DEL RICHIEDENTE · DATI DELL’IMPRESA</w:t>
            </w:r>
          </w:p>
        </w:tc>
      </w:tr>
      <w:tr w:rsidR="00DA201C" w:rsidRPr="00DA5D38" w14:paraId="64B14393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1CEF882" w14:textId="77777777" w:rsidR="00DA201C" w:rsidRPr="00DA5D38" w:rsidRDefault="00DA5D38" w:rsidP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Denominazione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/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ragione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sociale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C20783A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Forma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giuridica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_______________________________________________________</w:t>
            </w:r>
          </w:p>
        </w:tc>
      </w:tr>
      <w:tr w:rsidR="00DA201C" w:rsidRPr="00DA5D38" w14:paraId="00EC8AA3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F7A5DED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Codice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fiscale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impresa __________________________________________________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4725326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Partita IVA _______________________________________________________</w:t>
            </w:r>
          </w:p>
        </w:tc>
      </w:tr>
      <w:tr w:rsidR="00DA201C" w:rsidRPr="00DA5D38" w14:paraId="6ACA8778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0D8F3AAD" w14:textId="77777777" w:rsidR="00DA5D38" w:rsidRPr="00DA5D38" w:rsidRDefault="00DA5D38">
            <w:pPr>
              <w:rPr>
                <w:rFonts w:asciiTheme="majorHAnsi" w:hAnsiTheme="majorHAnsi" w:cstheme="majorHAnsi"/>
                <w:color w:val="263238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N. REA ___________________________________________</w:t>
            </w:r>
          </w:p>
          <w:p w14:paraId="4ACABFD0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CCIAA 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F2D600C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Codice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ATECO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prevalente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</w:t>
            </w:r>
          </w:p>
        </w:tc>
      </w:tr>
      <w:tr w:rsidR="00DA201C" w:rsidRPr="00DA5D38" w14:paraId="5D16E5FD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6BC01FF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Sede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legale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: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Comune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 CAP _________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5A59A23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Via/Piazza _________________________________ n. ______</w:t>
            </w:r>
          </w:p>
        </w:tc>
      </w:tr>
      <w:tr w:rsidR="00DA201C" w:rsidRPr="00DA5D38" w14:paraId="2B88828F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281FA5E" w14:textId="77777777" w:rsidR="00DA201C" w:rsidRPr="00DA5D38" w:rsidRDefault="00DA5D38" w:rsidP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PEC __________________________________________________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F6ED1B9" w14:textId="77777777" w:rsidR="00DA5D38" w:rsidRPr="00DA5D38" w:rsidRDefault="00DA5D38">
            <w:pPr>
              <w:rPr>
                <w:rFonts w:asciiTheme="majorHAnsi" w:hAnsiTheme="majorHAnsi" w:cstheme="majorHAnsi"/>
                <w:color w:val="263238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Telefono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</w:p>
          <w:p w14:paraId="39707D6D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______________________________________________</w:t>
            </w:r>
          </w:p>
        </w:tc>
      </w:tr>
      <w:tr w:rsidR="00DA201C" w:rsidRPr="00DA5D38" w14:paraId="08343A95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F057820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Dimensione impresa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micro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piccola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media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FDE24BC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Data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avvio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impresa ____ / ____ / ______</w:t>
            </w:r>
          </w:p>
        </w:tc>
      </w:tr>
      <w:tr w:rsidR="00DA201C" w:rsidRPr="0074430B" w14:paraId="723F0402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6B82A63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A CURA DEL RICHIEDENTE · UNITÀ LOCALE E PROGETTO</w:t>
            </w:r>
          </w:p>
        </w:tc>
      </w:tr>
      <w:tr w:rsidR="00DA201C" w:rsidRPr="00DA5D38" w14:paraId="62B7524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689BE14" w14:textId="77777777" w:rsidR="00DA5D38" w:rsidRPr="004F53BA" w:rsidRDefault="00DA5D38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Unità locale oggetto del progetto:</w:t>
            </w:r>
          </w:p>
          <w:p w14:paraId="1D4E0120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Via/Piazza _________________________________ n. _____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48DE5D7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CAP __________</w:t>
            </w:r>
          </w:p>
        </w:tc>
      </w:tr>
      <w:tr w:rsidR="00DA201C" w:rsidRPr="00DA5D38" w14:paraId="19A0D3E5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DDD5513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Attività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esercitata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____________________________________________________________________________________________________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F159278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Codice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ATECO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unità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locale ________________________________________________________</w:t>
            </w:r>
          </w:p>
        </w:tc>
      </w:tr>
      <w:tr w:rsidR="00DA201C" w:rsidRPr="00DA5D38" w14:paraId="572ED27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9EDCAE9" w14:textId="77777777" w:rsidR="00DA5D38" w:rsidRPr="004F53BA" w:rsidRDefault="00DA5D38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proofErr w:type="gramStart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Tipologia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proofErr w:type="gramEnd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attività esistente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nuova apertura  </w:t>
            </w:r>
          </w:p>
          <w:p w14:paraId="428E3ADD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              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trasferimento      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ampliamento</w:t>
            </w:r>
          </w:p>
        </w:tc>
        <w:tc>
          <w:tcPr>
            <w:tcW w:w="5684" w:type="dxa"/>
            <w:shd w:val="clear" w:color="auto" w:fill="F7FAF8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575118A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Data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avvio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unità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locale ____ / ____ / ______</w:t>
            </w:r>
          </w:p>
        </w:tc>
      </w:tr>
      <w:tr w:rsidR="00DA201C" w:rsidRPr="0074430B" w14:paraId="7027BC5A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3A4E132D" w14:textId="02561C9D" w:rsidR="00DA201C" w:rsidRPr="004F53BA" w:rsidRDefault="00DA5D38" w:rsidP="004809AF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Linea/e richiesta/e </w:t>
            </w:r>
            <w:r w:rsidRPr="004F53BA">
              <w:rPr>
                <w:rFonts w:ascii="MS Gothic" w:eastAsia="MS Gothic" w:hAnsi="MS Gothic"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Linea </w:t>
            </w:r>
            <w:r w:rsid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1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  </w:t>
            </w:r>
            <w:r w:rsidRPr="004F53BA">
              <w:rPr>
                <w:rFonts w:ascii="MS Gothic" w:eastAsia="MS Gothic" w:hAnsi="MS Gothic"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Linea </w:t>
            </w:r>
            <w:r w:rsid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2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  </w:t>
            </w:r>
            <w:r w:rsidRPr="004F53BA">
              <w:rPr>
                <w:rFonts w:ascii="MS Gothic" w:eastAsia="MS Gothic" w:hAnsi="MS Gothic"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Linea </w:t>
            </w:r>
            <w:r w:rsid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3</w:t>
            </w:r>
          </w:p>
        </w:tc>
        <w:tc>
          <w:tcPr>
            <w:tcW w:w="5684" w:type="dxa"/>
            <w:shd w:val="clear" w:color="auto" w:fill="EAF3E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042724C" w14:textId="3C945B59" w:rsidR="004809AF" w:rsidRPr="00DD496E" w:rsidRDefault="004809AF">
            <w:pPr>
              <w:rPr>
                <w:lang w:val="it-IT"/>
              </w:rPr>
            </w:pPr>
          </w:p>
        </w:tc>
      </w:tr>
      <w:tr w:rsidR="00DA201C" w:rsidRPr="0074430B" w14:paraId="24BD2BF2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F3A992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A CURA DEL RICHIEDENTE · SINTESI DELL’INTERVENTO</w:t>
            </w:r>
          </w:p>
        </w:tc>
      </w:tr>
      <w:tr w:rsidR="00DA5D38" w:rsidRPr="00DA5D38" w14:paraId="570349EE" w14:textId="77777777" w:rsidTr="00BC002D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trHeight w:val="643"/>
          <w:jc w:val="center"/>
        </w:trPr>
        <w:tc>
          <w:tcPr>
            <w:tcW w:w="10842" w:type="dxa"/>
            <w:gridSpan w:val="2"/>
            <w:tcBorders>
              <w:bottom w:val="nil"/>
            </w:tcBorders>
            <w:shd w:val="clear" w:color="auto" w:fill="F7FAF8"/>
            <w:tcMar>
              <w:top w:w="34" w:type="dxa"/>
              <w:left w:w="50" w:type="dxa"/>
              <w:bottom w:w="34" w:type="dxa"/>
              <w:right w:w="50" w:type="dxa"/>
            </w:tcMar>
            <w:vAlign w:val="center"/>
          </w:tcPr>
          <w:p w14:paraId="6197B280" w14:textId="77777777" w:rsidR="00BC002D" w:rsidRDefault="00DA5D38" w:rsidP="00BC002D">
            <w:pPr>
              <w:rPr>
                <w:rFonts w:asciiTheme="majorHAnsi" w:hAnsiTheme="majorHAnsi" w:cstheme="majorHAnsi"/>
                <w:color w:val="263238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Descrizione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sintetica:_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________________________________________________________________________________________</w:t>
            </w:r>
          </w:p>
          <w:p w14:paraId="084B9798" w14:textId="13A7C6F3" w:rsidR="00DA5D38" w:rsidRPr="00DA5D38" w:rsidRDefault="00DA5D38" w:rsidP="00BC00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C3A6C" w:rsidRPr="0074430B" w14:paraId="06DE5082" w14:textId="77777777" w:rsidTr="001C3A6C">
        <w:trPr>
          <w:cantSplit/>
          <w:jc w:val="center"/>
        </w:trPr>
        <w:tc>
          <w:tcPr>
            <w:tcW w:w="10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03FCA98" w14:textId="77777777" w:rsidR="001C3A6C" w:rsidRDefault="001C3A6C" w:rsidP="001C3A6C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36"/>
                <w:szCs w:val="36"/>
                <w:lang w:val="it-IT"/>
              </w:rPr>
            </w:pPr>
            <w:r w:rsidRPr="001C3A6C">
              <w:rPr>
                <w:rFonts w:asciiTheme="majorHAnsi" w:hAnsiTheme="majorHAnsi" w:cstheme="majorHAnsi"/>
                <w:b/>
                <w:color w:val="000000" w:themeColor="text1"/>
                <w:sz w:val="36"/>
                <w:szCs w:val="36"/>
                <w:lang w:val="it-IT"/>
              </w:rPr>
              <w:t>CHIEDE</w:t>
            </w:r>
          </w:p>
          <w:p w14:paraId="71D4AC2E" w14:textId="44ED3D8E" w:rsidR="00BC002D" w:rsidRPr="00BC002D" w:rsidRDefault="00BC002D" w:rsidP="001C3A6C">
            <w:pPr>
              <w:jc w:val="center"/>
              <w:rPr>
                <w:sz w:val="20"/>
                <w:szCs w:val="20"/>
                <w:lang w:val="it-IT"/>
              </w:rPr>
            </w:pPr>
            <w:r w:rsidRPr="00BC002D">
              <w:rPr>
                <w:sz w:val="20"/>
                <w:szCs w:val="20"/>
                <w:lang w:val="it-IT"/>
              </w:rPr>
              <w:t xml:space="preserve">di essere </w:t>
            </w:r>
            <w:proofErr w:type="spellStart"/>
            <w:r w:rsidRPr="00BC002D">
              <w:rPr>
                <w:sz w:val="20"/>
                <w:szCs w:val="20"/>
                <w:lang w:val="it-IT"/>
              </w:rPr>
              <w:t>ammess</w:t>
            </w:r>
            <w:proofErr w:type="spellEnd"/>
            <w:r>
              <w:rPr>
                <w:sz w:val="20"/>
                <w:szCs w:val="20"/>
                <w:lang w:val="it-IT"/>
              </w:rPr>
              <w:t>__</w:t>
            </w:r>
            <w:r w:rsidRPr="00BC002D">
              <w:rPr>
                <w:sz w:val="20"/>
                <w:szCs w:val="20"/>
                <w:lang w:val="it-IT"/>
              </w:rPr>
              <w:t xml:space="preserve"> ai benefici previsti dal Bando per la concessione di contributi alle imprese dell’</w:t>
            </w:r>
            <w:proofErr w:type="spellStart"/>
            <w:r w:rsidRPr="00BC002D">
              <w:rPr>
                <w:sz w:val="20"/>
                <w:szCs w:val="20"/>
                <w:lang w:val="it-IT"/>
              </w:rPr>
              <w:t>Hub</w:t>
            </w:r>
            <w:proofErr w:type="spellEnd"/>
            <w:r w:rsidRPr="00BC002D">
              <w:rPr>
                <w:sz w:val="20"/>
                <w:szCs w:val="20"/>
                <w:lang w:val="it-IT"/>
              </w:rPr>
              <w:t xml:space="preserve"> Urbano di Campagnola Emilia, per la realizzazione del progetto sopra descritto e secondo le Linee indicate.</w:t>
            </w:r>
          </w:p>
        </w:tc>
      </w:tr>
    </w:tbl>
    <w:p w14:paraId="3023CE16" w14:textId="591E38DA" w:rsidR="004809AF" w:rsidRDefault="004809AF">
      <w:pPr>
        <w:spacing w:after="0" w:line="96" w:lineRule="auto"/>
        <w:rPr>
          <w:rFonts w:asciiTheme="majorHAnsi" w:hAnsiTheme="majorHAnsi" w:cstheme="majorHAnsi"/>
          <w:sz w:val="20"/>
          <w:szCs w:val="20"/>
          <w:lang w:val="it-IT"/>
        </w:rPr>
      </w:pPr>
    </w:p>
    <w:p w14:paraId="7777EAD1" w14:textId="77777777" w:rsidR="004809AF" w:rsidRDefault="004809AF">
      <w:pPr>
        <w:spacing w:after="200" w:line="276" w:lineRule="auto"/>
        <w:rPr>
          <w:rFonts w:asciiTheme="majorHAnsi" w:hAnsiTheme="majorHAnsi" w:cstheme="majorHAnsi"/>
          <w:sz w:val="20"/>
          <w:szCs w:val="20"/>
          <w:lang w:val="it-IT"/>
        </w:rPr>
      </w:pPr>
      <w:r>
        <w:rPr>
          <w:rFonts w:asciiTheme="majorHAnsi" w:hAnsiTheme="majorHAnsi" w:cstheme="majorHAnsi"/>
          <w:sz w:val="20"/>
          <w:szCs w:val="20"/>
          <w:lang w:val="it-IT"/>
        </w:rPr>
        <w:br w:type="page"/>
      </w:r>
    </w:p>
    <w:p w14:paraId="7C1F5574" w14:textId="77777777" w:rsidR="00DA201C" w:rsidRPr="004F53BA" w:rsidRDefault="00DA201C">
      <w:pPr>
        <w:spacing w:after="0" w:line="96" w:lineRule="auto"/>
        <w:rPr>
          <w:rFonts w:asciiTheme="majorHAnsi" w:hAnsiTheme="majorHAnsi" w:cstheme="majorHAnsi"/>
          <w:sz w:val="20"/>
          <w:szCs w:val="20"/>
          <w:lang w:val="it-IT"/>
        </w:rPr>
      </w:pPr>
    </w:p>
    <w:tbl>
      <w:tblPr>
        <w:tblW w:w="10809" w:type="dxa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shd w:val="clear" w:color="auto" w:fill="0F243E" w:themeFill="text2" w:themeFillShade="80"/>
        <w:tblLayout w:type="fixed"/>
        <w:tblLook w:val="04A0" w:firstRow="1" w:lastRow="0" w:firstColumn="1" w:lastColumn="0" w:noHBand="0" w:noVBand="1"/>
      </w:tblPr>
      <w:tblGrid>
        <w:gridCol w:w="7513"/>
        <w:gridCol w:w="3296"/>
      </w:tblGrid>
      <w:tr w:rsidR="00DA201C" w:rsidRPr="00DA5D38" w14:paraId="570B1614" w14:textId="77777777" w:rsidTr="002B29CF">
        <w:trPr>
          <w:cantSplit/>
          <w:jc w:val="center"/>
        </w:trPr>
        <w:tc>
          <w:tcPr>
            <w:tcW w:w="7513" w:type="dxa"/>
            <w:shd w:val="clear" w:color="auto" w:fill="0F243E" w:themeFill="text2" w:themeFillShade="80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A5FA7B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3757B3">
              <w:rPr>
                <w:b/>
                <w:color w:val="FFFFFF"/>
                <w:sz w:val="20"/>
                <w:lang w:val="it-IT"/>
              </w:rPr>
              <w:t>CRITERI A–C</w:t>
            </w:r>
            <w:r w:rsidRPr="003757B3">
              <w:rPr>
                <w:b/>
                <w:color w:val="FFFFFF"/>
                <w:sz w:val="20"/>
                <w:lang w:val="it-IT"/>
              </w:rPr>
              <w:br/>
              <w:t>Il richiedente seleziona solo i criteri per i quali chiede il punteggio</w:t>
            </w:r>
          </w:p>
        </w:tc>
        <w:tc>
          <w:tcPr>
            <w:tcW w:w="3296" w:type="dxa"/>
            <w:shd w:val="clear" w:color="auto" w:fill="0F243E" w:themeFill="text2" w:themeFillShade="80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872E61" w14:textId="77777777" w:rsidR="00DA201C" w:rsidRPr="00DA5D38" w:rsidRDefault="00DA5D38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H.U.B.</w:t>
            </w: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br/>
              <w:t>CAMPAGNOLA</w:t>
            </w:r>
          </w:p>
        </w:tc>
      </w:tr>
    </w:tbl>
    <w:p w14:paraId="5F5AEB1C" w14:textId="77777777" w:rsidR="00DA201C" w:rsidRPr="00DA5D38" w:rsidRDefault="00DA201C">
      <w:pPr>
        <w:spacing w:after="0" w:line="9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10726" w:type="dxa"/>
        <w:jc w:val="center"/>
        <w:tblBorders>
          <w:top w:val="single" w:sz="0" w:space="0" w:color="4F7C78"/>
          <w:left w:val="single" w:sz="0" w:space="0" w:color="4F7C78"/>
          <w:bottom w:val="single" w:sz="0" w:space="0" w:color="4F7C78"/>
          <w:right w:val="single" w:sz="0" w:space="0" w:color="4F7C78"/>
          <w:insideH w:val="single" w:sz="0" w:space="0" w:color="4F7C78"/>
          <w:insideV w:val="single" w:sz="0" w:space="0" w:color="4F7C78"/>
        </w:tblBorders>
        <w:tblLook w:val="04A0" w:firstRow="1" w:lastRow="0" w:firstColumn="1" w:lastColumn="0" w:noHBand="0" w:noVBand="1"/>
      </w:tblPr>
      <w:tblGrid>
        <w:gridCol w:w="3039"/>
        <w:gridCol w:w="7687"/>
      </w:tblGrid>
      <w:tr w:rsidR="00DA201C" w:rsidRPr="00E746E7" w14:paraId="6E23631F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AA6843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A. Nuovi servizi, innovazione dell’offerta e attivazione urbana</w:t>
            </w:r>
          </w:p>
        </w:tc>
        <w:tc>
          <w:tcPr>
            <w:tcW w:w="7687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6EB505" w14:textId="235B2D89" w:rsidR="00DA201C" w:rsidRPr="00E746E7" w:rsidRDefault="0062235A" w:rsidP="00655DEE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1</w:t>
            </w:r>
            <w:r w:rsidR="00655DE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0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094A322C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5E9E8216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2A5D8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4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1F18081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A1 - Nuovo servizio introdotto da attività già esistente</w:t>
            </w:r>
          </w:p>
          <w:p w14:paraId="28DB87AB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Servizio stabile rivolto alla clientela non offerto dall’unità locale nei 12 mesi precedenti.</w:t>
            </w:r>
          </w:p>
          <w:p w14:paraId="08F06473" w14:textId="77777777" w:rsidR="00DA201C" w:rsidRPr="004F53BA" w:rsidRDefault="00DA5D38" w:rsidP="00F3195D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delivery introdotto da un bar; </w:t>
            </w:r>
            <w:proofErr w:type="spellStart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prenotazione+ritiro</w:t>
            </w:r>
            <w:proofErr w:type="spellEnd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; riparazione/personalizzazione; nuovo servizio alla persona.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semplice modifica organizzativa interna; servizio già esistente; nuova impresa che nasce già con quel servizio.</w:t>
            </w:r>
          </w:p>
        </w:tc>
      </w:tr>
      <w:tr w:rsidR="00DA201C" w:rsidRPr="0074430B" w14:paraId="50676D81" w14:textId="77777777" w:rsidTr="006C46DA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726" w:type="dxa"/>
            <w:gridSpan w:val="2"/>
            <w:shd w:val="clear" w:color="auto" w:fill="EAF3EF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E7383C5" w14:textId="77777777" w:rsidR="00DA5D38" w:rsidRPr="004F53BA" w:rsidRDefault="00DA5D38">
            <w:pPr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A1 · da compilare solo se richiesto. </w:t>
            </w:r>
          </w:p>
          <w:p w14:paraId="309308D7" w14:textId="77777777" w:rsidR="00DA5D38" w:rsidRPr="004F53BA" w:rsidRDefault="00DA5D38" w:rsidP="00DA5D38">
            <w:pPr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 xml:space="preserve">Servizio precedente: ___________________________________________ </w:t>
            </w:r>
          </w:p>
          <w:p w14:paraId="13C6E5B8" w14:textId="77777777" w:rsidR="00DA201C" w:rsidRPr="004F53BA" w:rsidRDefault="00DA5D38" w:rsidP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 xml:space="preserve">Nuovo servizio: _______________________________________________   </w:t>
            </w:r>
            <w:r w:rsidRPr="004F53BA">
              <w:rPr>
                <w:rFonts w:cs="MS Gothic" w:hint="eastAsia"/>
                <w:color w:val="263238"/>
                <w:sz w:val="19"/>
                <w:szCs w:val="19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 xml:space="preserve"> non era offerto stabilmente nei 12 mesi precedenti.</w:t>
            </w:r>
          </w:p>
        </w:tc>
      </w:tr>
      <w:tr w:rsidR="00DA201C" w:rsidRPr="0074430B" w14:paraId="282D672D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2AE0C767" w14:textId="6A8449C9" w:rsidR="00DA201C" w:rsidRPr="00E746E7" w:rsidRDefault="00DA5D38" w:rsidP="00655DEE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ascii="MS Gothic" w:eastAsia="MS Gothic" w:hAnsi="MS Gothic"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55DE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2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4E9695" w14:textId="6BCD3FDC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A2 - </w:t>
            </w:r>
            <w:r w:rsidR="00BC002D" w:rsidRPr="00BC002D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Nuova attività/offerta assente nell’</w:t>
            </w:r>
            <w:proofErr w:type="spellStart"/>
            <w:r w:rsidR="00BC002D" w:rsidRPr="00BC002D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Hub</w:t>
            </w:r>
            <w:proofErr w:type="spellEnd"/>
          </w:p>
          <w:p w14:paraId="3DF395A4" w14:textId="7DFACE6B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Nuova attività </w:t>
            </w:r>
            <w:r w:rsidR="00EA633D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o </w:t>
            </w:r>
            <w:r w:rsidR="00EA633D" w:rsidRPr="00EA633D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attività assente nell’</w:t>
            </w:r>
            <w:proofErr w:type="spellStart"/>
            <w:r w:rsidR="00EA633D" w:rsidRPr="00EA633D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Hub</w:t>
            </w:r>
            <w:proofErr w:type="spellEnd"/>
            <w:r w:rsidR="00655DEE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="00902B51" w:rsidRPr="00902B51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insediata</w:t>
            </w:r>
            <w:r w:rsidR="00655DEE" w:rsidRPr="00902B51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nel</w:t>
            </w:r>
            <w:r w:rsidR="00655DEE" w:rsidRPr="00655DEE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perimetro della Tavola RUE.1A</w:t>
            </w:r>
          </w:p>
          <w:p w14:paraId="44C0814E" w14:textId="77777777" w:rsidR="00DA201C" w:rsidRPr="004F53BA" w:rsidRDefault="00DA201C" w:rsidP="00EA633D">
            <w:pPr>
              <w:pStyle w:val="Tiny"/>
              <w:spacing w:after="20"/>
              <w:rPr>
                <w:rFonts w:asciiTheme="majorHAnsi" w:hAnsiTheme="majorHAnsi" w:cstheme="majorHAnsi"/>
                <w:strike/>
                <w:sz w:val="19"/>
                <w:szCs w:val="19"/>
                <w:lang w:val="it-IT"/>
              </w:rPr>
            </w:pPr>
          </w:p>
        </w:tc>
      </w:tr>
      <w:tr w:rsidR="00DA201C" w:rsidRPr="003757B3" w14:paraId="6305EF8E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70DBFB04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2A5D8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4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39C835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A3 - Dehors, distesa o spazio esterno stabile per la clientela</w:t>
            </w:r>
          </w:p>
          <w:p w14:paraId="3DC2678E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Nuova realizzazione o ampliamento effettivo, direttamente collegato all’attività e autorizzabile.</w:t>
            </w:r>
          </w:p>
          <w:p w14:paraId="660B854E" w14:textId="34B74BC2" w:rsidR="00DA201C" w:rsidRPr="00EA633D" w:rsidRDefault="00DA5D38" w:rsidP="00F3195D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distesa permanente o stagionale organizzata; ampliamento reale dello spazio fruibile.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Pr="00EA633D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EA633D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occupazioni occasionali legate a un singolo evento</w:t>
            </w:r>
            <w:r w:rsidR="004D50AB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.</w:t>
            </w:r>
          </w:p>
        </w:tc>
      </w:tr>
      <w:tr w:rsidR="00DA201C" w:rsidRPr="00E746E7" w14:paraId="1BB1E2B6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C3FBD7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B. Qualificazione dell’attività e del fronte commerciale</w:t>
            </w:r>
          </w:p>
        </w:tc>
        <w:tc>
          <w:tcPr>
            <w:tcW w:w="7687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A15E77" w14:textId="77777777" w:rsidR="00DA201C" w:rsidRPr="00E746E7" w:rsidRDefault="0062235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9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7D07D702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12530DC0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2A5D8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4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349FB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B1 - Intervento sul fronte commerciale visibile dallo spazio pubblico</w:t>
            </w:r>
          </w:p>
          <w:p w14:paraId="0B79E3C0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Intervento materiale su almeno uno tra vetrina, ingresso, serramenti, insegna, rivestimenti o elementi permanenti del fronte.</w:t>
            </w:r>
          </w:p>
          <w:p w14:paraId="5E22EDC0" w14:textId="77777777" w:rsidR="00DA201C" w:rsidRPr="004F53BA" w:rsidRDefault="00DA5D38" w:rsidP="00E121DC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sola pulizia; manutenzione senza modifica percepibile</w:t>
            </w:r>
            <w:r w:rsidR="00E121DC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esternamente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; sola grafica pubblicitaria; solo tinteggio interno.</w:t>
            </w:r>
          </w:p>
        </w:tc>
      </w:tr>
      <w:tr w:rsidR="00DA201C" w:rsidRPr="0074430B" w14:paraId="585C52C9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30D05606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3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380E60B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B2 - Riqualificazione degli spazi destinati alla clientela</w:t>
            </w:r>
          </w:p>
          <w:p w14:paraId="430600DF" w14:textId="77777777" w:rsidR="00DA201C" w:rsidRPr="004F53BA" w:rsidRDefault="00DA5D38" w:rsidP="00F3195D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Intervento su almeno 2 componenti tra pavimenti, distribuzione interna, controsoffitti, illuminazione generale, rivestimenti, finiture ulteriori al solo tinteggio, opere funzionali alla nuova organizzazione.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bancone e arredi conteggiati da soli: sono valutati in B3.</w:t>
            </w:r>
          </w:p>
        </w:tc>
      </w:tr>
      <w:tr w:rsidR="00DA201C" w:rsidRPr="0074430B" w14:paraId="2DD0676D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68E0D8CF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2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EA7DB4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B3 - Bancone e arredi principali destinati alla clientela</w:t>
            </w:r>
          </w:p>
          <w:p w14:paraId="02E52994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Sostituzione o nuova installazione del bancone e/o degli arredi principali.</w:t>
            </w:r>
          </w:p>
          <w:p w14:paraId="2C78B54F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solo ripristino o riverniciatura degli arredi esistenti.</w:t>
            </w:r>
          </w:p>
        </w:tc>
      </w:tr>
      <w:tr w:rsidR="00DA201C" w:rsidRPr="00E746E7" w14:paraId="21E3F45C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1C9545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C. Sostenibilità ambientale: energia e prevenzione dei rifiuti</w:t>
            </w:r>
          </w:p>
        </w:tc>
        <w:tc>
          <w:tcPr>
            <w:tcW w:w="7687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973548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6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613C74CF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412221CC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4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7767AC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C1 - Riduzione documentabile dei consumi energetici</w:t>
            </w:r>
          </w:p>
          <w:p w14:paraId="60D12625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Uno o più interventi autonomamente identificabili con riduzione documentabile dei consumi o dei prelievi da fonti non rinnovabili. Punteggio unico anche con più interventi.</w:t>
            </w:r>
          </w:p>
          <w:p w14:paraId="52B15286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riscaldamento/climatizzazione/ACS; involucro; serramenti volontari; illuminazione; macchinari più efficienti; FER.</w:t>
            </w:r>
          </w:p>
          <w:p w14:paraId="77B7CCE5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miglioramenti ottenuti solo perché obbligatori per legge nell’intervento principale.</w:t>
            </w:r>
          </w:p>
        </w:tc>
      </w:tr>
      <w:tr w:rsidR="00DA201C" w:rsidRPr="0074430B" w14:paraId="3EE79C37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675A20B5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2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A5B518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C2 - Riduzione effettiva della produzione di rifiuti</w:t>
            </w:r>
          </w:p>
          <w:p w14:paraId="7B211E6D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Intervento strutturale che riduce a monte, in modo quantificabile, la quantità di rifiuto prodotto.</w:t>
            </w:r>
          </w:p>
          <w:p w14:paraId="40992B17" w14:textId="061A19BD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contenitori riutilizzabili; vuoto a rendere; refill/spina; stoviglie lavabili; riuso imballaggi; riduzione misurabile di scarti.</w:t>
            </w:r>
            <w:r w:rsidR="00602056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="00602056" w:rsidRPr="00602056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Attenzione: </w:t>
            </w:r>
            <w:r w:rsidR="00602056" w:rsidRPr="00602056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</w:t>
            </w:r>
            <w:r w:rsidR="00602056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ono finanziabili attrezzature e sistemi durevoli.</w:t>
            </w:r>
          </w:p>
          <w:p w14:paraId="4F16F5FC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passaggio da monouso non compostabile a compostabile; sola raccolta differenziata; cestini; semplice cambio di materiale.</w:t>
            </w:r>
          </w:p>
        </w:tc>
      </w:tr>
      <w:tr w:rsidR="00DA201C" w:rsidRPr="0074430B" w14:paraId="546495A7" w14:textId="77777777" w:rsidTr="006C46DA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726" w:type="dxa"/>
            <w:gridSpan w:val="2"/>
            <w:shd w:val="clear" w:color="auto" w:fill="EAF3EF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660B163" w14:textId="77777777" w:rsidR="00E121DC" w:rsidRPr="004F53BA" w:rsidRDefault="00DA5D38">
            <w:pPr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C2 · da compilare solo se richiesto. </w:t>
            </w:r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Rifiuto/prodotto: _________________</w:t>
            </w:r>
            <w:proofErr w:type="gramStart"/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_  Situa</w:t>
            </w:r>
            <w:r w:rsidR="00E121DC"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zione</w:t>
            </w:r>
            <w:proofErr w:type="gramEnd"/>
            <w:r w:rsidR="00E121DC"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 xml:space="preserve"> ante: __________________ </w:t>
            </w:r>
          </w:p>
          <w:p w14:paraId="568200C6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Situazione post: _________________</w:t>
            </w:r>
            <w:proofErr w:type="gramStart"/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_  Riduzione</w:t>
            </w:r>
            <w:proofErr w:type="gramEnd"/>
            <w:r w:rsidRPr="004F53BA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 xml:space="preserve"> annua stimata: ______ kg oppure ______ unità.</w:t>
            </w:r>
          </w:p>
        </w:tc>
      </w:tr>
    </w:tbl>
    <w:p w14:paraId="31CE0CD3" w14:textId="77777777" w:rsidR="00DA201C" w:rsidRPr="004F53BA" w:rsidRDefault="00DA201C">
      <w:pPr>
        <w:spacing w:after="0" w:line="96" w:lineRule="auto"/>
        <w:rPr>
          <w:rFonts w:asciiTheme="majorHAnsi" w:hAnsiTheme="majorHAnsi" w:cstheme="majorHAnsi"/>
          <w:sz w:val="19"/>
          <w:szCs w:val="19"/>
          <w:lang w:val="it-IT"/>
        </w:rPr>
      </w:pPr>
    </w:p>
    <w:tbl>
      <w:tblPr>
        <w:tblW w:w="10773" w:type="dxa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3402"/>
      </w:tblGrid>
      <w:tr w:rsidR="00DA201C" w:rsidRPr="00E746E7" w14:paraId="363DE08D" w14:textId="77777777" w:rsidTr="006C46DA">
        <w:trPr>
          <w:cantSplit/>
          <w:jc w:val="center"/>
        </w:trPr>
        <w:tc>
          <w:tcPr>
            <w:tcW w:w="7371" w:type="dxa"/>
            <w:shd w:val="clear" w:color="auto" w:fill="173C4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372B6F" w14:textId="77777777" w:rsidR="00811F6F" w:rsidRPr="002B29CF" w:rsidRDefault="007A262B">
            <w:pPr>
              <w:rPr>
                <w:sz w:val="20"/>
                <w:szCs w:val="20"/>
                <w:lang w:val="it-IT"/>
              </w:rPr>
            </w:pPr>
            <w:r w:rsidRPr="002B29CF">
              <w:rPr>
                <w:b/>
                <w:color w:val="FFFFFF"/>
                <w:sz w:val="20"/>
                <w:szCs w:val="20"/>
                <w:lang w:val="it-IT"/>
              </w:rPr>
              <w:t>CRITERI D–H</w:t>
            </w:r>
            <w:r w:rsidRPr="002B29CF">
              <w:rPr>
                <w:b/>
                <w:color w:val="FFFFFF"/>
                <w:sz w:val="20"/>
                <w:szCs w:val="20"/>
                <w:lang w:val="it-IT"/>
              </w:rPr>
              <w:br/>
              <w:t>VERDE = compila il richiedente · ARANCIO = verifica/compila l’Ufficio</w:t>
            </w:r>
          </w:p>
        </w:tc>
        <w:tc>
          <w:tcPr>
            <w:tcW w:w="3402" w:type="dxa"/>
            <w:shd w:val="clear" w:color="auto" w:fill="173C4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8A21C3" w14:textId="77777777" w:rsidR="00DA201C" w:rsidRPr="00E746E7" w:rsidRDefault="00DA5D38">
            <w:pPr>
              <w:jc w:val="right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H.U.B.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>CAMPAGNOLA</w:t>
            </w:r>
          </w:p>
        </w:tc>
      </w:tr>
    </w:tbl>
    <w:p w14:paraId="7EDC493A" w14:textId="77777777" w:rsidR="00DA201C" w:rsidRPr="00E746E7" w:rsidRDefault="00DA201C">
      <w:pPr>
        <w:spacing w:after="0" w:line="96" w:lineRule="auto"/>
        <w:rPr>
          <w:rFonts w:asciiTheme="majorHAnsi" w:hAnsiTheme="majorHAnsi" w:cstheme="majorHAnsi"/>
          <w:sz w:val="19"/>
          <w:szCs w:val="19"/>
        </w:rPr>
      </w:pPr>
    </w:p>
    <w:tbl>
      <w:tblPr>
        <w:tblW w:w="10795" w:type="dxa"/>
        <w:jc w:val="center"/>
        <w:tblBorders>
          <w:top w:val="single" w:sz="0" w:space="0" w:color="4F7C78"/>
          <w:left w:val="single" w:sz="0" w:space="0" w:color="4F7C78"/>
          <w:bottom w:val="single" w:sz="0" w:space="0" w:color="4F7C78"/>
          <w:right w:val="single" w:sz="0" w:space="0" w:color="4F7C78"/>
          <w:insideH w:val="single" w:sz="0" w:space="0" w:color="4F7C78"/>
          <w:insideV w:val="single" w:sz="0" w:space="0" w:color="4F7C78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7668"/>
      </w:tblGrid>
      <w:tr w:rsidR="00DA201C" w:rsidRPr="00E746E7" w14:paraId="34DCF2A8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F22543" w14:textId="77777777" w:rsidR="00DA201C" w:rsidRPr="00E746E7" w:rsidRDefault="00DA5D38">
            <w:pPr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D.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Miglioramento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dell’accessibilità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dell’attività</w:t>
            </w:r>
            <w:proofErr w:type="spellEnd"/>
          </w:p>
        </w:tc>
        <w:tc>
          <w:tcPr>
            <w:tcW w:w="7668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8C6A75" w14:textId="3BD0D15A" w:rsidR="00DA201C" w:rsidRPr="00E746E7" w:rsidRDefault="00655DEE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8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65203257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1B55DCF1" w14:textId="25CF2DBB" w:rsidR="00DA201C" w:rsidRPr="00E746E7" w:rsidRDefault="00DA5D38" w:rsidP="00655DEE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ascii="MS Gothic" w:eastAsia="MS Gothic" w:hAnsi="MS Gothic"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55DE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6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09CF16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D</w:t>
            </w:r>
            <w:r w:rsidR="0062235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1</w:t>
            </w: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- Eliminazione/riduzione strutturale della barriera all’ingresso</w:t>
            </w:r>
            <w:r w:rsidR="002A5D8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 </w:t>
            </w:r>
            <w:r w:rsidR="002A5D8A"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- Miglioramento della fruibilità interna</w:t>
            </w:r>
          </w:p>
          <w:p w14:paraId="75DC2BC4" w14:textId="77777777" w:rsidR="00D43CFA" w:rsidRDefault="00DA5D38" w:rsidP="0062235A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Rimozione o superamento di gradino, soglia, dislivello o altra barriera tra spazio pubblico e ingresso.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rampa conforme; eliminazione soglia; modifica ingresso/porta necessaria all’accessibilità</w:t>
            </w:r>
            <w:r w:rsidR="00D43CF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.</w:t>
            </w:r>
          </w:p>
          <w:p w14:paraId="118AD206" w14:textId="6F3A61E3" w:rsidR="0062235A" w:rsidRPr="004F53BA" w:rsidRDefault="00D43CFA" w:rsidP="0062235A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O</w:t>
            </w:r>
            <w:r w:rsidR="001C3A6C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ppure i</w:t>
            </w:r>
            <w:r w:rsidR="0062235A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ntervento sugli spazi clientela che migliora porte/passaggi, continuità dei percorsi, dislivelli, manovra, bancone o distribuzione per persone con ridotta mobilità.</w:t>
            </w:r>
          </w:p>
          <w:p w14:paraId="15A7E59B" w14:textId="77777777" w:rsidR="0062235A" w:rsidRPr="004F53BA" w:rsidRDefault="0062235A" w:rsidP="0062235A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solo rifacimento estetico.</w:t>
            </w:r>
          </w:p>
        </w:tc>
      </w:tr>
      <w:tr w:rsidR="00DA201C" w:rsidRPr="0074430B" w14:paraId="589447AB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1F3814F1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lastRenderedPageBreak/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2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881327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D</w:t>
            </w:r>
            <w:r w:rsidR="0062235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2</w:t>
            </w: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 - Servizio igienico accessibile alla clientela</w:t>
            </w:r>
          </w:p>
          <w:p w14:paraId="1053A274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Realizzazione o adeguamento di un bagno destinato al pubblico con caratteristiche di accessibilità previste dalla normativa applicabile.</w:t>
            </w:r>
          </w:p>
          <w:p w14:paraId="738BE31A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bagno solo dipendenti; semplice cambio di destinazione senza effettivo adeguamento.</w:t>
            </w:r>
          </w:p>
        </w:tc>
      </w:tr>
      <w:tr w:rsidR="00DA201C" w:rsidRPr="00E746E7" w14:paraId="71156BF5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8E4243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E. Servizi digitali rivolti alla clientela</w:t>
            </w:r>
          </w:p>
        </w:tc>
        <w:tc>
          <w:tcPr>
            <w:tcW w:w="7668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90E7B2" w14:textId="77777777" w:rsidR="00DA201C" w:rsidRPr="00E746E7" w:rsidRDefault="0062235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6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46AF6E6E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5DDB7D1B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2235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3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85B4C40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E1 - Servizio digitale transazionale o di prenotazione</w:t>
            </w:r>
          </w:p>
          <w:p w14:paraId="71890C1D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Nuovo sistema con cui il cliente può prenotare, ordinare, acquistare, fissare appuntamenti, richiedere servizi o organizzare ritiro/</w:t>
            </w:r>
            <w:proofErr w:type="spellStart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click&amp;collect</w:t>
            </w:r>
            <w:proofErr w:type="spellEnd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.</w:t>
            </w:r>
          </w:p>
          <w:p w14:paraId="31A29EB6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Non vale: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POS ordinario; PC/tablet; sito-vetrina; social; contabilità; gestionale solo interno; magazzino senza funzione verso il cliente.</w:t>
            </w:r>
          </w:p>
        </w:tc>
      </w:tr>
      <w:tr w:rsidR="00DA201C" w:rsidRPr="00E746E7" w14:paraId="2852D433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532C4249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 xml:space="preserve">3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3F7B991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E2 - Fidelizzazione e relazione digitale strutturata</w:t>
            </w:r>
          </w:p>
          <w:p w14:paraId="3196E1B8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Nuovo sistema stabile di relazione multicanale con la clientela.</w:t>
            </w:r>
          </w:p>
          <w:p w14:paraId="045E14DB" w14:textId="77777777" w:rsidR="00DA201C" w:rsidRPr="00E746E7" w:rsidRDefault="00DA5D38" w:rsidP="00F3195D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</w:rPr>
            </w:pPr>
            <w:r w:rsidRPr="004F53BA">
              <w:rPr>
                <w:rFonts w:asciiTheme="majorHAnsi" w:hAnsiTheme="majorHAnsi" w:cstheme="majorHAnsi"/>
                <w:b/>
                <w:color w:val="4F7C78"/>
                <w:sz w:val="19"/>
                <w:szCs w:val="19"/>
                <w:lang w:val="it-IT"/>
              </w:rPr>
              <w:t xml:space="preserve">Esempi: 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fidelity digitale; area cliente; CRM con funzioni verso il cliente; assistenza/post-vendita strutturata.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proofErr w:type="gramStart"/>
            <w:r w:rsidRPr="00E746E7">
              <w:rPr>
                <w:rFonts w:asciiTheme="majorHAnsi" w:hAnsiTheme="majorHAnsi" w:cstheme="majorHAnsi"/>
                <w:b/>
                <w:color w:val="7A3E3E"/>
                <w:sz w:val="19"/>
                <w:szCs w:val="19"/>
              </w:rPr>
              <w:t>Non vale</w:t>
            </w:r>
            <w:proofErr w:type="gramEnd"/>
            <w:r w:rsidRPr="00E746E7">
              <w:rPr>
                <w:rFonts w:asciiTheme="majorHAnsi" w:hAnsiTheme="majorHAnsi" w:cstheme="majorHAnsi"/>
                <w:b/>
                <w:color w:val="7A3E3E"/>
                <w:sz w:val="19"/>
                <w:szCs w:val="19"/>
              </w:rPr>
              <w:t xml:space="preserve">: </w:t>
            </w:r>
            <w:proofErr w:type="spellStart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>messaggi</w:t>
            </w:r>
            <w:proofErr w:type="spellEnd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>occasionali</w:t>
            </w:r>
            <w:proofErr w:type="spellEnd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 xml:space="preserve"> o </w:t>
            </w:r>
            <w:proofErr w:type="spellStart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>uso</w:t>
            </w:r>
            <w:proofErr w:type="spellEnd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>ordinario</w:t>
            </w:r>
            <w:proofErr w:type="spellEnd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>dei</w:t>
            </w:r>
            <w:proofErr w:type="spellEnd"/>
            <w:r w:rsidRPr="00E746E7">
              <w:rPr>
                <w:rFonts w:asciiTheme="majorHAnsi" w:hAnsiTheme="majorHAnsi" w:cstheme="majorHAnsi"/>
                <w:sz w:val="19"/>
                <w:szCs w:val="19"/>
              </w:rPr>
              <w:t xml:space="preserve"> social.</w:t>
            </w:r>
          </w:p>
        </w:tc>
      </w:tr>
      <w:tr w:rsidR="00DA201C" w:rsidRPr="00E746E7" w14:paraId="56AFDEFD" w14:textId="77777777" w:rsidTr="00F3195D"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A37CAD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F. Localizzazione nel Centro Storico</w:t>
            </w:r>
          </w:p>
        </w:tc>
        <w:tc>
          <w:tcPr>
            <w:tcW w:w="7668" w:type="dxa"/>
            <w:shd w:val="clear" w:color="auto" w:fill="C66A2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F2ABA5" w14:textId="77777777" w:rsidR="00DA201C" w:rsidRPr="00E746E7" w:rsidRDefault="0062235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5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5DB067E3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340A681A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UFFICIO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verifica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2235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5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87F45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F - Unità locale nel perimetro della Tavola RUE.1A</w:t>
            </w:r>
          </w:p>
          <w:p w14:paraId="0E473B08" w14:textId="3C292971" w:rsidR="00DA201C" w:rsidRPr="00DD496E" w:rsidRDefault="00DA5D38" w:rsidP="00E121DC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Verifica d’ufficio. In caso di unità </w:t>
            </w:r>
            <w:r w:rsidR="004D50AB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che si sovrappone al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perimetro rileva l’ingresso principale aperto alla clientela.</w:t>
            </w:r>
            <w:r w:rsidR="00E121DC" w:rsidRPr="004F53B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 </w:t>
            </w:r>
          </w:p>
        </w:tc>
      </w:tr>
      <w:tr w:rsidR="00DA201C" w:rsidRPr="00E746E7" w14:paraId="13BAD89A" w14:textId="77777777" w:rsidTr="00F3195D"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8E6254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G. Recupero di locali commerciali inutilizzati</w:t>
            </w:r>
          </w:p>
        </w:tc>
        <w:tc>
          <w:tcPr>
            <w:tcW w:w="7668" w:type="dxa"/>
            <w:shd w:val="clear" w:color="auto" w:fill="C66A2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5F1BD1" w14:textId="201687FA" w:rsidR="00DA201C" w:rsidRPr="00E746E7" w:rsidRDefault="006C46D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4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4F53BA" w14:paraId="42E05B74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02143DDA" w14:textId="7DB15634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UFFICIO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verifica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C46D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4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D95869F" w14:textId="5539E1B8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G - Riattivazione di locale inutilizzato</w:t>
            </w:r>
            <w:r w:rsidR="0062235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 </w:t>
            </w:r>
            <w:r w:rsidR="0062235A"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situato </w:t>
            </w:r>
            <w:r w:rsidR="00655DEE"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nel perimetro della Tavola RUE.1A</w:t>
            </w:r>
          </w:p>
          <w:p w14:paraId="4C5A64F8" w14:textId="45BF20B0" w:rsidR="00DA201C" w:rsidRPr="004F53BA" w:rsidRDefault="00DA5D38" w:rsidP="00655DEE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Apertura, trasferimento o ampliamento mediante locale privo di attività economica da almeno 6 mesi continuativi prima della pubblicazione del bando</w:t>
            </w:r>
            <w:r w:rsidR="0062235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, localizzato </w:t>
            </w:r>
            <w:r w:rsidR="0062235A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nel perimetro </w:t>
            </w:r>
            <w:r w:rsidR="00655DEE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identificato</w:t>
            </w:r>
            <w:r w:rsidR="0062235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. </w:t>
            </w:r>
            <w:r w:rsidRPr="004F53BA">
              <w:rPr>
                <w:rFonts w:asciiTheme="majorHAnsi" w:hAnsiTheme="majorHAnsi" w:cstheme="majorHAnsi"/>
                <w:color w:val="334B5C"/>
                <w:sz w:val="19"/>
                <w:szCs w:val="19"/>
                <w:lang w:val="it-IT"/>
              </w:rPr>
              <w:t>Verifica tramite SUAP, Registro Imprese e banche dati comunali.</w:t>
            </w:r>
          </w:p>
        </w:tc>
      </w:tr>
      <w:tr w:rsidR="00DA201C" w:rsidRPr="00E746E7" w14:paraId="324164CD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21576B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H. Imprenditoria femminile e giovanile</w:t>
            </w:r>
          </w:p>
        </w:tc>
        <w:tc>
          <w:tcPr>
            <w:tcW w:w="7668" w:type="dxa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237B62" w14:textId="77777777" w:rsidR="00DA201C" w:rsidRPr="00E746E7" w:rsidRDefault="0062235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2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5924F9A0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11C4CC3D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E746E7">
              <w:rPr>
                <w:rFonts w:cs="MS Gothic" w:hint="eastAsia"/>
                <w:b/>
                <w:color w:val="FFFFFF"/>
                <w:sz w:val="19"/>
                <w:szCs w:val="19"/>
              </w:rPr>
              <w:t>☐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62235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2</w:t>
            </w: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DC09BD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H - Impresa femminile</w:t>
            </w:r>
            <w:r w:rsidR="0062235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 xml:space="preserve"> e/o giovanile</w:t>
            </w:r>
          </w:p>
          <w:p w14:paraId="256E7FBD" w14:textId="77777777" w:rsidR="00DA201C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Definizione ex art. 5, c.1, lett. l), L. 180/2011: maggioranza quote a donne; cooperative con maggioranza femminile; impresa individuale gestita da donna.</w:t>
            </w:r>
          </w:p>
          <w:p w14:paraId="1B27349A" w14:textId="77777777" w:rsidR="0062235A" w:rsidRPr="004F53BA" w:rsidRDefault="0062235A" w:rsidP="0062235A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Definizione ex art. 5, c.1, lett. m), L. 180/2011: maggioranza quote a soggetti &lt;35; cooperative con maggioranza &lt;35; impresa individuale gestita da soggetto &lt;35.</w:t>
            </w:r>
          </w:p>
          <w:p w14:paraId="4A19C199" w14:textId="77777777" w:rsidR="0062235A" w:rsidRPr="004F53BA" w:rsidRDefault="0062235A" w:rsidP="0062235A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4F7C78"/>
                <w:sz w:val="19"/>
                <w:szCs w:val="19"/>
                <w:lang w:val="it-IT"/>
              </w:rPr>
              <w:t>l’Ufficio verifica la situazione alla data della domanda.</w:t>
            </w:r>
          </w:p>
        </w:tc>
      </w:tr>
    </w:tbl>
    <w:p w14:paraId="7A89504E" w14:textId="11A503BE" w:rsidR="00811F6F" w:rsidRPr="003757B3" w:rsidRDefault="00811F6F">
      <w:pPr>
        <w:rPr>
          <w:lang w:val="it-IT"/>
        </w:rPr>
      </w:pPr>
    </w:p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316"/>
        <w:gridCol w:w="5352"/>
        <w:gridCol w:w="91"/>
      </w:tblGrid>
      <w:tr w:rsidR="00790A3A" w14:paraId="76A8544B" w14:textId="77777777">
        <w:trPr>
          <w:jc w:val="center"/>
        </w:trPr>
        <w:tc>
          <w:tcPr>
            <w:tcW w:w="5443" w:type="dxa"/>
            <w:gridSpan w:val="2"/>
            <w:shd w:val="clear" w:color="auto" w:fill="173C4F"/>
          </w:tcPr>
          <w:p w14:paraId="00DAB0BC" w14:textId="77777777" w:rsidR="00790A3A" w:rsidRPr="003757B3" w:rsidRDefault="00A16FE0">
            <w:pPr>
              <w:rPr>
                <w:lang w:val="it-IT"/>
              </w:rPr>
            </w:pPr>
            <w:r w:rsidRPr="002B29CF">
              <w:rPr>
                <w:b/>
                <w:color w:val="FFFFFF"/>
                <w:sz w:val="20"/>
                <w:szCs w:val="20"/>
                <w:lang w:val="it-IT"/>
              </w:rPr>
              <w:t>CRITERI I–L</w:t>
            </w:r>
            <w:r w:rsidRPr="002B29CF">
              <w:rPr>
                <w:color w:val="FFFFFF"/>
                <w:sz w:val="20"/>
                <w:szCs w:val="20"/>
                <w:lang w:val="it-IT"/>
              </w:rPr>
              <w:br/>
            </w:r>
            <w:r w:rsidRPr="003757B3">
              <w:rPr>
                <w:color w:val="FFFFFF"/>
                <w:sz w:val="16"/>
                <w:lang w:val="it-IT"/>
              </w:rPr>
              <w:t>VERDE = compila il richiedente · ARANCIO = verifica/compila l’Ufficio</w:t>
            </w:r>
          </w:p>
        </w:tc>
        <w:tc>
          <w:tcPr>
            <w:tcW w:w="5443" w:type="dxa"/>
            <w:gridSpan w:val="2"/>
            <w:shd w:val="clear" w:color="auto" w:fill="173C4F"/>
          </w:tcPr>
          <w:p w14:paraId="60BABB17" w14:textId="77777777" w:rsidR="00790A3A" w:rsidRDefault="00A16FE0" w:rsidP="006C46DA">
            <w:pPr>
              <w:jc w:val="right"/>
            </w:pPr>
            <w:r w:rsidRPr="006C46D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H.U.B.</w:t>
            </w:r>
            <w:r w:rsidRPr="006C46D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  <w:t>CAMPAGNOLA</w:t>
            </w:r>
          </w:p>
        </w:tc>
      </w:tr>
      <w:tr w:rsidR="00DA201C" w:rsidRPr="00E746E7" w14:paraId="70E37083" w14:textId="77777777" w:rsidTr="00F3195D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C66A2B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B6BEFA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I. Continuità e presidio commerciale dell’</w:t>
            </w:r>
            <w:proofErr w:type="spellStart"/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Hub</w:t>
            </w:r>
            <w:proofErr w:type="spellEnd"/>
          </w:p>
        </w:tc>
        <w:tc>
          <w:tcPr>
            <w:tcW w:w="7668" w:type="dxa"/>
            <w:gridSpan w:val="2"/>
            <w:shd w:val="clear" w:color="auto" w:fill="C66A2B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C94EDE" w14:textId="77777777" w:rsidR="00DA201C" w:rsidRPr="00E746E7" w:rsidRDefault="0062235A" w:rsidP="0062235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20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2CF7E782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C66A2B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606057EF" w14:textId="77777777" w:rsidR="00DA201C" w:rsidRPr="00E746E7" w:rsidRDefault="00DA5D38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b/>
                <w:color w:val="FFFFFF"/>
                <w:sz w:val="19"/>
              </w:rPr>
              <w:t>UFFICIO</w:t>
            </w:r>
            <w:r>
              <w:rPr>
                <w:b/>
                <w:color w:val="FFFFFF"/>
                <w:sz w:val="19"/>
              </w:rPr>
              <w:br/>
            </w:r>
            <w:proofErr w:type="spellStart"/>
            <w:r>
              <w:rPr>
                <w:b/>
                <w:color w:val="FFFFFF"/>
                <w:sz w:val="19"/>
              </w:rPr>
              <w:t>verifica</w:t>
            </w:r>
            <w:proofErr w:type="spellEnd"/>
            <w:r>
              <w:rPr>
                <w:b/>
                <w:color w:val="FFFFFF"/>
                <w:sz w:val="19"/>
              </w:rPr>
              <w:br/>
              <w:t xml:space="preserve">20 </w:t>
            </w:r>
            <w:proofErr w:type="spellStart"/>
            <w:r>
              <w:rPr>
                <w:b/>
                <w:color w:val="FFFFFF"/>
                <w:sz w:val="19"/>
              </w:rPr>
              <w:t>pt</w:t>
            </w:r>
            <w:proofErr w:type="spellEnd"/>
          </w:p>
        </w:tc>
        <w:tc>
          <w:tcPr>
            <w:tcW w:w="7668" w:type="dxa"/>
            <w:gridSpan w:val="2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1A5FE3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I - Presenza continuativa nell’</w:t>
            </w:r>
            <w:proofErr w:type="spellStart"/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Hub</w:t>
            </w:r>
            <w:proofErr w:type="spellEnd"/>
          </w:p>
          <w:p w14:paraId="6DDD6F2A" w14:textId="59E1DB02" w:rsidR="00E746E7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DD496E">
              <w:rPr>
                <w:sz w:val="15"/>
                <w:lang w:val="it-IT"/>
              </w:rPr>
              <w:t xml:space="preserve">Fasce alternative: attività avviata da meno di 12 mesi = </w:t>
            </w:r>
            <w:r w:rsidR="004D50AB">
              <w:rPr>
                <w:sz w:val="15"/>
                <w:lang w:val="it-IT"/>
              </w:rPr>
              <w:t>7</w:t>
            </w:r>
            <w:r w:rsidRPr="00DD496E">
              <w:rPr>
                <w:sz w:val="15"/>
                <w:lang w:val="it-IT"/>
              </w:rPr>
              <w:t xml:space="preserve"> </w:t>
            </w:r>
            <w:proofErr w:type="spellStart"/>
            <w:r w:rsidRPr="00DD496E">
              <w:rPr>
                <w:sz w:val="15"/>
                <w:lang w:val="it-IT"/>
              </w:rPr>
              <w:t>pt</w:t>
            </w:r>
            <w:proofErr w:type="spellEnd"/>
            <w:r w:rsidRPr="00DD496E">
              <w:rPr>
                <w:sz w:val="15"/>
                <w:lang w:val="it-IT"/>
              </w:rPr>
              <w:t xml:space="preserve"> · ≥12 mesi e &lt;3 anni = 1</w:t>
            </w:r>
            <w:r w:rsidR="004D50AB">
              <w:rPr>
                <w:sz w:val="15"/>
                <w:lang w:val="it-IT"/>
              </w:rPr>
              <w:t>2</w:t>
            </w:r>
            <w:r w:rsidRPr="00DD496E">
              <w:rPr>
                <w:sz w:val="15"/>
                <w:lang w:val="it-IT"/>
              </w:rPr>
              <w:t xml:space="preserve"> </w:t>
            </w:r>
            <w:proofErr w:type="spellStart"/>
            <w:r w:rsidRPr="00DD496E">
              <w:rPr>
                <w:sz w:val="15"/>
                <w:lang w:val="it-IT"/>
              </w:rPr>
              <w:t>pt</w:t>
            </w:r>
            <w:proofErr w:type="spellEnd"/>
            <w:r w:rsidRPr="00DD496E">
              <w:rPr>
                <w:sz w:val="15"/>
                <w:lang w:val="it-IT"/>
              </w:rPr>
              <w:t xml:space="preserve"> · ≥3 anni e &lt;5 anni = 15 </w:t>
            </w:r>
            <w:proofErr w:type="spellStart"/>
            <w:r w:rsidRPr="00DD496E">
              <w:rPr>
                <w:sz w:val="15"/>
                <w:lang w:val="it-IT"/>
              </w:rPr>
              <w:t>pt</w:t>
            </w:r>
            <w:proofErr w:type="spellEnd"/>
            <w:r w:rsidRPr="00DD496E">
              <w:rPr>
                <w:sz w:val="15"/>
                <w:lang w:val="it-IT"/>
              </w:rPr>
              <w:t xml:space="preserve"> · ≥5 anni = 20 </w:t>
            </w:r>
            <w:proofErr w:type="spellStart"/>
            <w:r w:rsidRPr="00DD496E">
              <w:rPr>
                <w:sz w:val="15"/>
                <w:lang w:val="it-IT"/>
              </w:rPr>
              <w:t>pt</w:t>
            </w:r>
            <w:proofErr w:type="spellEnd"/>
            <w:r w:rsidRPr="00DD496E">
              <w:rPr>
                <w:sz w:val="15"/>
                <w:lang w:val="it-IT"/>
              </w:rPr>
              <w:t>.</w:t>
            </w:r>
          </w:p>
          <w:p w14:paraId="62FE8715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Il trasferimento all’interno dell’</w:t>
            </w:r>
            <w:proofErr w:type="spellStart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Hub</w:t>
            </w:r>
            <w:proofErr w:type="spellEnd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non interrompe la continuità.</w:t>
            </w:r>
          </w:p>
          <w:p w14:paraId="59910EF6" w14:textId="77777777" w:rsidR="00DA201C" w:rsidRPr="004F53BA" w:rsidRDefault="00DA5D38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334B5C"/>
                <w:sz w:val="19"/>
                <w:szCs w:val="19"/>
                <w:lang w:val="it-IT"/>
              </w:rPr>
              <w:t>I e G sono cumulabili perché misurano effetti differenti.</w:t>
            </w:r>
          </w:p>
        </w:tc>
      </w:tr>
      <w:tr w:rsidR="00DA201C" w:rsidRPr="00E746E7" w14:paraId="73A69CCE" w14:textId="77777777" w:rsidTr="00F3195D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792E88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J. Adesione a Comunità Energetica Rinnovabile</w:t>
            </w:r>
          </w:p>
        </w:tc>
        <w:tc>
          <w:tcPr>
            <w:tcW w:w="7668" w:type="dxa"/>
            <w:gridSpan w:val="2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FAFC1C" w14:textId="4712451D" w:rsidR="00DA201C" w:rsidRPr="00E746E7" w:rsidRDefault="009F660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>10</w:t>
            </w:r>
            <w:r w:rsidR="00DA5D38" w:rsidRPr="009F660A">
              <w:rPr>
                <w:rFonts w:asciiTheme="majorHAnsi" w:hAnsiTheme="majorHAnsi" w:cstheme="majorHAnsi"/>
                <w:b/>
                <w:color w:val="FFFFFF"/>
                <w:sz w:val="19"/>
                <w:szCs w:val="19"/>
                <w:lang w:val="it-IT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62235A" w14:paraId="76282FDA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59DA748F" w14:textId="40D05748" w:rsidR="00811F6F" w:rsidRDefault="007A262B" w:rsidP="00DD496E">
            <w:pPr>
              <w:jc w:val="center"/>
            </w:pP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DD496E">
              <w:rPr>
                <w:rFonts w:ascii="Segoe UI Symbol" w:hAnsi="Segoe UI Symbol" w:cs="Segoe UI Symbol"/>
                <w:b/>
                <w:color w:val="FFFFFF"/>
                <w:sz w:val="19"/>
                <w:szCs w:val="19"/>
              </w:rPr>
              <w:t>☐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4D50AB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10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gridSpan w:val="2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B6772E" w14:textId="77777777" w:rsidR="00DA201C" w:rsidRPr="004F53BA" w:rsidRDefault="00DA5D38">
            <w:pPr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J - Adesione formale a una CER</w:t>
            </w:r>
          </w:p>
          <w:p w14:paraId="6F06E265" w14:textId="77777777" w:rsidR="00DA201C" w:rsidRPr="0062235A" w:rsidRDefault="00DA5D38" w:rsidP="00F3195D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Alla data della domanda l’impresa aderisce come </w:t>
            </w:r>
            <w:r w:rsidR="0062235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consumatore</w:t>
            </w:r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a una CER ex art. 31 </w:t>
            </w:r>
            <w:proofErr w:type="spellStart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D.Lgs.</w:t>
            </w:r>
            <w:proofErr w:type="spellEnd"/>
            <w:r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199/2021.</w:t>
            </w:r>
            <w:r w:rsidR="00F3195D" w:rsidRPr="004F53B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 xml:space="preserve"> </w:t>
            </w:r>
            <w:r w:rsidRPr="0062235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>N</w:t>
            </w:r>
            <w:r w:rsidR="00F3195D" w:rsidRPr="0062235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>ota</w:t>
            </w:r>
            <w:r w:rsidRPr="0062235A">
              <w:rPr>
                <w:rFonts w:asciiTheme="majorHAnsi" w:hAnsiTheme="majorHAnsi" w:cstheme="majorHAnsi"/>
                <w:b/>
                <w:color w:val="7A3E3E"/>
                <w:sz w:val="19"/>
                <w:szCs w:val="19"/>
                <w:lang w:val="it-IT"/>
              </w:rPr>
              <w:t xml:space="preserve">: </w:t>
            </w:r>
            <w:r w:rsidRPr="0062235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non è richiesta proprietà o acquisto di impianti</w:t>
            </w:r>
            <w:r w:rsidR="00F3195D" w:rsidRPr="0062235A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.</w:t>
            </w:r>
          </w:p>
        </w:tc>
      </w:tr>
      <w:tr w:rsidR="00DA201C" w:rsidRPr="00E746E7" w14:paraId="31B31AA1" w14:textId="77777777" w:rsidTr="00F3195D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315D5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C0C570" w14:textId="77777777" w:rsidR="00DA201C" w:rsidRPr="00E746E7" w:rsidRDefault="00DA5D38">
            <w:pPr>
              <w:rPr>
                <w:rFonts w:asciiTheme="majorHAnsi" w:hAnsiTheme="majorHAnsi" w:cstheme="majorHAnsi"/>
                <w:sz w:val="19"/>
                <w:szCs w:val="19"/>
              </w:rPr>
            </w:pPr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K.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Accessibilità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trasparente</w:t>
            </w:r>
            <w:proofErr w:type="spellEnd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dell’esercizio</w:t>
            </w:r>
            <w:proofErr w:type="spellEnd"/>
          </w:p>
        </w:tc>
        <w:tc>
          <w:tcPr>
            <w:tcW w:w="7668" w:type="dxa"/>
            <w:gridSpan w:val="2"/>
            <w:shd w:val="clear" w:color="auto" w:fill="315D52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6354A5" w14:textId="41E1B920" w:rsidR="00DA201C" w:rsidRPr="00E746E7" w:rsidRDefault="009F660A">
            <w:pPr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5</w:t>
            </w:r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="00DA5D38" w:rsidRPr="00E746E7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</w:tr>
      <w:tr w:rsidR="00DA201C" w:rsidRPr="0074430B" w14:paraId="5AFC2900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gridAfter w:val="1"/>
          <w:wAfter w:w="91" w:type="dxa"/>
          <w:cantSplit/>
          <w:jc w:val="center"/>
        </w:trPr>
        <w:tc>
          <w:tcPr>
            <w:tcW w:w="3127" w:type="dxa"/>
            <w:shd w:val="clear" w:color="auto" w:fill="315D52"/>
            <w:tcMar>
              <w:top w:w="28" w:type="dxa"/>
              <w:left w:w="35" w:type="dxa"/>
              <w:bottom w:w="28" w:type="dxa"/>
              <w:right w:w="35" w:type="dxa"/>
            </w:tcMar>
            <w:vAlign w:val="center"/>
          </w:tcPr>
          <w:p w14:paraId="3F11606A" w14:textId="126E66F1" w:rsidR="00811F6F" w:rsidRDefault="007A262B" w:rsidP="00DD496E">
            <w:pPr>
              <w:jc w:val="center"/>
            </w:pP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RICHIEDENTE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Pr="00DD496E">
              <w:rPr>
                <w:rFonts w:ascii="Segoe UI Symbol" w:hAnsi="Segoe UI Symbol" w:cs="Segoe UI Symbol"/>
                <w:b/>
                <w:color w:val="FFFFFF"/>
                <w:sz w:val="19"/>
                <w:szCs w:val="19"/>
              </w:rPr>
              <w:t>☐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richiedo</w:t>
            </w:r>
            <w:proofErr w:type="spellEnd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4D50AB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5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gridSpan w:val="2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AC98C1" w14:textId="77777777" w:rsidR="00390B46" w:rsidRDefault="007A262B" w:rsidP="00DD496E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DD496E">
              <w:rPr>
                <w:rFonts w:asciiTheme="majorHAnsi" w:hAnsiTheme="majorHAnsi" w:cstheme="majorHAnsi"/>
                <w:b/>
                <w:bCs/>
                <w:sz w:val="19"/>
                <w:szCs w:val="19"/>
                <w:lang w:val="it-IT"/>
              </w:rPr>
              <w:t>K - Scheda informativa di accessibilità e fruibilità</w:t>
            </w:r>
            <w:r w:rsidRPr="00DD496E">
              <w:rPr>
                <w:rFonts w:asciiTheme="majorHAnsi" w:hAnsiTheme="majorHAnsi" w:cstheme="majorHAnsi"/>
                <w:b/>
                <w:bCs/>
                <w:sz w:val="19"/>
                <w:szCs w:val="19"/>
                <w:lang w:val="it-IT"/>
              </w:rPr>
              <w:br/>
            </w:r>
            <w:r w:rsidRPr="00DD496E">
              <w:rPr>
                <w:rFonts w:asciiTheme="majorHAnsi" w:hAnsiTheme="majorHAnsi" w:cstheme="majorHAnsi"/>
                <w:sz w:val="19"/>
                <w:szCs w:val="19"/>
                <w:lang w:val="it-IT"/>
              </w:rPr>
              <w:t>Compilazione integrale e autorizzazione alla pubblicazione dei dati descrittivi dell’unità locale attraverso l’Allegato 1.1. Il punteggio dipende dalla completezza dell’informazione, non dal fatto che il locale sia accessibile.</w:t>
            </w:r>
          </w:p>
          <w:p w14:paraId="306CDA36" w14:textId="77777777" w:rsidR="00811F6F" w:rsidRPr="00DD496E" w:rsidRDefault="007A262B" w:rsidP="00DD496E">
            <w:pPr>
              <w:pStyle w:val="Tiny"/>
              <w:spacing w:after="20"/>
              <w:rPr>
                <w:rFonts w:asciiTheme="majorHAnsi" w:hAnsiTheme="majorHAnsi" w:cstheme="majorHAnsi"/>
                <w:sz w:val="19"/>
                <w:szCs w:val="19"/>
                <w:lang w:val="it-IT"/>
              </w:rPr>
            </w:pPr>
            <w:r w:rsidRPr="00DD496E">
              <w:rPr>
                <w:sz w:val="15"/>
                <w:lang w:val="it-IT"/>
              </w:rPr>
              <w:t>Attenzione: non costituisce certificazione o asseverazione di conformità; nessun allegato tecnico richiesto.</w:t>
            </w:r>
          </w:p>
        </w:tc>
      </w:tr>
      <w:tr w:rsidR="00811F6F" w14:paraId="424B83E4" w14:textId="77777777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After w:val="1"/>
          <w:wAfter w:w="91" w:type="dxa"/>
          <w:jc w:val="center"/>
        </w:trPr>
        <w:tc>
          <w:tcPr>
            <w:tcW w:w="3127" w:type="dxa"/>
            <w:shd w:val="clear" w:color="auto" w:fill="C66A2B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BDC79C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6"/>
                <w:lang w:val="it-IT"/>
              </w:rPr>
              <w:t>L. Priorità regionale piano terra / vetrina / accesso diretto</w:t>
            </w:r>
          </w:p>
        </w:tc>
        <w:tc>
          <w:tcPr>
            <w:tcW w:w="7668" w:type="dxa"/>
            <w:gridSpan w:val="2"/>
            <w:shd w:val="clear" w:color="auto" w:fill="C66A2B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9F60A6" w14:textId="05409A55" w:rsidR="00811F6F" w:rsidRDefault="009F660A" w:rsidP="00DD496E">
            <w:pPr>
              <w:jc w:val="center"/>
            </w:pPr>
            <w:r>
              <w:rPr>
                <w:b/>
                <w:color w:val="FFFFFF"/>
                <w:sz w:val="16"/>
              </w:rPr>
              <w:t>15</w:t>
            </w:r>
            <w:r w:rsidR="007A262B">
              <w:rPr>
                <w:b/>
                <w:color w:val="FFFFFF"/>
                <w:sz w:val="16"/>
              </w:rPr>
              <w:t xml:space="preserve"> </w:t>
            </w:r>
            <w:proofErr w:type="spellStart"/>
            <w:r w:rsidR="007A262B">
              <w:rPr>
                <w:b/>
                <w:color w:val="FFFFFF"/>
                <w:sz w:val="16"/>
              </w:rPr>
              <w:t>pt</w:t>
            </w:r>
            <w:proofErr w:type="spellEnd"/>
          </w:p>
        </w:tc>
      </w:tr>
      <w:tr w:rsidR="00811F6F" w14:paraId="270A1A1A" w14:textId="77777777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After w:val="1"/>
          <w:wAfter w:w="91" w:type="dxa"/>
          <w:jc w:val="center"/>
        </w:trPr>
        <w:tc>
          <w:tcPr>
            <w:tcW w:w="3127" w:type="dxa"/>
            <w:shd w:val="clear" w:color="auto" w:fill="C66A2B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0F9585" w14:textId="71CD70BE" w:rsidR="00811F6F" w:rsidRDefault="007A262B" w:rsidP="00DD496E">
            <w:pPr>
              <w:jc w:val="center"/>
            </w:pP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UFFICIO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verifica</w:t>
            </w:r>
            <w:proofErr w:type="spellEnd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br/>
            </w:r>
            <w:r w:rsidR="004D50AB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15</w:t>
            </w:r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 xml:space="preserve"> </w:t>
            </w:r>
            <w:proofErr w:type="spellStart"/>
            <w:r w:rsidRPr="00DD496E">
              <w:rPr>
                <w:rFonts w:asciiTheme="majorHAnsi" w:hAnsiTheme="majorHAnsi" w:cstheme="majorHAnsi"/>
                <w:b/>
                <w:color w:val="FFFFFF"/>
                <w:sz w:val="19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gridSpan w:val="2"/>
            <w:shd w:val="clear" w:color="auto" w:fill="EAF1F1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E80B65" w14:textId="08443160" w:rsidR="00811F6F" w:rsidRDefault="007A262B">
            <w:r w:rsidRPr="00DD496E">
              <w:rPr>
                <w:rFonts w:asciiTheme="majorHAnsi" w:hAnsiTheme="majorHAnsi" w:cstheme="majorHAnsi"/>
                <w:b/>
                <w:color w:val="263238"/>
                <w:sz w:val="19"/>
                <w:szCs w:val="19"/>
                <w:lang w:val="it-IT"/>
              </w:rPr>
              <w:t>L - Priorità regionale</w:t>
            </w:r>
            <w:r w:rsidRPr="00DD496E">
              <w:rPr>
                <w:lang w:val="it-IT"/>
              </w:rPr>
              <w:br/>
            </w:r>
            <w:r w:rsidRPr="00DD496E">
              <w:rPr>
                <w:rFonts w:asciiTheme="majorHAnsi" w:hAnsiTheme="majorHAnsi" w:cstheme="majorHAnsi"/>
                <w:color w:val="263238"/>
                <w:sz w:val="19"/>
                <w:szCs w:val="19"/>
                <w:lang w:val="it-IT"/>
              </w:rPr>
              <w:t>L’unità locale presenta congiuntamente: ubicazione al piano terra; vetrina o affaccio su strada, area pubblica o corte; locali direttamente accessibili alla clientela.</w:t>
            </w:r>
            <w:r w:rsidRPr="00DD496E">
              <w:rPr>
                <w:lang w:val="it-IT"/>
              </w:rPr>
              <w:br/>
            </w:r>
            <w:proofErr w:type="spellStart"/>
            <w:r>
              <w:t>Attribuzione</w:t>
            </w:r>
            <w:proofErr w:type="spellEnd"/>
            <w:r>
              <w:t xml:space="preserve"> </w:t>
            </w:r>
            <w:proofErr w:type="spellStart"/>
            <w:r>
              <w:t>binaria</w:t>
            </w:r>
            <w:proofErr w:type="spellEnd"/>
            <w:r>
              <w:t xml:space="preserve">: SÌ = </w:t>
            </w:r>
            <w:r w:rsidR="00BC002D">
              <w:t>15</w:t>
            </w:r>
            <w:r>
              <w:t xml:space="preserve"> </w:t>
            </w:r>
            <w:proofErr w:type="spellStart"/>
            <w:r>
              <w:t>punti</w:t>
            </w:r>
            <w:proofErr w:type="spellEnd"/>
            <w:r>
              <w:t xml:space="preserve"> · NO = 0 </w:t>
            </w:r>
            <w:proofErr w:type="spellStart"/>
            <w:r>
              <w:t>punti</w:t>
            </w:r>
            <w:proofErr w:type="spellEnd"/>
            <w:r>
              <w:t>.</w:t>
            </w:r>
          </w:p>
        </w:tc>
      </w:tr>
    </w:tbl>
    <w:p w14:paraId="1F5D8849" w14:textId="77777777" w:rsidR="006C46DA" w:rsidRDefault="006C46DA">
      <w:r>
        <w:br w:type="page"/>
      </w: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162"/>
        <w:gridCol w:w="3629"/>
        <w:gridCol w:w="5302"/>
        <w:gridCol w:w="88"/>
        <w:gridCol w:w="54"/>
      </w:tblGrid>
      <w:tr w:rsidR="00811F6F" w14:paraId="0C51EF8F" w14:textId="77777777" w:rsidTr="007A28F8">
        <w:trPr>
          <w:jc w:val="center"/>
        </w:trPr>
        <w:tc>
          <w:tcPr>
            <w:tcW w:w="5443" w:type="dxa"/>
            <w:gridSpan w:val="3"/>
            <w:shd w:val="clear" w:color="auto" w:fill="315D5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9982D63" w14:textId="76F7E6C8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21"/>
                <w:lang w:val="it-IT"/>
              </w:rPr>
              <w:lastRenderedPageBreak/>
              <w:t>DICHIARAZIONI DEL RICHIEDENTE</w:t>
            </w:r>
          </w:p>
          <w:p w14:paraId="6E1215EA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lang w:val="it-IT"/>
              </w:rPr>
              <w:t>Dichiarazioni sostitutive rese ai sensi del D.P.R. 445/2000, ove applicabili</w:t>
            </w:r>
          </w:p>
        </w:tc>
        <w:tc>
          <w:tcPr>
            <w:tcW w:w="5444" w:type="dxa"/>
            <w:gridSpan w:val="3"/>
            <w:shd w:val="clear" w:color="auto" w:fill="315D5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6DFA1E0" w14:textId="77777777" w:rsidR="00811F6F" w:rsidRDefault="007A262B">
            <w:pPr>
              <w:jc w:val="right"/>
            </w:pPr>
            <w:r>
              <w:rPr>
                <w:b/>
                <w:color w:val="FFFFFF"/>
                <w:sz w:val="16"/>
              </w:rPr>
              <w:t>H.U.B.</w:t>
            </w:r>
            <w:r>
              <w:rPr>
                <w:b/>
                <w:color w:val="FFFFFF"/>
                <w:sz w:val="16"/>
              </w:rPr>
              <w:br/>
              <w:t>CAMPAGNOLA</w:t>
            </w:r>
          </w:p>
        </w:tc>
      </w:tr>
      <w:tr w:rsidR="00811F6F" w:rsidRPr="0074430B" w14:paraId="05920459" w14:textId="77777777" w:rsidTr="00DD496E">
        <w:tblPrEx>
          <w:jc w:val="left"/>
          <w:tblBorders>
            <w:top w:val="single" w:sz="3" w:space="0" w:color="D5DEDF"/>
            <w:left w:val="single" w:sz="3" w:space="0" w:color="D5DEDF"/>
            <w:bottom w:val="single" w:sz="3" w:space="0" w:color="D5DEDF"/>
            <w:right w:val="single" w:sz="3" w:space="0" w:color="D5DEDF"/>
            <w:insideH w:val="single" w:sz="3" w:space="0" w:color="D5DEDF"/>
            <w:insideV w:val="single" w:sz="3" w:space="0" w:color="D5DEDF"/>
          </w:tblBorders>
        </w:tblPrEx>
        <w:tc>
          <w:tcPr>
            <w:tcW w:w="10887" w:type="dxa"/>
            <w:gridSpan w:val="6"/>
            <w:shd w:val="clear" w:color="auto" w:fill="EAF3E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E30780" w14:textId="77777777" w:rsidR="007A28F8" w:rsidRDefault="007A262B" w:rsidP="007A28F8">
            <w:pPr>
              <w:rPr>
                <w:color w:val="263238"/>
                <w:lang w:val="it-IT"/>
              </w:rPr>
            </w:pPr>
            <w:r w:rsidRPr="00DD496E">
              <w:rPr>
                <w:color w:val="263238"/>
                <w:lang w:val="it-IT"/>
              </w:rPr>
              <w:t>Il/La richiedente, consapevole delle responsabilità e delle sanzioni previste in caso di dichiarazioni mendaci, dichiara quanto segue.</w:t>
            </w:r>
          </w:p>
          <w:p w14:paraId="3E600AFB" w14:textId="11A38A33" w:rsidR="00811F6F" w:rsidRPr="00DD496E" w:rsidRDefault="007A262B" w:rsidP="007A28F8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Le verifiche sono effettuate dall’Ufficio nei casi e con le modalità previste dal bando e dalla normativa vigente.</w:t>
            </w:r>
          </w:p>
        </w:tc>
      </w:tr>
      <w:tr w:rsidR="00811F6F" w:rsidRPr="0074430B" w14:paraId="6F3FF0C0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4DBD708C" w14:textId="06650086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779376C2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aver preso visione integrale del bando e di accettarne condizioni, obblighi, termini e cause di esclusione;</w:t>
            </w:r>
          </w:p>
        </w:tc>
      </w:tr>
      <w:tr w:rsidR="00811F6F" w:rsidRPr="0074430B" w14:paraId="012E0F14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0303F4C2" w14:textId="6CE0F6B5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49D16575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che l’impresa possiede i requisiti dimensionali di micro, piccola o media impresa (MPMI) previsti dalla normativa europea applicabile;</w:t>
            </w:r>
          </w:p>
        </w:tc>
      </w:tr>
      <w:tr w:rsidR="00811F6F" w:rsidRPr="0074430B" w14:paraId="6F2B88A8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5F052703" w14:textId="04D568D9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63B6997F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che l’impresa è iscritta al Registro delle Imprese/REA ed è attiva oppure, nei casi di nuova impresa ammessi dal bando, si impegna a perfezionare iscrizione e avvio entro i termini previsti;</w:t>
            </w:r>
          </w:p>
        </w:tc>
      </w:tr>
      <w:tr w:rsidR="00811F6F" w:rsidRPr="0074430B" w14:paraId="49678E27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742687F8" w14:textId="21C80CE6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053B2783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che l’unità locale oggetto della domanda è o sarà insediata nel perimetro dell’</w:t>
            </w:r>
            <w:proofErr w:type="spellStart"/>
            <w:r w:rsidRPr="00DD496E">
              <w:rPr>
                <w:color w:val="263238"/>
                <w:lang w:val="it-IT"/>
              </w:rPr>
              <w:t>Hub</w:t>
            </w:r>
            <w:proofErr w:type="spellEnd"/>
            <w:r w:rsidRPr="00DD496E">
              <w:rPr>
                <w:color w:val="263238"/>
                <w:lang w:val="it-IT"/>
              </w:rPr>
              <w:t xml:space="preserve"> entro il termine previsto dal bando;</w:t>
            </w:r>
          </w:p>
        </w:tc>
      </w:tr>
      <w:tr w:rsidR="00811F6F" w:rsidRPr="0074430B" w14:paraId="674DEA0D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24C54589" w14:textId="2ACCFE0C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3F096AAB" w14:textId="53EAF44B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 xml:space="preserve">di </w:t>
            </w:r>
            <w:r w:rsidR="001C3A6C">
              <w:rPr>
                <w:color w:val="263238"/>
                <w:lang w:val="it-IT"/>
              </w:rPr>
              <w:t>aver aderito</w:t>
            </w:r>
            <w:r w:rsidRPr="00DD496E">
              <w:rPr>
                <w:color w:val="263238"/>
                <w:lang w:val="it-IT"/>
              </w:rPr>
              <w:t xml:space="preserve"> all’Accordo di partenariato dell’</w:t>
            </w:r>
            <w:proofErr w:type="spellStart"/>
            <w:r w:rsidRPr="00DD496E">
              <w:rPr>
                <w:color w:val="263238"/>
                <w:lang w:val="it-IT"/>
              </w:rPr>
              <w:t>Hub</w:t>
            </w:r>
            <w:proofErr w:type="spellEnd"/>
            <w:r w:rsidRPr="00DD496E">
              <w:rPr>
                <w:color w:val="263238"/>
                <w:lang w:val="it-IT"/>
              </w:rPr>
              <w:t xml:space="preserve"> secondo le condizioni e la data richieste dal bando;</w:t>
            </w:r>
          </w:p>
        </w:tc>
      </w:tr>
      <w:tr w:rsidR="00811F6F" w:rsidRPr="0074430B" w14:paraId="670E76F1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3318DCF3" w14:textId="0FA11C6B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BE12327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che l’impresa non si trova in stato di liquidazione giudiziale o in altra procedura concorsuale incompatibile con la concessione del contributo, salvo quanto consentito dalla normativa vigente;</w:t>
            </w:r>
          </w:p>
        </w:tc>
      </w:tr>
      <w:tr w:rsidR="00811F6F" w:rsidRPr="0074430B" w14:paraId="25971E5B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30F5EB58" w14:textId="70796E9C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6552691B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essere in regola con gli obblighi contributivi e previdenziali, ove applicabili, ai fini della verifica del DURC;</w:t>
            </w:r>
          </w:p>
        </w:tc>
      </w:tr>
      <w:tr w:rsidR="00811F6F" w:rsidRPr="00BC002D" w14:paraId="04AA862D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317451F7" w14:textId="6152EDD0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6794074" w14:textId="572DA5F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essere in regola con gli obblighi tributari e patrimoniali nei confronti del Comune secondo quanto richiesto dal bando</w:t>
            </w:r>
            <w:r w:rsidR="00F3006C">
              <w:rPr>
                <w:color w:val="263238"/>
                <w:lang w:val="it-IT"/>
              </w:rPr>
              <w:t xml:space="preserve">, </w:t>
            </w:r>
            <w:r w:rsidR="00F3006C" w:rsidRPr="00F3006C">
              <w:rPr>
                <w:color w:val="263238"/>
                <w:lang w:val="it-IT"/>
              </w:rPr>
              <w:t>fatta salva la regolarizzazione prevista dall'art. 3, comma 3, del bando</w:t>
            </w:r>
            <w:r w:rsidRPr="00DD496E">
              <w:rPr>
                <w:color w:val="263238"/>
                <w:lang w:val="it-IT"/>
              </w:rPr>
              <w:t>;</w:t>
            </w:r>
          </w:p>
        </w:tc>
      </w:tr>
      <w:tr w:rsidR="00811F6F" w:rsidRPr="0074430B" w14:paraId="52C95B14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1CEA0C45" w14:textId="7B4E8BAB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9E57514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rispettare, ove applicabili, gli obblighi assicurativi contro i danni da calamità naturali ed eventi catastrofali previsti dalla normativa vigente;</w:t>
            </w:r>
          </w:p>
        </w:tc>
      </w:tr>
      <w:tr w:rsidR="00811F6F" w:rsidRPr="0074430B" w14:paraId="75A228C3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11B7EDCD" w14:textId="3767B6AD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82A9BA7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essere consapevole che il contributo è concesso nel rispetto del regime di aiuto indicato dal bando e che l’Amministrazione effettuerà le verifiche previste nel Registro Nazionale degli Aiuti di Stato;</w:t>
            </w:r>
          </w:p>
        </w:tc>
      </w:tr>
      <w:tr w:rsidR="00811F6F" w:rsidRPr="0074430B" w14:paraId="6EC786E3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6902AB89" w14:textId="11B5906B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FFFFF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267B99C9" w14:textId="77777777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impegnarsi a comunicare eventuali altri contributi o agevolazioni riferiti alle medesime spese, al fine di consentire la verifica del cumulo e di evitare il doppio finanziamento dei medesimi costi;</w:t>
            </w:r>
          </w:p>
        </w:tc>
      </w:tr>
      <w:tr w:rsidR="00811F6F" w:rsidRPr="0074430B" w14:paraId="70849DFC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778EAE9E" w14:textId="1E727FED" w:rsidR="00811F6F" w:rsidRDefault="007A28F8">
            <w:pPr>
              <w:jc w:val="center"/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37CDE2DA" w14:textId="0E154229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di aver preso visione dell’informativa sul trattamento dei dati personali resa dal Comune per la presente procedura</w:t>
            </w:r>
            <w:r w:rsidR="00BD5EE5">
              <w:rPr>
                <w:color w:val="263238"/>
                <w:lang w:val="it-IT"/>
              </w:rPr>
              <w:t>;</w:t>
            </w:r>
          </w:p>
        </w:tc>
      </w:tr>
      <w:tr w:rsidR="007A28F8" w:rsidRPr="0074430B" w14:paraId="1679CF67" w14:textId="77777777" w:rsidTr="007A28F8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24995433" w14:textId="7B8C0170" w:rsidR="007A28F8" w:rsidRDefault="007A28F8">
            <w:pPr>
              <w:jc w:val="center"/>
              <w:rPr>
                <w:b/>
                <w:color w:val="5C8B87"/>
                <w:sz w:val="16"/>
              </w:rPr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293FFA80" w14:textId="6097E27A" w:rsidR="007A28F8" w:rsidRPr="00DD496E" w:rsidRDefault="00CD6FAD" w:rsidP="00F3006C">
            <w:pPr>
              <w:rPr>
                <w:color w:val="263238"/>
                <w:lang w:val="it-IT"/>
              </w:rPr>
            </w:pPr>
            <w:r>
              <w:rPr>
                <w:color w:val="263238"/>
                <w:lang w:val="it-IT"/>
              </w:rPr>
              <w:t xml:space="preserve">che l’impresa non si trova in alcuna causa di decadenza, sospensione o divieto prevista dall’articolo 67 del Codice delle leggi antimafia e delle misure di </w:t>
            </w:r>
            <w:proofErr w:type="gramStart"/>
            <w:r w:rsidRPr="00F3006C">
              <w:rPr>
                <w:color w:val="263238"/>
                <w:lang w:val="it-IT"/>
              </w:rPr>
              <w:t>i  prevenzione</w:t>
            </w:r>
            <w:proofErr w:type="gramEnd"/>
            <w:r w:rsidRPr="00F3006C">
              <w:rPr>
                <w:color w:val="263238"/>
                <w:lang w:val="it-IT"/>
              </w:rPr>
              <w:t>,  di  cui  al  decreto legislativo 6 settembre 2011, n. 159, o di un tentativo di infiltrazione mafiosa di cui all'articolo 84, comma 4, del medesimo codice</w:t>
            </w:r>
            <w:r w:rsidR="00BD5EE5" w:rsidRPr="00F3006C">
              <w:rPr>
                <w:color w:val="263238"/>
                <w:lang w:val="it-IT"/>
              </w:rPr>
              <w:t>;</w:t>
            </w:r>
          </w:p>
        </w:tc>
      </w:tr>
      <w:tr w:rsidR="007A28F8" w:rsidRPr="0074430B" w14:paraId="14CA7E8F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6D2A6ECE" w14:textId="0C900731" w:rsidR="007A28F8" w:rsidRDefault="007A28F8">
            <w:pPr>
              <w:jc w:val="center"/>
              <w:rPr>
                <w:b/>
                <w:color w:val="5C8B87"/>
                <w:sz w:val="16"/>
              </w:rPr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0FE9BB7E" w14:textId="083AF447" w:rsidR="007A28F8" w:rsidRPr="00DD496E" w:rsidRDefault="00F3006C" w:rsidP="00F3006C">
            <w:pPr>
              <w:rPr>
                <w:color w:val="263238"/>
                <w:lang w:val="it-IT"/>
              </w:rPr>
            </w:pPr>
            <w:r w:rsidRPr="00F3006C">
              <w:rPr>
                <w:color w:val="263238"/>
                <w:lang w:val="it-IT"/>
              </w:rPr>
              <w:t>che i legali rappresentanti o amministratori dell'impresa, alla data di presentazione della domanda e della successiva richiesta di liquidazione del contributo, non siano stati condannati</w:t>
            </w:r>
            <w:r w:rsidR="00CD6FAD" w:rsidRPr="00F3006C">
              <w:rPr>
                <w:color w:val="263238"/>
                <w:lang w:val="it-IT"/>
              </w:rPr>
              <w:t>, con sentenza definitiva o decreto penale di condanna divenuto irrevocabile per i reati che costituiscono motivo di esclusione di un operatore economico dalla partecipazione a una procedura di appalto o concessione ai sensi della normativa in materia di  contratti  pubblici  relativi  a lavori,  servizi  e forniture vigente alla data di presentazione della domanda</w:t>
            </w:r>
            <w:r w:rsidR="00BD5EE5" w:rsidRPr="00F3006C">
              <w:rPr>
                <w:color w:val="263238"/>
                <w:lang w:val="it-IT"/>
              </w:rPr>
              <w:t>;</w:t>
            </w:r>
          </w:p>
        </w:tc>
      </w:tr>
      <w:tr w:rsidR="007A28F8" w:rsidRPr="0074430B" w14:paraId="5C52D335" w14:textId="77777777" w:rsidTr="007A28F8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2151B9B3" w14:textId="594450CE" w:rsidR="007A28F8" w:rsidRDefault="007A28F8">
            <w:pPr>
              <w:jc w:val="center"/>
              <w:rPr>
                <w:b/>
                <w:color w:val="5C8B87"/>
                <w:sz w:val="16"/>
              </w:rPr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74DBCDA" w14:textId="305CCAF5" w:rsidR="007A28F8" w:rsidRPr="00DD496E" w:rsidRDefault="00CD6FAD" w:rsidP="00F3006C">
            <w:pPr>
              <w:rPr>
                <w:color w:val="263238"/>
                <w:lang w:val="it-IT"/>
              </w:rPr>
            </w:pPr>
            <w:r w:rsidRPr="00F3006C">
              <w:rPr>
                <w:color w:val="263238"/>
                <w:lang w:val="it-IT"/>
              </w:rPr>
              <w:t xml:space="preserve">che l’impresa non è destinataria della sanzione interdittiva di cui all’art. 9, comma 2, lettera d) </w:t>
            </w:r>
            <w:proofErr w:type="gramStart"/>
            <w:r w:rsidRPr="00F3006C">
              <w:rPr>
                <w:color w:val="263238"/>
                <w:lang w:val="it-IT"/>
              </w:rPr>
              <w:t>del  Decreto</w:t>
            </w:r>
            <w:proofErr w:type="gramEnd"/>
            <w:r w:rsidRPr="00F3006C">
              <w:rPr>
                <w:color w:val="263238"/>
                <w:lang w:val="it-IT"/>
              </w:rPr>
              <w:t xml:space="preserve"> legislativo 8 giugno 2001, n. 231 e successive modifiche e integrazioni o altra sanzione che  comporti il divieto di contrarre con la pubblica amministrazione</w:t>
            </w:r>
            <w:r w:rsidR="00BD5EE5" w:rsidRPr="00F3006C">
              <w:rPr>
                <w:color w:val="263238"/>
                <w:lang w:val="it-IT"/>
              </w:rPr>
              <w:t>;</w:t>
            </w:r>
          </w:p>
        </w:tc>
      </w:tr>
      <w:tr w:rsidR="007A28F8" w:rsidRPr="00BC002D" w14:paraId="5D878E92" w14:textId="77777777" w:rsidTr="007A28F8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1977068E" w14:textId="084FC1B8" w:rsidR="007A28F8" w:rsidRDefault="007A28F8">
            <w:pPr>
              <w:jc w:val="center"/>
              <w:rPr>
                <w:b/>
                <w:color w:val="5C8B87"/>
                <w:sz w:val="16"/>
              </w:rPr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064343AA" w14:textId="5361E479" w:rsidR="007A28F8" w:rsidRPr="00DD496E" w:rsidRDefault="00BD5EE5" w:rsidP="00F3006C">
            <w:pPr>
              <w:rPr>
                <w:color w:val="263238"/>
                <w:lang w:val="it-IT"/>
              </w:rPr>
            </w:pPr>
            <w:r>
              <w:rPr>
                <w:color w:val="263238"/>
                <w:lang w:val="it-IT"/>
              </w:rPr>
              <w:t>c</w:t>
            </w:r>
            <w:r w:rsidR="00CD6FAD">
              <w:rPr>
                <w:color w:val="263238"/>
                <w:lang w:val="it-IT"/>
              </w:rPr>
              <w:t>he l’impresa non opera nei settori esclusi di cui all’art. 1</w:t>
            </w:r>
            <w:r w:rsidR="00CD6FAD" w:rsidRPr="00F3006C">
              <w:rPr>
                <w:color w:val="263238"/>
                <w:lang w:val="it-IT"/>
              </w:rPr>
              <w:t xml:space="preserve"> del reg. (UE) 2023/2831 (de </w:t>
            </w:r>
            <w:proofErr w:type="spellStart"/>
            <w:r w:rsidR="00CD6FAD" w:rsidRPr="00F3006C">
              <w:rPr>
                <w:color w:val="263238"/>
                <w:lang w:val="it-IT"/>
              </w:rPr>
              <w:t>minimis</w:t>
            </w:r>
            <w:proofErr w:type="spellEnd"/>
            <w:r w:rsidR="00CD6FAD" w:rsidRPr="00F3006C">
              <w:rPr>
                <w:color w:val="263238"/>
                <w:lang w:val="it-IT"/>
              </w:rPr>
              <w:t>)</w:t>
            </w:r>
            <w:r w:rsidRPr="00F3006C">
              <w:rPr>
                <w:color w:val="263238"/>
                <w:lang w:val="it-IT"/>
              </w:rPr>
              <w:t>;</w:t>
            </w:r>
          </w:p>
        </w:tc>
      </w:tr>
      <w:tr w:rsidR="007A28F8" w:rsidRPr="0074430B" w14:paraId="1CD581A5" w14:textId="77777777" w:rsidTr="007A28F8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142" w:type="dxa"/>
          <w:jc w:val="center"/>
        </w:trPr>
        <w:tc>
          <w:tcPr>
            <w:tcW w:w="652" w:type="dxa"/>
            <w:shd w:val="clear" w:color="auto" w:fill="EAF3EF"/>
            <w:tcMar>
              <w:top w:w="42" w:type="dxa"/>
              <w:left w:w="45" w:type="dxa"/>
              <w:bottom w:w="42" w:type="dxa"/>
              <w:right w:w="45" w:type="dxa"/>
            </w:tcMar>
            <w:vAlign w:val="center"/>
          </w:tcPr>
          <w:p w14:paraId="1DB8ECC2" w14:textId="76C76E42" w:rsidR="007A28F8" w:rsidRDefault="007A28F8">
            <w:pPr>
              <w:jc w:val="center"/>
              <w:rPr>
                <w:b/>
                <w:color w:val="5C8B87"/>
                <w:sz w:val="16"/>
              </w:rPr>
            </w:pPr>
            <w:r>
              <w:rPr>
                <w:b/>
                <w:color w:val="5C8B87"/>
                <w:sz w:val="16"/>
              </w:rPr>
              <w:t>-</w:t>
            </w:r>
          </w:p>
        </w:tc>
        <w:tc>
          <w:tcPr>
            <w:tcW w:w="10093" w:type="dxa"/>
            <w:gridSpan w:val="3"/>
            <w:tcMar>
              <w:top w:w="42" w:type="dxa"/>
              <w:left w:w="60" w:type="dxa"/>
              <w:bottom w:w="42" w:type="dxa"/>
              <w:right w:w="60" w:type="dxa"/>
            </w:tcMar>
            <w:vAlign w:val="center"/>
          </w:tcPr>
          <w:p w14:paraId="5A5F809A" w14:textId="2825FD20" w:rsidR="007A28F8" w:rsidRPr="00DD496E" w:rsidRDefault="00BD5EE5" w:rsidP="00F3006C">
            <w:pPr>
              <w:rPr>
                <w:color w:val="263238"/>
                <w:lang w:val="it-IT"/>
              </w:rPr>
            </w:pPr>
            <w:r w:rsidRPr="00F3006C">
              <w:rPr>
                <w:color w:val="263238"/>
                <w:lang w:val="it-IT"/>
              </w:rPr>
              <w:t xml:space="preserve">che l’impresa è in regola con la disciplina antiriciclaggio di cui al </w:t>
            </w:r>
            <w:proofErr w:type="spellStart"/>
            <w:r w:rsidRPr="00F3006C">
              <w:rPr>
                <w:color w:val="263238"/>
                <w:lang w:val="it-IT"/>
              </w:rPr>
              <w:t>D.Lgs.</w:t>
            </w:r>
            <w:proofErr w:type="spellEnd"/>
            <w:r w:rsidRPr="00F3006C">
              <w:rPr>
                <w:color w:val="263238"/>
                <w:lang w:val="it-IT"/>
              </w:rPr>
              <w:t xml:space="preserve"> 231/2007 e successive disposizioni attuative</w:t>
            </w:r>
          </w:p>
        </w:tc>
      </w:tr>
      <w:tr w:rsidR="00811F6F" w:rsidRPr="0074430B" w14:paraId="7741FBEF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4" w:type="dxa"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AADAFC1" w14:textId="77777777" w:rsidR="00811F6F" w:rsidRPr="00390B46" w:rsidRDefault="007A262B">
            <w:pPr>
              <w:rPr>
                <w:sz w:val="20"/>
                <w:szCs w:val="20"/>
              </w:rPr>
            </w:pPr>
            <w:r w:rsidRPr="00390B46">
              <w:rPr>
                <w:b/>
                <w:color w:val="315D52"/>
                <w:sz w:val="20"/>
                <w:szCs w:val="20"/>
              </w:rPr>
              <w:t xml:space="preserve">DURC / </w:t>
            </w: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posizione</w:t>
            </w:r>
            <w:proofErr w:type="spellEnd"/>
            <w:r w:rsidRPr="00390B46">
              <w:rPr>
                <w:b/>
                <w:color w:val="315D52"/>
                <w:sz w:val="20"/>
                <w:szCs w:val="20"/>
              </w:rPr>
              <w:t xml:space="preserve"> </w:t>
            </w: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contributiva</w:t>
            </w:r>
            <w:proofErr w:type="spellEnd"/>
          </w:p>
        </w:tc>
        <w:tc>
          <w:tcPr>
            <w:tcW w:w="9019" w:type="dxa"/>
            <w:gridSpan w:val="3"/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3C4578" w14:textId="77777777" w:rsidR="00811F6F" w:rsidRPr="00390B46" w:rsidRDefault="007A262B">
            <w:pPr>
              <w:rPr>
                <w:sz w:val="20"/>
                <w:szCs w:val="20"/>
                <w:lang w:val="it-IT"/>
              </w:rPr>
            </w:pPr>
            <w:r w:rsidRPr="00390B46">
              <w:rPr>
                <w:color w:val="263238"/>
                <w:sz w:val="20"/>
                <w:szCs w:val="20"/>
                <w:lang w:val="it-IT"/>
              </w:rPr>
              <w:t>☐ ha dipendenti    ☐ non ha dipendenti    ☐ non è tenuta a iscrizione obbligatoria</w:t>
            </w:r>
            <w:r w:rsidRPr="00390B46">
              <w:rPr>
                <w:color w:val="263238"/>
                <w:sz w:val="20"/>
                <w:szCs w:val="20"/>
                <w:lang w:val="it-IT"/>
              </w:rPr>
              <w:br/>
              <w:t>Ente/cassa previdenziale (se utile) ______________________________________</w:t>
            </w:r>
          </w:p>
        </w:tc>
      </w:tr>
      <w:tr w:rsidR="00811F6F" w:rsidRPr="0074430B" w14:paraId="7A8B3DD4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4" w:type="dxa"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6AFCE1" w14:textId="77777777" w:rsidR="00811F6F" w:rsidRPr="00390B46" w:rsidRDefault="007A262B">
            <w:pPr>
              <w:rPr>
                <w:sz w:val="20"/>
                <w:szCs w:val="20"/>
              </w:rPr>
            </w:pP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Assicurazione</w:t>
            </w:r>
            <w:proofErr w:type="spellEnd"/>
            <w:r w:rsidRPr="00390B46">
              <w:rPr>
                <w:b/>
                <w:color w:val="315D52"/>
                <w:sz w:val="20"/>
                <w:szCs w:val="20"/>
              </w:rPr>
              <w:t xml:space="preserve"> </w:t>
            </w: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calamità</w:t>
            </w:r>
            <w:proofErr w:type="spellEnd"/>
            <w:r w:rsidRPr="00390B46">
              <w:rPr>
                <w:b/>
                <w:color w:val="315D52"/>
                <w:sz w:val="20"/>
                <w:szCs w:val="20"/>
              </w:rPr>
              <w:t xml:space="preserve"> </w:t>
            </w: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naturali</w:t>
            </w:r>
            <w:proofErr w:type="spellEnd"/>
          </w:p>
        </w:tc>
        <w:tc>
          <w:tcPr>
            <w:tcW w:w="9019" w:type="dxa"/>
            <w:gridSpan w:val="3"/>
            <w:shd w:val="clear" w:color="auto" w:fill="F7FAF8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7423B8" w14:textId="77777777" w:rsidR="00811F6F" w:rsidRPr="00390B46" w:rsidRDefault="007A262B">
            <w:pPr>
              <w:rPr>
                <w:sz w:val="20"/>
                <w:szCs w:val="20"/>
                <w:lang w:val="it-IT"/>
              </w:rPr>
            </w:pPr>
            <w:r w:rsidRPr="00390B46">
              <w:rPr>
                <w:color w:val="263238"/>
                <w:sz w:val="20"/>
                <w:szCs w:val="20"/>
                <w:lang w:val="it-IT"/>
              </w:rPr>
              <w:t>☐ non soggetta    ☐ in regola con obbligo applicabile</w:t>
            </w:r>
            <w:r w:rsidRPr="00390B46">
              <w:rPr>
                <w:color w:val="263238"/>
                <w:sz w:val="20"/>
                <w:szCs w:val="20"/>
                <w:lang w:val="it-IT"/>
              </w:rPr>
              <w:br/>
              <w:t>Polizza n. _______________________ Compagnia _____________________________________</w:t>
            </w:r>
          </w:p>
        </w:tc>
      </w:tr>
      <w:tr w:rsidR="006C46DA" w:rsidRPr="00390B46" w14:paraId="003D819D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4" w:type="dxa"/>
          <w:trHeight w:val="1055"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33DF3D" w14:textId="77777777" w:rsidR="006C46DA" w:rsidRPr="00390B46" w:rsidRDefault="006C46DA" w:rsidP="006C46DA">
            <w:pPr>
              <w:rPr>
                <w:sz w:val="20"/>
                <w:szCs w:val="20"/>
              </w:rPr>
            </w:pPr>
            <w:r w:rsidRPr="00390B46">
              <w:rPr>
                <w:b/>
                <w:color w:val="315D52"/>
                <w:sz w:val="20"/>
                <w:szCs w:val="20"/>
              </w:rPr>
              <w:t xml:space="preserve">Note del </w:t>
            </w:r>
            <w:proofErr w:type="spellStart"/>
            <w:r w:rsidRPr="00390B46">
              <w:rPr>
                <w:b/>
                <w:color w:val="315D52"/>
                <w:sz w:val="20"/>
                <w:szCs w:val="20"/>
              </w:rPr>
              <w:t>richiedente</w:t>
            </w:r>
            <w:proofErr w:type="spellEnd"/>
          </w:p>
        </w:tc>
        <w:tc>
          <w:tcPr>
            <w:tcW w:w="9019" w:type="dxa"/>
            <w:gridSpan w:val="3"/>
            <w:shd w:val="clear" w:color="auto" w:fill="F7FAF8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FDE8EB" w14:textId="1881E406" w:rsidR="006C46DA" w:rsidRDefault="006C46DA" w:rsidP="006C46DA">
            <w:pPr>
              <w:rPr>
                <w:color w:val="263238"/>
                <w:sz w:val="20"/>
                <w:szCs w:val="20"/>
              </w:rPr>
            </w:pPr>
            <w:r w:rsidRPr="00390B46">
              <w:rPr>
                <w:color w:val="263238"/>
                <w:sz w:val="20"/>
                <w:szCs w:val="20"/>
              </w:rPr>
              <w:t>_________________________________________________</w:t>
            </w:r>
            <w:r>
              <w:rPr>
                <w:color w:val="263238"/>
                <w:sz w:val="20"/>
                <w:szCs w:val="20"/>
              </w:rPr>
              <w:t>_______________</w:t>
            </w:r>
            <w:r w:rsidRPr="00390B46">
              <w:rPr>
                <w:color w:val="263238"/>
                <w:sz w:val="20"/>
                <w:szCs w:val="20"/>
              </w:rPr>
              <w:t>______________</w:t>
            </w:r>
          </w:p>
          <w:p w14:paraId="773A3E0C" w14:textId="77777777" w:rsidR="006C46DA" w:rsidRDefault="006C46DA" w:rsidP="006C46DA">
            <w:pPr>
              <w:rPr>
                <w:color w:val="263238"/>
                <w:sz w:val="20"/>
                <w:szCs w:val="20"/>
              </w:rPr>
            </w:pPr>
            <w:r w:rsidRPr="00390B46">
              <w:rPr>
                <w:color w:val="263238"/>
                <w:sz w:val="20"/>
                <w:szCs w:val="20"/>
              </w:rPr>
              <w:t>_________________________________________________</w:t>
            </w:r>
            <w:r>
              <w:rPr>
                <w:color w:val="263238"/>
                <w:sz w:val="20"/>
                <w:szCs w:val="20"/>
              </w:rPr>
              <w:t>_______________</w:t>
            </w:r>
            <w:r w:rsidRPr="00390B46">
              <w:rPr>
                <w:color w:val="263238"/>
                <w:sz w:val="20"/>
                <w:szCs w:val="20"/>
              </w:rPr>
              <w:t>______________</w:t>
            </w:r>
          </w:p>
          <w:p w14:paraId="397C4800" w14:textId="77777777" w:rsidR="006C46DA" w:rsidRDefault="006C46DA" w:rsidP="006C46DA">
            <w:pPr>
              <w:rPr>
                <w:color w:val="263238"/>
                <w:sz w:val="20"/>
                <w:szCs w:val="20"/>
              </w:rPr>
            </w:pPr>
            <w:r w:rsidRPr="00390B46">
              <w:rPr>
                <w:color w:val="263238"/>
                <w:sz w:val="20"/>
                <w:szCs w:val="20"/>
              </w:rPr>
              <w:t>_________________________________________________</w:t>
            </w:r>
            <w:r>
              <w:rPr>
                <w:color w:val="263238"/>
                <w:sz w:val="20"/>
                <w:szCs w:val="20"/>
              </w:rPr>
              <w:t>_______________</w:t>
            </w:r>
            <w:r w:rsidRPr="00390B46">
              <w:rPr>
                <w:color w:val="263238"/>
                <w:sz w:val="20"/>
                <w:szCs w:val="20"/>
              </w:rPr>
              <w:t>______________</w:t>
            </w:r>
          </w:p>
          <w:p w14:paraId="65080891" w14:textId="68300DFD" w:rsidR="006C46DA" w:rsidRPr="00390B46" w:rsidRDefault="006C46DA" w:rsidP="006C46DA">
            <w:pPr>
              <w:rPr>
                <w:sz w:val="20"/>
                <w:szCs w:val="20"/>
              </w:rPr>
            </w:pPr>
            <w:r w:rsidRPr="00390B46">
              <w:rPr>
                <w:color w:val="263238"/>
                <w:sz w:val="20"/>
                <w:szCs w:val="20"/>
              </w:rPr>
              <w:t>_________________________________________________</w:t>
            </w:r>
            <w:r>
              <w:rPr>
                <w:color w:val="263238"/>
                <w:sz w:val="20"/>
                <w:szCs w:val="20"/>
              </w:rPr>
              <w:t>_______________</w:t>
            </w:r>
            <w:r w:rsidRPr="00390B46">
              <w:rPr>
                <w:color w:val="263238"/>
                <w:sz w:val="20"/>
                <w:szCs w:val="20"/>
              </w:rPr>
              <w:t>____________</w:t>
            </w:r>
            <w:r>
              <w:rPr>
                <w:color w:val="263238"/>
                <w:sz w:val="20"/>
                <w:szCs w:val="20"/>
              </w:rPr>
              <w:t>__</w:t>
            </w:r>
          </w:p>
        </w:tc>
      </w:tr>
    </w:tbl>
    <w:p w14:paraId="3038E515" w14:textId="739D303D" w:rsidR="00790A3A" w:rsidRDefault="00790A3A"/>
    <w:p w14:paraId="64D2A8B8" w14:textId="77777777" w:rsidR="00E1692F" w:rsidRDefault="00E1692F"/>
    <w:p w14:paraId="009F9595" w14:textId="77777777" w:rsidR="00E1692F" w:rsidRDefault="00E1692F"/>
    <w:p w14:paraId="053A167A" w14:textId="77777777" w:rsidR="00E1692F" w:rsidRDefault="00E1692F"/>
    <w:p w14:paraId="207CF348" w14:textId="77777777" w:rsidR="00E1692F" w:rsidRDefault="00E1692F"/>
    <w:p w14:paraId="748DCF87" w14:textId="77777777" w:rsidR="00E1692F" w:rsidRDefault="00E1692F"/>
    <w:p w14:paraId="7F5F5BB2" w14:textId="77777777" w:rsidR="00E1692F" w:rsidRDefault="00E1692F"/>
    <w:p w14:paraId="084DC89C" w14:textId="77777777" w:rsidR="00E1692F" w:rsidRDefault="00E1692F"/>
    <w:p w14:paraId="2B15AF69" w14:textId="77777777" w:rsidR="00E1692F" w:rsidRDefault="00E1692F"/>
    <w:p w14:paraId="79F72575" w14:textId="77777777" w:rsidR="00E1692F" w:rsidRDefault="00E1692F"/>
    <w:p w14:paraId="1965034D" w14:textId="77777777" w:rsidR="00E1692F" w:rsidRDefault="00E1692F"/>
    <w:p w14:paraId="533C55F2" w14:textId="77777777" w:rsidR="00E1692F" w:rsidRDefault="00E1692F"/>
    <w:p w14:paraId="4CBA0EDD" w14:textId="77777777" w:rsidR="00E1692F" w:rsidRDefault="00E1692F"/>
    <w:p w14:paraId="18D907FC" w14:textId="77777777" w:rsidR="00E1692F" w:rsidRDefault="00E1692F"/>
    <w:p w14:paraId="5913FDE6" w14:textId="77777777" w:rsidR="00E1692F" w:rsidRDefault="00E1692F"/>
    <w:p w14:paraId="6F0058F6" w14:textId="77777777" w:rsidR="00E1692F" w:rsidRDefault="00E1692F"/>
    <w:p w14:paraId="7B61D198" w14:textId="77777777" w:rsidR="00E1692F" w:rsidRDefault="00E1692F"/>
    <w:p w14:paraId="72B2BAB6" w14:textId="77777777" w:rsidR="00E1692F" w:rsidRDefault="00E1692F"/>
    <w:p w14:paraId="4DB1DA1E" w14:textId="77777777" w:rsidR="00E1692F" w:rsidRDefault="00E1692F"/>
    <w:p w14:paraId="3B09906F" w14:textId="77777777" w:rsidR="00E1692F" w:rsidRDefault="00E1692F"/>
    <w:p w14:paraId="78F6BC80" w14:textId="77777777" w:rsidR="00E1692F" w:rsidRDefault="00E1692F"/>
    <w:p w14:paraId="2CAA73F6" w14:textId="77777777" w:rsidR="00E1692F" w:rsidRDefault="00E1692F"/>
    <w:p w14:paraId="222F68C7" w14:textId="77777777" w:rsidR="00E1692F" w:rsidRDefault="00E1692F"/>
    <w:p w14:paraId="0FD36DEB" w14:textId="77777777" w:rsidR="00E1692F" w:rsidRDefault="00E1692F"/>
    <w:p w14:paraId="3D2C78C2" w14:textId="77777777" w:rsidR="00E1692F" w:rsidRDefault="00E1692F"/>
    <w:p w14:paraId="6E2180A4" w14:textId="77777777" w:rsidR="00E1692F" w:rsidRDefault="00E1692F"/>
    <w:p w14:paraId="16510F70" w14:textId="77777777" w:rsidR="00E1692F" w:rsidRDefault="00E1692F"/>
    <w:p w14:paraId="3EC9F8E8" w14:textId="77777777" w:rsidR="00E1692F" w:rsidRDefault="00E1692F"/>
    <w:p w14:paraId="655E9F1E" w14:textId="77777777" w:rsidR="00E1692F" w:rsidRDefault="00E1692F"/>
    <w:p w14:paraId="7A0B1CA2" w14:textId="77777777" w:rsidR="00E1692F" w:rsidRDefault="00E1692F"/>
    <w:p w14:paraId="175671C8" w14:textId="77777777" w:rsidR="00E1692F" w:rsidRDefault="00E1692F"/>
    <w:p w14:paraId="6A57D41B" w14:textId="77777777" w:rsidR="00E1692F" w:rsidRDefault="00E1692F"/>
    <w:p w14:paraId="4670F077" w14:textId="77777777" w:rsidR="00E1692F" w:rsidRDefault="00E1692F"/>
    <w:p w14:paraId="75C5EB34" w14:textId="77777777" w:rsidR="00E1692F" w:rsidRDefault="00E1692F"/>
    <w:p w14:paraId="44DD3243" w14:textId="77777777" w:rsidR="00E1692F" w:rsidRDefault="00E1692F"/>
    <w:p w14:paraId="74DDFE4B" w14:textId="77777777" w:rsidR="00E1692F" w:rsidRDefault="00E1692F"/>
    <w:p w14:paraId="00D32F1A" w14:textId="77777777" w:rsidR="006C46DA" w:rsidRDefault="006C46DA"/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shd w:val="clear" w:color="auto" w:fill="0F243E" w:themeFill="text2" w:themeFillShade="80"/>
        <w:tblLayout w:type="fixed"/>
        <w:tblLook w:val="04A0" w:firstRow="1" w:lastRow="0" w:firstColumn="1" w:lastColumn="0" w:noHBand="0" w:noVBand="1"/>
      </w:tblPr>
      <w:tblGrid>
        <w:gridCol w:w="75"/>
        <w:gridCol w:w="2102"/>
        <w:gridCol w:w="2177"/>
        <w:gridCol w:w="2177"/>
        <w:gridCol w:w="420"/>
        <w:gridCol w:w="1757"/>
        <w:gridCol w:w="2140"/>
        <w:gridCol w:w="44"/>
        <w:gridCol w:w="11"/>
      </w:tblGrid>
      <w:tr w:rsidR="00811F6F" w14:paraId="3252A292" w14:textId="77777777" w:rsidTr="00655DEE">
        <w:trPr>
          <w:gridAfter w:val="1"/>
          <w:wAfter w:w="11" w:type="dxa"/>
          <w:jc w:val="center"/>
        </w:trPr>
        <w:tc>
          <w:tcPr>
            <w:tcW w:w="6951" w:type="dxa"/>
            <w:gridSpan w:val="5"/>
            <w:shd w:val="clear" w:color="auto" w:fill="0F243E" w:themeFill="text2" w:themeFillShade="80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1B9265B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21"/>
                <w:lang w:val="it-IT"/>
              </w:rPr>
              <w:lastRenderedPageBreak/>
              <w:t>PIANO FINANZIARIO DEGLI INVESTIMENTI</w:t>
            </w:r>
          </w:p>
          <w:p w14:paraId="07012EBA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lang w:val="it-IT"/>
              </w:rPr>
              <w:t>Indicare i preventivi e le spese candidate; allegare la documentazione prevista dal bando</w:t>
            </w:r>
          </w:p>
        </w:tc>
        <w:tc>
          <w:tcPr>
            <w:tcW w:w="3941" w:type="dxa"/>
            <w:gridSpan w:val="3"/>
            <w:shd w:val="clear" w:color="auto" w:fill="0F243E" w:themeFill="text2" w:themeFillShade="80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36A5BDA" w14:textId="77777777" w:rsidR="00811F6F" w:rsidRDefault="007A262B">
            <w:pPr>
              <w:jc w:val="right"/>
            </w:pPr>
            <w:r>
              <w:rPr>
                <w:b/>
                <w:color w:val="FFFFFF"/>
                <w:sz w:val="16"/>
              </w:rPr>
              <w:t>H.U.B.</w:t>
            </w:r>
            <w:r>
              <w:rPr>
                <w:b/>
                <w:color w:val="FFFFFF"/>
                <w:sz w:val="16"/>
              </w:rPr>
              <w:br/>
              <w:t>CAMPAGNOLA</w:t>
            </w:r>
          </w:p>
        </w:tc>
      </w:tr>
      <w:tr w:rsidR="00811F6F" w:rsidRPr="0074430B" w14:paraId="0108ABBC" w14:textId="77777777" w:rsidTr="00655DEE">
        <w:tblPrEx>
          <w:jc w:val="left"/>
          <w:tblBorders>
            <w:top w:val="single" w:sz="3" w:space="0" w:color="D5DEDF"/>
            <w:left w:val="single" w:sz="3" w:space="0" w:color="D5DEDF"/>
            <w:bottom w:val="single" w:sz="3" w:space="0" w:color="D5DEDF"/>
            <w:right w:val="single" w:sz="3" w:space="0" w:color="D5DEDF"/>
            <w:insideH w:val="single" w:sz="3" w:space="0" w:color="D5DEDF"/>
            <w:insideV w:val="single" w:sz="3" w:space="0" w:color="D5DEDF"/>
          </w:tblBorders>
          <w:shd w:val="clear" w:color="auto" w:fill="auto"/>
        </w:tblPrEx>
        <w:trPr>
          <w:gridBefore w:val="1"/>
          <w:gridAfter w:val="2"/>
          <w:wBefore w:w="75" w:type="dxa"/>
          <w:wAfter w:w="55" w:type="dxa"/>
        </w:trPr>
        <w:tc>
          <w:tcPr>
            <w:tcW w:w="10773" w:type="dxa"/>
            <w:gridSpan w:val="6"/>
            <w:shd w:val="clear" w:color="auto" w:fill="EAF3E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3395DB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Compilare le sole linee interessate. Gli importi devono corrispondere ai preventivi/documenti allegati. Indicare l’IVA separatamente quando recuperabile; se l’IVA costituisce costo ammissibile secondo il bando, potrà essere ricompresa nel valore candidato.</w:t>
            </w:r>
          </w:p>
        </w:tc>
      </w:tr>
      <w:tr w:rsidR="006C46DA" w:rsidRPr="0074430B" w14:paraId="112B99DE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1090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645C09" w14:textId="77777777" w:rsidR="006C46DA" w:rsidRPr="00020F10" w:rsidRDefault="006C46DA">
            <w:pPr>
              <w:rPr>
                <w:b/>
                <w:color w:val="FFFFFF"/>
                <w:sz w:val="4"/>
                <w:lang w:val="it-IT"/>
              </w:rPr>
            </w:pPr>
          </w:p>
        </w:tc>
      </w:tr>
      <w:tr w:rsidR="00811F6F" w:rsidRPr="0074430B" w14:paraId="5D225CA6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10903" w:type="dxa"/>
            <w:gridSpan w:val="9"/>
            <w:tcBorders>
              <w:top w:val="nil"/>
            </w:tcBorders>
            <w:shd w:val="clear" w:color="auto" w:fill="527F7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4B0EF1D" w14:textId="1CAB44EB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6"/>
                <w:lang w:val="it-IT"/>
              </w:rPr>
              <w:t xml:space="preserve">LINEA </w:t>
            </w:r>
            <w:r w:rsidR="007A28F8">
              <w:rPr>
                <w:b/>
                <w:color w:val="FFFFFF"/>
                <w:sz w:val="16"/>
                <w:lang w:val="it-IT"/>
              </w:rPr>
              <w:t>1</w:t>
            </w:r>
            <w:r w:rsidRPr="00DD496E">
              <w:rPr>
                <w:b/>
                <w:color w:val="FFFFFF"/>
                <w:sz w:val="16"/>
                <w:lang w:val="it-IT"/>
              </w:rPr>
              <w:t xml:space="preserve"> – APERTURA, RISTRUTTURAZIONE E AMMODERNAMENTO</w:t>
            </w:r>
          </w:p>
          <w:p w14:paraId="52D1FEA2" w14:textId="46CE62B3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Opere edilizie e impiantistiche, accessibilità, efficientamento e altri int</w:t>
            </w:r>
            <w:r w:rsidR="00F3006C">
              <w:rPr>
                <w:b/>
                <w:color w:val="FFFFFF"/>
                <w:sz w:val="15"/>
                <w:lang w:val="it-IT"/>
              </w:rPr>
              <w:t>erventi rientranti nella Linea 1</w:t>
            </w:r>
            <w:r w:rsidRPr="00DD496E">
              <w:rPr>
                <w:b/>
                <w:color w:val="FFFFFF"/>
                <w:sz w:val="15"/>
                <w:lang w:val="it-IT"/>
              </w:rPr>
              <w:t xml:space="preserve"> secondo il bando.</w:t>
            </w:r>
          </w:p>
        </w:tc>
      </w:tr>
      <w:tr w:rsidR="00811F6F" w14:paraId="30B74AD6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9374E" w14:textId="77777777" w:rsidR="00811F6F" w:rsidRPr="00DD496E" w:rsidRDefault="007A262B">
            <w:pPr>
              <w:jc w:val="center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Preventivo / documento</w:t>
            </w:r>
            <w:r w:rsidRPr="00DD496E">
              <w:rPr>
                <w:b/>
                <w:color w:val="FFFFFF"/>
                <w:sz w:val="15"/>
                <w:lang w:val="it-IT"/>
              </w:rPr>
              <w:br/>
              <w:t>(n. e data)</w:t>
            </w:r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B6D80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Fornitore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0489E3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Descrizione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spesa</w:t>
            </w:r>
            <w:proofErr w:type="spellEnd"/>
          </w:p>
        </w:tc>
        <w:tc>
          <w:tcPr>
            <w:tcW w:w="2177" w:type="dxa"/>
            <w:gridSpan w:val="2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AA0C1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Imponibile</w:t>
            </w:r>
            <w:proofErr w:type="spellEnd"/>
            <w:r>
              <w:rPr>
                <w:b/>
                <w:color w:val="FFFFFF"/>
                <w:sz w:val="15"/>
              </w:rPr>
              <w:t xml:space="preserve"> €</w:t>
            </w:r>
          </w:p>
        </w:tc>
        <w:tc>
          <w:tcPr>
            <w:tcW w:w="2195" w:type="dxa"/>
            <w:gridSpan w:val="3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5FD68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IVA €</w:t>
            </w:r>
          </w:p>
        </w:tc>
      </w:tr>
      <w:tr w:rsidR="00811F6F" w14:paraId="6BDDBFC9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2BEB53C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93B68D4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7318967" w14:textId="77777777" w:rsidR="00811F6F" w:rsidRDefault="00811F6F"/>
        </w:tc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270EC9E" w14:textId="77777777" w:rsidR="00811F6F" w:rsidRDefault="00811F6F"/>
        </w:tc>
        <w:tc>
          <w:tcPr>
            <w:tcW w:w="2195" w:type="dxa"/>
            <w:gridSpan w:val="3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13225B8" w14:textId="77777777" w:rsidR="00811F6F" w:rsidRDefault="00811F6F"/>
        </w:tc>
      </w:tr>
      <w:tr w:rsidR="00811F6F" w14:paraId="49D03813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51367D9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483C3F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E0226FD" w14:textId="77777777" w:rsidR="00811F6F" w:rsidRDefault="00811F6F"/>
        </w:tc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39E713C" w14:textId="77777777" w:rsidR="00811F6F" w:rsidRDefault="00811F6F"/>
        </w:tc>
        <w:tc>
          <w:tcPr>
            <w:tcW w:w="2195" w:type="dxa"/>
            <w:gridSpan w:val="3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06ABC8C" w14:textId="77777777" w:rsidR="00811F6F" w:rsidRDefault="00811F6F"/>
        </w:tc>
      </w:tr>
      <w:tr w:rsidR="00811F6F" w14:paraId="66671CE5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4041C6C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CC34E2D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B9AE040" w14:textId="77777777" w:rsidR="00811F6F" w:rsidRDefault="00811F6F"/>
        </w:tc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F99D129" w14:textId="77777777" w:rsidR="00811F6F" w:rsidRDefault="00811F6F"/>
        </w:tc>
        <w:tc>
          <w:tcPr>
            <w:tcW w:w="2195" w:type="dxa"/>
            <w:gridSpan w:val="3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AFA10E5" w14:textId="77777777" w:rsidR="00811F6F" w:rsidRDefault="00811F6F"/>
        </w:tc>
      </w:tr>
      <w:tr w:rsidR="00811F6F" w14:paraId="2A4FFEA4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CCC7933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B52649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2EA684C" w14:textId="77777777" w:rsidR="00811F6F" w:rsidRDefault="00811F6F"/>
        </w:tc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5B00B4C" w14:textId="77777777" w:rsidR="00811F6F" w:rsidRDefault="00811F6F"/>
        </w:tc>
        <w:tc>
          <w:tcPr>
            <w:tcW w:w="2195" w:type="dxa"/>
            <w:gridSpan w:val="3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DAE145C" w14:textId="77777777" w:rsidR="00811F6F" w:rsidRDefault="00811F6F"/>
        </w:tc>
      </w:tr>
      <w:tr w:rsidR="00811F6F" w14:paraId="44A03DFB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9E89EA9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C1BA55E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BA3D72C" w14:textId="77777777" w:rsidR="00811F6F" w:rsidRDefault="00811F6F"/>
        </w:tc>
        <w:tc>
          <w:tcPr>
            <w:tcW w:w="2177" w:type="dxa"/>
            <w:gridSpan w:val="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7828C86" w14:textId="77777777" w:rsidR="00811F6F" w:rsidRDefault="00811F6F"/>
        </w:tc>
        <w:tc>
          <w:tcPr>
            <w:tcW w:w="2195" w:type="dxa"/>
            <w:gridSpan w:val="3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655CCD8" w14:textId="77777777" w:rsidR="00811F6F" w:rsidRDefault="00811F6F"/>
        </w:tc>
      </w:tr>
      <w:tr w:rsidR="00811F6F" w14:paraId="0B4A383D" w14:textId="77777777" w:rsidTr="00655DEE">
        <w:tblPrEx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  <w:shd w:val="clear" w:color="auto" w:fill="auto"/>
        </w:tblPrEx>
        <w:trPr>
          <w:jc w:val="center"/>
        </w:trPr>
        <w:tc>
          <w:tcPr>
            <w:tcW w:w="6531" w:type="dxa"/>
            <w:gridSpan w:val="4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7692E9" w14:textId="77777777" w:rsidR="00811F6F" w:rsidRDefault="007A262B">
            <w:pPr>
              <w:jc w:val="right"/>
            </w:pPr>
            <w:r>
              <w:rPr>
                <w:b/>
                <w:color w:val="173C4F"/>
              </w:rPr>
              <w:t>TOTALE LINEA</w:t>
            </w:r>
          </w:p>
        </w:tc>
        <w:tc>
          <w:tcPr>
            <w:tcW w:w="2177" w:type="dxa"/>
            <w:gridSpan w:val="2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EECE7C" w14:textId="77777777" w:rsidR="00811F6F" w:rsidRDefault="007A262B">
            <w:r>
              <w:t>€ __________</w:t>
            </w:r>
          </w:p>
        </w:tc>
        <w:tc>
          <w:tcPr>
            <w:tcW w:w="2195" w:type="dxa"/>
            <w:gridSpan w:val="3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43CB8" w14:textId="77777777" w:rsidR="00811F6F" w:rsidRDefault="007A262B">
            <w:r>
              <w:t>€ _________</w:t>
            </w:r>
          </w:p>
        </w:tc>
      </w:tr>
    </w:tbl>
    <w:p w14:paraId="302C9D5F" w14:textId="77777777" w:rsidR="006C46DA" w:rsidRDefault="006C46DA">
      <w:pPr>
        <w:spacing w:after="60"/>
      </w:pPr>
    </w:p>
    <w:tbl>
      <w:tblPr>
        <w:tblW w:w="0" w:type="auto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177"/>
        <w:gridCol w:w="2177"/>
        <w:gridCol w:w="2177"/>
        <w:gridCol w:w="2177"/>
      </w:tblGrid>
      <w:tr w:rsidR="00811F6F" w:rsidRPr="0074430B" w14:paraId="6255F25A" w14:textId="77777777">
        <w:trPr>
          <w:jc w:val="center"/>
        </w:trPr>
        <w:tc>
          <w:tcPr>
            <w:tcW w:w="10885" w:type="dxa"/>
            <w:gridSpan w:val="5"/>
            <w:shd w:val="clear" w:color="auto" w:fill="527F7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EDEC5EF" w14:textId="4C254CA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6"/>
                <w:lang w:val="it-IT"/>
              </w:rPr>
              <w:t xml:space="preserve">LINEA </w:t>
            </w:r>
            <w:r w:rsidR="007A28F8">
              <w:rPr>
                <w:b/>
                <w:color w:val="FFFFFF"/>
                <w:sz w:val="16"/>
                <w:lang w:val="it-IT"/>
              </w:rPr>
              <w:t>2</w:t>
            </w:r>
            <w:r w:rsidRPr="00DD496E">
              <w:rPr>
                <w:b/>
                <w:color w:val="FFFFFF"/>
                <w:sz w:val="16"/>
                <w:lang w:val="it-IT"/>
              </w:rPr>
              <w:t xml:space="preserve"> – ATTREZZATURE, IMPIANTI E ARREDI</w:t>
            </w:r>
          </w:p>
          <w:p w14:paraId="635C2DCD" w14:textId="725BEF1C" w:rsidR="00811F6F" w:rsidRPr="00DD496E" w:rsidRDefault="007A262B" w:rsidP="00F3006C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 xml:space="preserve">Attrezzature, macchinari, impianti, arredi, illuminazione e altre spese rientranti nella Linea </w:t>
            </w:r>
            <w:r w:rsidR="00F3006C">
              <w:rPr>
                <w:b/>
                <w:color w:val="FFFFFF"/>
                <w:sz w:val="15"/>
                <w:lang w:val="it-IT"/>
              </w:rPr>
              <w:t>2</w:t>
            </w:r>
            <w:r w:rsidRPr="00DD496E">
              <w:rPr>
                <w:b/>
                <w:color w:val="FFFFFF"/>
                <w:sz w:val="15"/>
                <w:lang w:val="it-IT"/>
              </w:rPr>
              <w:t xml:space="preserve"> secondo il bando.</w:t>
            </w:r>
          </w:p>
        </w:tc>
      </w:tr>
      <w:tr w:rsidR="00811F6F" w14:paraId="47969194" w14:textId="77777777">
        <w:trPr>
          <w:jc w:val="center"/>
        </w:trPr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3F6195" w14:textId="77777777" w:rsidR="00811F6F" w:rsidRPr="00DD496E" w:rsidRDefault="007A262B">
            <w:pPr>
              <w:jc w:val="center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Preventivo / documento</w:t>
            </w:r>
            <w:r w:rsidRPr="00DD496E">
              <w:rPr>
                <w:b/>
                <w:color w:val="FFFFFF"/>
                <w:sz w:val="15"/>
                <w:lang w:val="it-IT"/>
              </w:rPr>
              <w:br/>
              <w:t>(n. e data)</w:t>
            </w:r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F4069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Fornitore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6C739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Descrizione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spesa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35AFB1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Imponibile</w:t>
            </w:r>
            <w:proofErr w:type="spellEnd"/>
            <w:r>
              <w:rPr>
                <w:b/>
                <w:color w:val="FFFFFF"/>
                <w:sz w:val="15"/>
              </w:rPr>
              <w:t xml:space="preserve"> €</w:t>
            </w:r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21F46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IVA €</w:t>
            </w:r>
          </w:p>
        </w:tc>
      </w:tr>
      <w:tr w:rsidR="00811F6F" w14:paraId="669E6744" w14:textId="77777777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65BA9BD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58BA2BC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8EECF80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C9B4D1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CE98BA1" w14:textId="77777777" w:rsidR="00811F6F" w:rsidRDefault="00811F6F"/>
        </w:tc>
      </w:tr>
      <w:tr w:rsidR="00811F6F" w14:paraId="0E01FBF8" w14:textId="77777777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5EC9C5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137242D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B73B95F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19B685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1FEFB77" w14:textId="77777777" w:rsidR="00811F6F" w:rsidRDefault="00811F6F"/>
        </w:tc>
      </w:tr>
      <w:tr w:rsidR="00811F6F" w14:paraId="1B21D5A2" w14:textId="77777777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D2C169B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F6C3D62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67BA2DC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02385A0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DCA0B58" w14:textId="77777777" w:rsidR="00811F6F" w:rsidRDefault="00811F6F"/>
        </w:tc>
      </w:tr>
      <w:tr w:rsidR="00811F6F" w14:paraId="27150B60" w14:textId="77777777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C0D7733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BA2C714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EBC254E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2EFEF6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9C07353" w14:textId="77777777" w:rsidR="00811F6F" w:rsidRDefault="00811F6F"/>
        </w:tc>
      </w:tr>
      <w:tr w:rsidR="00811F6F" w14:paraId="4E2A715F" w14:textId="77777777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D621BA4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7CB6480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0DB8182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0040723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59271F4" w14:textId="77777777" w:rsidR="00811F6F" w:rsidRDefault="00811F6F"/>
        </w:tc>
      </w:tr>
      <w:tr w:rsidR="00811F6F" w14:paraId="531D76C1" w14:textId="77777777">
        <w:trPr>
          <w:jc w:val="center"/>
        </w:trPr>
        <w:tc>
          <w:tcPr>
            <w:tcW w:w="6531" w:type="dxa"/>
            <w:gridSpan w:val="3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4C2141" w14:textId="77777777" w:rsidR="00811F6F" w:rsidRDefault="007A262B">
            <w:pPr>
              <w:jc w:val="right"/>
            </w:pPr>
            <w:r>
              <w:rPr>
                <w:b/>
                <w:color w:val="173C4F"/>
              </w:rPr>
              <w:t>TOTALE LINEA</w:t>
            </w:r>
          </w:p>
        </w:tc>
        <w:tc>
          <w:tcPr>
            <w:tcW w:w="2177" w:type="dxa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A488FC" w14:textId="77777777" w:rsidR="00811F6F" w:rsidRDefault="007A262B">
            <w:r>
              <w:t>€ __________</w:t>
            </w:r>
          </w:p>
        </w:tc>
        <w:tc>
          <w:tcPr>
            <w:tcW w:w="2177" w:type="dxa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282B99" w14:textId="77777777" w:rsidR="00811F6F" w:rsidRDefault="007A262B">
            <w:r>
              <w:t>€ _________</w:t>
            </w:r>
          </w:p>
        </w:tc>
      </w:tr>
    </w:tbl>
    <w:p w14:paraId="3B11DFD6" w14:textId="028D564F" w:rsidR="00790A3A" w:rsidRDefault="00790A3A"/>
    <w:p w14:paraId="5AB064B5" w14:textId="77777777" w:rsidR="006C46DA" w:rsidRDefault="006C46DA"/>
    <w:tbl>
      <w:tblPr>
        <w:tblW w:w="10842" w:type="dxa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177"/>
        <w:gridCol w:w="2177"/>
        <w:gridCol w:w="2177"/>
        <w:gridCol w:w="2134"/>
      </w:tblGrid>
      <w:tr w:rsidR="00811F6F" w:rsidRPr="0074430B" w14:paraId="0519970E" w14:textId="77777777" w:rsidTr="006C46DA">
        <w:trPr>
          <w:jc w:val="center"/>
        </w:trPr>
        <w:tc>
          <w:tcPr>
            <w:tcW w:w="10842" w:type="dxa"/>
            <w:gridSpan w:val="5"/>
            <w:shd w:val="clear" w:color="auto" w:fill="527F7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B4E2981" w14:textId="1EEBC8DD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6"/>
                <w:lang w:val="it-IT"/>
              </w:rPr>
              <w:t xml:space="preserve">LINEA </w:t>
            </w:r>
            <w:r w:rsidR="007A28F8">
              <w:rPr>
                <w:b/>
                <w:color w:val="FFFFFF"/>
                <w:sz w:val="16"/>
                <w:lang w:val="it-IT"/>
              </w:rPr>
              <w:t>3</w:t>
            </w:r>
            <w:r w:rsidRPr="00DD496E">
              <w:rPr>
                <w:b/>
                <w:color w:val="FFFFFF"/>
                <w:sz w:val="16"/>
                <w:lang w:val="it-IT"/>
              </w:rPr>
              <w:t xml:space="preserve"> – DIGITALIZZAZIONE E INNOVAZIONE</w:t>
            </w:r>
          </w:p>
          <w:p w14:paraId="709AFE45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Siti/e-commerce, sistemi di vendita o prenotazione, software/licenze ammissibili e altri investimenti digitali previsti dal bando.</w:t>
            </w:r>
          </w:p>
        </w:tc>
      </w:tr>
      <w:tr w:rsidR="00811F6F" w14:paraId="443A272A" w14:textId="77777777" w:rsidTr="006C46DA">
        <w:trPr>
          <w:jc w:val="center"/>
        </w:trPr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49C79" w14:textId="77777777" w:rsidR="00811F6F" w:rsidRPr="00DD496E" w:rsidRDefault="007A262B">
            <w:pPr>
              <w:jc w:val="center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Preventivo / documento</w:t>
            </w:r>
            <w:r w:rsidRPr="00DD496E">
              <w:rPr>
                <w:b/>
                <w:color w:val="FFFFFF"/>
                <w:sz w:val="15"/>
                <w:lang w:val="it-IT"/>
              </w:rPr>
              <w:br/>
              <w:t>(n. e data)</w:t>
            </w:r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3A420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Fornitore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AC351E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Descrizione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spesa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EA367" w14:textId="77777777" w:rsidR="00811F6F" w:rsidRDefault="007A262B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Imponibile</w:t>
            </w:r>
            <w:proofErr w:type="spellEnd"/>
            <w:r>
              <w:rPr>
                <w:b/>
                <w:color w:val="FFFFFF"/>
                <w:sz w:val="15"/>
              </w:rPr>
              <w:t xml:space="preserve"> €</w:t>
            </w:r>
          </w:p>
        </w:tc>
        <w:tc>
          <w:tcPr>
            <w:tcW w:w="2134" w:type="dxa"/>
            <w:shd w:val="clear" w:color="auto" w:fill="315D5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4F88A6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IVA €</w:t>
            </w:r>
          </w:p>
        </w:tc>
      </w:tr>
      <w:tr w:rsidR="00811F6F" w14:paraId="00E5B836" w14:textId="77777777" w:rsidTr="006C46DA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5FD4E74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1B76399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374CBE8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2BF6FA1" w14:textId="77777777" w:rsidR="00811F6F" w:rsidRDefault="00811F6F"/>
        </w:tc>
        <w:tc>
          <w:tcPr>
            <w:tcW w:w="2134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52A3FFD" w14:textId="77777777" w:rsidR="00811F6F" w:rsidRDefault="00811F6F"/>
        </w:tc>
      </w:tr>
      <w:tr w:rsidR="00811F6F" w14:paraId="3B9FDC2D" w14:textId="77777777" w:rsidTr="006C46DA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7D8A74B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D969A27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5A48819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405F294" w14:textId="77777777" w:rsidR="00811F6F" w:rsidRDefault="00811F6F"/>
        </w:tc>
        <w:tc>
          <w:tcPr>
            <w:tcW w:w="2134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337B822" w14:textId="77777777" w:rsidR="00811F6F" w:rsidRDefault="00811F6F"/>
        </w:tc>
      </w:tr>
      <w:tr w:rsidR="00811F6F" w14:paraId="1C9D9F6A" w14:textId="77777777" w:rsidTr="006C46DA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ECE6C81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0259FFA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E771143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8DE1034" w14:textId="77777777" w:rsidR="00811F6F" w:rsidRDefault="00811F6F"/>
        </w:tc>
        <w:tc>
          <w:tcPr>
            <w:tcW w:w="2134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A208511" w14:textId="77777777" w:rsidR="00811F6F" w:rsidRDefault="00811F6F"/>
        </w:tc>
      </w:tr>
      <w:tr w:rsidR="00811F6F" w14:paraId="6E78B6FB" w14:textId="77777777" w:rsidTr="006C46DA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65F96EDC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D1EE775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5A23ECF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C5053BC" w14:textId="77777777" w:rsidR="00811F6F" w:rsidRDefault="00811F6F"/>
        </w:tc>
        <w:tc>
          <w:tcPr>
            <w:tcW w:w="2134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0A9002F" w14:textId="77777777" w:rsidR="00811F6F" w:rsidRDefault="00811F6F"/>
        </w:tc>
      </w:tr>
      <w:tr w:rsidR="00811F6F" w14:paraId="5FE3CA9C" w14:textId="77777777" w:rsidTr="006C46DA">
        <w:trPr>
          <w:jc w:val="center"/>
        </w:trPr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810A5F6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1BB873D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324003D5" w14:textId="77777777" w:rsidR="00811F6F" w:rsidRDefault="00811F6F"/>
        </w:tc>
        <w:tc>
          <w:tcPr>
            <w:tcW w:w="2177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CDFBF98" w14:textId="77777777" w:rsidR="00811F6F" w:rsidRDefault="00811F6F"/>
        </w:tc>
        <w:tc>
          <w:tcPr>
            <w:tcW w:w="2134" w:type="dxa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EC6136C" w14:textId="77777777" w:rsidR="00811F6F" w:rsidRDefault="00811F6F"/>
        </w:tc>
      </w:tr>
      <w:tr w:rsidR="00811F6F" w14:paraId="00BE4EB7" w14:textId="77777777" w:rsidTr="006C46DA">
        <w:trPr>
          <w:jc w:val="center"/>
        </w:trPr>
        <w:tc>
          <w:tcPr>
            <w:tcW w:w="6531" w:type="dxa"/>
            <w:gridSpan w:val="3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09B3D" w14:textId="77777777" w:rsidR="00811F6F" w:rsidRDefault="007A262B">
            <w:pPr>
              <w:jc w:val="right"/>
            </w:pPr>
            <w:r>
              <w:rPr>
                <w:b/>
                <w:color w:val="173C4F"/>
              </w:rPr>
              <w:t>TOTALE LINEA</w:t>
            </w:r>
          </w:p>
        </w:tc>
        <w:tc>
          <w:tcPr>
            <w:tcW w:w="2177" w:type="dxa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B04177" w14:textId="77777777" w:rsidR="00811F6F" w:rsidRDefault="007A262B">
            <w:r>
              <w:t>€ __________</w:t>
            </w:r>
          </w:p>
        </w:tc>
        <w:tc>
          <w:tcPr>
            <w:tcW w:w="2134" w:type="dxa"/>
            <w:shd w:val="clear" w:color="auto" w:fill="EAF3E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CC1E97" w14:textId="77777777" w:rsidR="00811F6F" w:rsidRDefault="007A262B">
            <w:r>
              <w:t>€ _________</w:t>
            </w:r>
          </w:p>
        </w:tc>
      </w:tr>
    </w:tbl>
    <w:p w14:paraId="1FDE7D60" w14:textId="77777777" w:rsidR="00811F6F" w:rsidRDefault="00811F6F">
      <w:pPr>
        <w:spacing w:after="60"/>
      </w:pPr>
    </w:p>
    <w:tbl>
      <w:tblPr>
        <w:tblW w:w="0" w:type="auto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3629"/>
        <w:gridCol w:w="3621"/>
        <w:gridCol w:w="23"/>
      </w:tblGrid>
      <w:tr w:rsidR="00811F6F" w14:paraId="06F28688" w14:textId="77777777">
        <w:trPr>
          <w:jc w:val="center"/>
        </w:trPr>
        <w:tc>
          <w:tcPr>
            <w:tcW w:w="3629" w:type="dxa"/>
            <w:shd w:val="clear" w:color="auto" w:fill="315D5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57C9CE0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PROSPETTO DI SINTESI</w:t>
            </w:r>
          </w:p>
        </w:tc>
        <w:tc>
          <w:tcPr>
            <w:tcW w:w="3629" w:type="dxa"/>
            <w:shd w:val="clear" w:color="auto" w:fill="315D5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9B09EB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IMPONIBILE €</w:t>
            </w:r>
          </w:p>
        </w:tc>
        <w:tc>
          <w:tcPr>
            <w:tcW w:w="3629" w:type="dxa"/>
            <w:gridSpan w:val="2"/>
            <w:shd w:val="clear" w:color="auto" w:fill="315D5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ED83192" w14:textId="77777777" w:rsidR="00811F6F" w:rsidRDefault="007A262B">
            <w:pPr>
              <w:jc w:val="center"/>
            </w:pPr>
            <w:r>
              <w:rPr>
                <w:b/>
                <w:color w:val="FFFFFF"/>
                <w:sz w:val="15"/>
              </w:rPr>
              <w:t>IVA CANDIDATA €</w:t>
            </w:r>
          </w:p>
        </w:tc>
      </w:tr>
      <w:tr w:rsidR="00811F6F" w14:paraId="6E519FBF" w14:textId="77777777">
        <w:trPr>
          <w:jc w:val="center"/>
        </w:trPr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211FD6BD" w14:textId="5D741348" w:rsidR="00811F6F" w:rsidRDefault="007A262B" w:rsidP="007A28F8">
            <w:r>
              <w:rPr>
                <w:color w:val="263238"/>
              </w:rPr>
              <w:t xml:space="preserve">Linea </w:t>
            </w:r>
            <w:r w:rsidR="007A28F8">
              <w:rPr>
                <w:color w:val="263238"/>
              </w:rPr>
              <w:t>1</w:t>
            </w:r>
          </w:p>
        </w:tc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5D7DE780" w14:textId="1E82A253" w:rsidR="00811F6F" w:rsidRDefault="007A262B">
            <w:r>
              <w:t>€ ___________</w:t>
            </w:r>
            <w:r w:rsidR="006C46DA">
              <w:t>_________________________</w:t>
            </w:r>
            <w:r>
              <w:t>_</w:t>
            </w:r>
          </w:p>
        </w:tc>
        <w:tc>
          <w:tcPr>
            <w:tcW w:w="3629" w:type="dxa"/>
            <w:gridSpan w:val="2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42270758" w14:textId="3862B297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</w:tr>
      <w:tr w:rsidR="00811F6F" w14:paraId="34E8E891" w14:textId="77777777">
        <w:trPr>
          <w:jc w:val="center"/>
        </w:trPr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4C6A47FD" w14:textId="359519C1" w:rsidR="00811F6F" w:rsidRDefault="007A262B" w:rsidP="007A28F8">
            <w:r>
              <w:rPr>
                <w:color w:val="263238"/>
              </w:rPr>
              <w:t xml:space="preserve">Linea </w:t>
            </w:r>
            <w:r w:rsidR="007A28F8">
              <w:rPr>
                <w:color w:val="263238"/>
              </w:rPr>
              <w:t>2</w:t>
            </w:r>
          </w:p>
        </w:tc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24589A71" w14:textId="4D808760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  <w:tc>
          <w:tcPr>
            <w:tcW w:w="3629" w:type="dxa"/>
            <w:gridSpan w:val="2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7629993E" w14:textId="2B1A3D55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</w:tr>
      <w:tr w:rsidR="00811F6F" w14:paraId="5A26614B" w14:textId="77777777">
        <w:trPr>
          <w:jc w:val="center"/>
        </w:trPr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662EE50E" w14:textId="7A804488" w:rsidR="00811F6F" w:rsidRDefault="007A262B" w:rsidP="007A28F8">
            <w:r>
              <w:rPr>
                <w:color w:val="263238"/>
              </w:rPr>
              <w:t xml:space="preserve">Linea </w:t>
            </w:r>
            <w:r w:rsidR="007A28F8">
              <w:rPr>
                <w:color w:val="263238"/>
              </w:rPr>
              <w:t>3</w:t>
            </w:r>
          </w:p>
        </w:tc>
        <w:tc>
          <w:tcPr>
            <w:tcW w:w="3629" w:type="dxa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301636E2" w14:textId="7710F790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  <w:tc>
          <w:tcPr>
            <w:tcW w:w="3629" w:type="dxa"/>
            <w:gridSpan w:val="2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5F444C0C" w14:textId="744A61D7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</w:tr>
      <w:tr w:rsidR="00811F6F" w14:paraId="04D00179" w14:textId="77777777">
        <w:trPr>
          <w:jc w:val="center"/>
        </w:trPr>
        <w:tc>
          <w:tcPr>
            <w:tcW w:w="3629" w:type="dxa"/>
            <w:shd w:val="clear" w:color="auto" w:fill="EAF3EF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0D6F5A88" w14:textId="77777777" w:rsidR="00811F6F" w:rsidRDefault="007A262B">
            <w:r>
              <w:rPr>
                <w:b/>
                <w:color w:val="173C4F"/>
              </w:rPr>
              <w:t>TOTALE SPESE PREVISTE</w:t>
            </w:r>
          </w:p>
        </w:tc>
        <w:tc>
          <w:tcPr>
            <w:tcW w:w="3629" w:type="dxa"/>
            <w:shd w:val="clear" w:color="auto" w:fill="EAF3EF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03F0D68C" w14:textId="60C335D3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  <w:tc>
          <w:tcPr>
            <w:tcW w:w="3629" w:type="dxa"/>
            <w:gridSpan w:val="2"/>
            <w:shd w:val="clear" w:color="auto" w:fill="EAF3EF"/>
            <w:tcMar>
              <w:top w:w="48" w:type="dxa"/>
              <w:left w:w="55" w:type="dxa"/>
              <w:bottom w:w="48" w:type="dxa"/>
              <w:right w:w="55" w:type="dxa"/>
            </w:tcMar>
            <w:vAlign w:val="center"/>
          </w:tcPr>
          <w:p w14:paraId="496362BE" w14:textId="449A6EE5" w:rsidR="00811F6F" w:rsidRDefault="007A262B">
            <w:r>
              <w:t xml:space="preserve">€ </w:t>
            </w:r>
            <w:r w:rsidR="006C46DA">
              <w:t>_____________________________________</w:t>
            </w:r>
          </w:p>
        </w:tc>
      </w:tr>
      <w:tr w:rsidR="002B29CF" w:rsidRPr="003757B3" w14:paraId="7C2CD7AC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6F550E3" w14:textId="77777777" w:rsidR="002B29CF" w:rsidRPr="00DD496E" w:rsidRDefault="002B29CF">
            <w:pPr>
              <w:rPr>
                <w:b/>
                <w:color w:val="FFFFFF"/>
                <w:lang w:val="it-IT"/>
              </w:rPr>
            </w:pPr>
          </w:p>
        </w:tc>
      </w:tr>
      <w:tr w:rsidR="00811F6F" w:rsidRPr="0074430B" w14:paraId="1E7B6F54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tcBorders>
              <w:top w:val="nil"/>
            </w:tcBorders>
            <w:shd w:val="clear" w:color="auto" w:fill="527F7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D52865" w14:textId="5BECF907" w:rsidR="00811F6F" w:rsidRPr="00DD496E" w:rsidRDefault="007A262B" w:rsidP="007A28F8">
            <w:pPr>
              <w:rPr>
                <w:lang w:val="it-IT"/>
              </w:rPr>
            </w:pPr>
            <w:r w:rsidRPr="00DD496E">
              <w:rPr>
                <w:b/>
                <w:color w:val="FFFFFF"/>
                <w:lang w:val="it-IT"/>
              </w:rPr>
              <w:t>DICHIARAZIONI SULLE SPESE E SUGLI AIUTI</w:t>
            </w:r>
            <w:r w:rsidR="007A28F8">
              <w:rPr>
                <w:b/>
                <w:color w:val="FFFFFF"/>
                <w:lang w:val="it-IT"/>
              </w:rPr>
              <w:t xml:space="preserve"> (</w:t>
            </w:r>
            <w:r w:rsidR="007A28F8" w:rsidRPr="007A28F8">
              <w:rPr>
                <w:b/>
                <w:color w:val="FFFFFF"/>
                <w:lang w:val="it-IT"/>
              </w:rPr>
              <w:t xml:space="preserve">barrare il </w:t>
            </w:r>
            <w:r w:rsidR="007A28F8" w:rsidRPr="007A28F8">
              <w:rPr>
                <w:b/>
                <w:color w:val="FFFFFF" w:themeColor="background1"/>
                <w:lang w:val="it-IT"/>
              </w:rPr>
              <w:t>simbolo</w:t>
            </w:r>
            <w:r w:rsidR="007A28F8" w:rsidRPr="007A28F8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  <w:lang w:val="it-IT"/>
              </w:rPr>
              <w:t xml:space="preserve"> </w:t>
            </w:r>
            <w:r w:rsidR="007A28F8" w:rsidRPr="007A28F8">
              <w:rPr>
                <w:rFonts w:ascii="Segoe UI Symbol" w:hAnsi="Segoe UI Symbol" w:cs="Segoe UI Symbol"/>
                <w:color w:val="FFFFFF" w:themeColor="background1"/>
                <w:sz w:val="20"/>
                <w:szCs w:val="20"/>
                <w:lang w:val="it-IT"/>
              </w:rPr>
              <w:t xml:space="preserve">☐ </w:t>
            </w:r>
            <w:r w:rsidR="007A28F8" w:rsidRPr="007A28F8">
              <w:rPr>
                <w:b/>
                <w:color w:val="FFFFFF" w:themeColor="background1"/>
                <w:lang w:val="it-IT"/>
              </w:rPr>
              <w:t xml:space="preserve">in </w:t>
            </w:r>
            <w:r w:rsidR="007A28F8" w:rsidRPr="007A28F8">
              <w:rPr>
                <w:b/>
                <w:color w:val="FFFFFF"/>
                <w:lang w:val="it-IT"/>
              </w:rPr>
              <w:t xml:space="preserve">caso di </w:t>
            </w:r>
            <w:r w:rsidR="007A28F8">
              <w:rPr>
                <w:b/>
                <w:color w:val="FFFFFF"/>
                <w:lang w:val="it-IT"/>
              </w:rPr>
              <w:t>scelta</w:t>
            </w:r>
            <w:r w:rsidR="007A28F8" w:rsidRPr="007A28F8">
              <w:rPr>
                <w:b/>
                <w:color w:val="FFFFFF"/>
                <w:lang w:val="it-IT"/>
              </w:rPr>
              <w:t>)</w:t>
            </w:r>
          </w:p>
        </w:tc>
      </w:tr>
      <w:tr w:rsidR="00811F6F" w:rsidRPr="0074430B" w14:paraId="1748F49A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06AABAE" w14:textId="06E75B2F" w:rsidR="00811F6F" w:rsidRPr="00DD496E" w:rsidRDefault="007A28F8">
            <w:pPr>
              <w:rPr>
                <w:lang w:val="it-IT"/>
              </w:rPr>
            </w:pPr>
            <w:r>
              <w:rPr>
                <w:color w:val="263238"/>
                <w:lang w:val="it-IT"/>
              </w:rPr>
              <w:t>-</w:t>
            </w:r>
            <w:r w:rsidR="007A262B" w:rsidRPr="00DD496E">
              <w:rPr>
                <w:color w:val="263238"/>
                <w:lang w:val="it-IT"/>
              </w:rPr>
              <w:t xml:space="preserve"> Le spese candidate sono riferite al progetto oggetto della domanda e rispettano i requisiti di ammissibilità previsti dal bando.</w:t>
            </w:r>
          </w:p>
        </w:tc>
      </w:tr>
      <w:tr w:rsidR="00811F6F" w:rsidRPr="0074430B" w14:paraId="76B02FCD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4DC68DF" w14:textId="7C21255E" w:rsidR="00811F6F" w:rsidRPr="00DD496E" w:rsidRDefault="007A28F8">
            <w:pPr>
              <w:rPr>
                <w:lang w:val="it-IT"/>
              </w:rPr>
            </w:pPr>
            <w:r>
              <w:rPr>
                <w:color w:val="263238"/>
                <w:lang w:val="it-IT"/>
              </w:rPr>
              <w:t>-</w:t>
            </w:r>
            <w:r w:rsidR="007A262B" w:rsidRPr="00DD496E">
              <w:rPr>
                <w:color w:val="263238"/>
                <w:lang w:val="it-IT"/>
              </w:rPr>
              <w:t xml:space="preserve"> Le spese non riguardano beni usati, comodato, leasing non riscattato o altre fattispecie escluse, salvo quanto espressamente consentito dal bando.</w:t>
            </w:r>
          </w:p>
        </w:tc>
      </w:tr>
      <w:tr w:rsidR="00811F6F" w:rsidRPr="0074430B" w14:paraId="4B801C3F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026CC7F" w14:textId="036C8F5C" w:rsidR="00811F6F" w:rsidRPr="00DD496E" w:rsidRDefault="007A28F8">
            <w:pPr>
              <w:rPr>
                <w:lang w:val="it-IT"/>
              </w:rPr>
            </w:pPr>
            <w:r>
              <w:rPr>
                <w:color w:val="263238"/>
                <w:lang w:val="it-IT"/>
              </w:rPr>
              <w:t>-</w:t>
            </w:r>
            <w:r w:rsidR="007A262B" w:rsidRPr="00DD496E">
              <w:rPr>
                <w:color w:val="263238"/>
                <w:lang w:val="it-IT"/>
              </w:rPr>
              <w:t xml:space="preserve"> Le spese non sono fatturate all’impresa dal titolare/legale rappresentante o da soggetti per i quali il bando preveda cause di inammissibilità; eventuali rapporti di controllo/collegamento o parti correlate sono dichiarati all’Ufficio.</w:t>
            </w:r>
          </w:p>
        </w:tc>
      </w:tr>
      <w:tr w:rsidR="00811F6F" w:rsidRPr="0074430B" w14:paraId="0279A3FF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C87D3F" w14:textId="77777777" w:rsidR="00811F6F" w:rsidRPr="000D43B6" w:rsidRDefault="007A262B" w:rsidP="000D43B6">
            <w:pPr>
              <w:rPr>
                <w:lang w:val="it-IT"/>
              </w:rPr>
            </w:pPr>
            <w:r w:rsidRPr="000D43B6">
              <w:rPr>
                <w:rFonts w:ascii="MS Gothic" w:eastAsia="MS Gothic" w:hAnsi="MS Gothic" w:cs="MS Gothic" w:hint="eastAsia"/>
                <w:color w:val="263238"/>
                <w:lang w:val="it-IT"/>
              </w:rPr>
              <w:t>☐</w:t>
            </w:r>
            <w:r w:rsidRPr="000D43B6">
              <w:rPr>
                <w:color w:val="263238"/>
                <w:lang w:val="it-IT"/>
              </w:rPr>
              <w:t xml:space="preserve"> Per le medesime spese non è stato ottenuto un doppio finanziamento. Eventuali altri aiuti/contributi sono indicati di seguito per la verifica del cumulo.</w:t>
            </w:r>
          </w:p>
        </w:tc>
      </w:tr>
      <w:tr w:rsidR="00811F6F" w:rsidRPr="0074430B" w14:paraId="65161EE0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951367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 xml:space="preserve">Altri aiuti/contributi sulle stesse spese: ☐ </w:t>
            </w:r>
            <w:proofErr w:type="gramStart"/>
            <w:r w:rsidRPr="00DD496E">
              <w:rPr>
                <w:color w:val="263238"/>
                <w:lang w:val="it-IT"/>
              </w:rPr>
              <w:t>nessuno  ☐</w:t>
            </w:r>
            <w:proofErr w:type="gramEnd"/>
            <w:r w:rsidRPr="00DD496E">
              <w:rPr>
                <w:color w:val="263238"/>
                <w:lang w:val="it-IT"/>
              </w:rPr>
              <w:t xml:space="preserve"> sì → Ente _________________________ Misura _________________________ Importo € ____________</w:t>
            </w:r>
          </w:p>
        </w:tc>
      </w:tr>
      <w:tr w:rsidR="00811F6F" w:rsidRPr="0074430B" w14:paraId="74C1AC5B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EC9CB8" w14:textId="77777777" w:rsidR="00F3006C" w:rsidRDefault="007A28F8" w:rsidP="00F3006C">
            <w:pPr>
              <w:rPr>
                <w:color w:val="263238"/>
                <w:lang w:val="it-IT"/>
              </w:rPr>
            </w:pPr>
            <w:r>
              <w:rPr>
                <w:color w:val="263238"/>
                <w:lang w:val="it-IT"/>
              </w:rPr>
              <w:t xml:space="preserve">Con riferimento alla assoggettabilità </w:t>
            </w:r>
            <w:r w:rsidR="00F3006C">
              <w:rPr>
                <w:color w:val="263238"/>
                <w:lang w:val="it-IT"/>
              </w:rPr>
              <w:t>IVA:</w:t>
            </w:r>
          </w:p>
          <w:p w14:paraId="2B28024C" w14:textId="3C451217" w:rsidR="00F3006C" w:rsidRDefault="007A262B" w:rsidP="00F3006C">
            <w:pPr>
              <w:rPr>
                <w:color w:val="263238"/>
                <w:lang w:val="it-IT"/>
              </w:rPr>
            </w:pPr>
            <w:r w:rsidRPr="00DD496E">
              <w:rPr>
                <w:rFonts w:ascii="MS Gothic" w:eastAsia="MS Gothic" w:hAnsi="MS Gothic" w:cs="MS Gothic" w:hint="eastAsia"/>
                <w:color w:val="263238"/>
                <w:lang w:val="it-IT"/>
              </w:rPr>
              <w:t>☐</w:t>
            </w:r>
            <w:r w:rsidR="00F3006C">
              <w:rPr>
                <w:rFonts w:ascii="MS Gothic" w:eastAsia="MS Gothic" w:hAnsi="MS Gothic" w:cs="MS Gothic"/>
                <w:color w:val="263238"/>
                <w:lang w:val="it-IT"/>
              </w:rPr>
              <w:t xml:space="preserve"> </w:t>
            </w:r>
            <w:r w:rsidR="00F3006C" w:rsidRPr="00F3006C">
              <w:rPr>
                <w:color w:val="263238"/>
                <w:lang w:val="it-IT"/>
              </w:rPr>
              <w:t>L'IVA è indetraibile e rappresenta un costo.</w:t>
            </w:r>
          </w:p>
          <w:p w14:paraId="1F08C957" w14:textId="38ECE71D" w:rsidR="00F3006C" w:rsidRPr="00F3006C" w:rsidRDefault="007A28F8" w:rsidP="00F3006C">
            <w:pPr>
              <w:rPr>
                <w:color w:val="263238"/>
                <w:lang w:val="it-IT"/>
              </w:rPr>
            </w:pPr>
            <w:r w:rsidRPr="00DD496E">
              <w:rPr>
                <w:rFonts w:ascii="MS Gothic" w:eastAsia="MS Gothic" w:hAnsi="MS Gothic" w:cs="MS Gothic" w:hint="eastAsia"/>
                <w:color w:val="263238"/>
                <w:lang w:val="it-IT"/>
              </w:rPr>
              <w:t>☐</w:t>
            </w:r>
            <w:r w:rsidR="00F3006C">
              <w:rPr>
                <w:rFonts w:ascii="MS Gothic" w:eastAsia="MS Gothic" w:hAnsi="MS Gothic" w:cs="MS Gothic"/>
                <w:color w:val="263238"/>
                <w:lang w:val="it-IT"/>
              </w:rPr>
              <w:t xml:space="preserve"> </w:t>
            </w:r>
            <w:r w:rsidR="00F3006C" w:rsidRPr="00F3006C">
              <w:rPr>
                <w:color w:val="263238"/>
                <w:lang w:val="it-IT"/>
              </w:rPr>
              <w:t>L'IVA è detraibile e non viene candidata a contributo.</w:t>
            </w:r>
          </w:p>
          <w:p w14:paraId="1CAB5AA8" w14:textId="252A3FF3" w:rsidR="00811F6F" w:rsidRPr="009F660A" w:rsidRDefault="00F3006C" w:rsidP="00F3006C">
            <w:pPr>
              <w:rPr>
                <w:lang w:val="it-IT"/>
              </w:rPr>
            </w:pPr>
            <w:r w:rsidRPr="00DD496E">
              <w:rPr>
                <w:rFonts w:ascii="MS Gothic" w:eastAsia="MS Gothic" w:hAnsi="MS Gothic" w:cs="MS Gothic" w:hint="eastAsia"/>
                <w:color w:val="263238"/>
                <w:lang w:val="it-IT"/>
              </w:rPr>
              <w:t>☐</w:t>
            </w:r>
            <w:r>
              <w:rPr>
                <w:rFonts w:ascii="MS Gothic" w:eastAsia="MS Gothic" w:hAnsi="MS Gothic" w:cs="MS Gothic"/>
                <w:color w:val="263238"/>
                <w:lang w:val="it-IT"/>
              </w:rPr>
              <w:t xml:space="preserve"> </w:t>
            </w:r>
            <w:r w:rsidRPr="00F3006C">
              <w:rPr>
                <w:color w:val="263238"/>
                <w:lang w:val="it-IT"/>
              </w:rPr>
              <w:t xml:space="preserve">L'operazione non è soggetta </w:t>
            </w:r>
            <w:proofErr w:type="gramStart"/>
            <w:r w:rsidRPr="00F3006C">
              <w:rPr>
                <w:color w:val="263238"/>
                <w:lang w:val="it-IT"/>
              </w:rPr>
              <w:t>a</w:t>
            </w:r>
            <w:proofErr w:type="gramEnd"/>
            <w:r w:rsidRPr="00F3006C">
              <w:rPr>
                <w:color w:val="263238"/>
                <w:lang w:val="it-IT"/>
              </w:rPr>
              <w:t xml:space="preserve"> IVA.</w:t>
            </w:r>
          </w:p>
        </w:tc>
      </w:tr>
      <w:tr w:rsidR="00811F6F" w:rsidRPr="0074430B" w14:paraId="60DD434C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23" w:type="dxa"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4FE0A48" w14:textId="74E61AC5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Ritenuta d’acconto</w:t>
            </w:r>
            <w:r w:rsidR="007A28F8">
              <w:rPr>
                <w:color w:val="263238"/>
                <w:lang w:val="it-IT"/>
              </w:rPr>
              <w:t xml:space="preserve"> applicabile al contributo del presente bando</w:t>
            </w:r>
            <w:r w:rsidRPr="00DD496E">
              <w:rPr>
                <w:color w:val="263238"/>
                <w:lang w:val="it-IT"/>
              </w:rPr>
              <w:t xml:space="preserve"> 4% ex art. 28, c.2, D.P.R. 600/1973: ☐ </w:t>
            </w:r>
            <w:proofErr w:type="gramStart"/>
            <w:r w:rsidRPr="00DD496E">
              <w:rPr>
                <w:color w:val="263238"/>
                <w:lang w:val="it-IT"/>
              </w:rPr>
              <w:t>applicabile  ☐</w:t>
            </w:r>
            <w:proofErr w:type="gramEnd"/>
            <w:r w:rsidRPr="00DD496E">
              <w:rPr>
                <w:color w:val="263238"/>
                <w:lang w:val="it-IT"/>
              </w:rPr>
              <w:t xml:space="preserve"> non applicabile per contributo riferito esclusivamente a beni strumentali  ☐ non applicabile per altra motivazione: ______________________________</w:t>
            </w:r>
          </w:p>
        </w:tc>
      </w:tr>
    </w:tbl>
    <w:p w14:paraId="236B9DF7" w14:textId="77777777" w:rsidR="00811F6F" w:rsidRDefault="00811F6F">
      <w:pPr>
        <w:rPr>
          <w:lang w:val="it-IT"/>
        </w:rPr>
      </w:pPr>
    </w:p>
    <w:tbl>
      <w:tblPr>
        <w:tblW w:w="0" w:type="auto"/>
        <w:jc w:val="center"/>
        <w:tblBorders>
          <w:top w:val="single" w:sz="2" w:space="0" w:color="C7D0D3"/>
          <w:left w:val="single" w:sz="2" w:space="0" w:color="C7D0D3"/>
          <w:bottom w:val="single" w:sz="2" w:space="0" w:color="C7D0D3"/>
          <w:right w:val="single" w:sz="2" w:space="0" w:color="C7D0D3"/>
          <w:insideH w:val="single" w:sz="2" w:space="0" w:color="C7D0D3"/>
          <w:insideV w:val="single" w:sz="2" w:space="0" w:color="C7D0D3"/>
        </w:tblBorders>
        <w:tblLayout w:type="fixed"/>
        <w:tblLook w:val="04A0" w:firstRow="1" w:lastRow="0" w:firstColumn="1" w:lastColumn="0" w:noHBand="0" w:noVBand="1"/>
      </w:tblPr>
      <w:tblGrid>
        <w:gridCol w:w="10842"/>
      </w:tblGrid>
      <w:tr w:rsidR="004809AF" w:rsidRPr="0074430B" w14:paraId="4036AAFD" w14:textId="77777777" w:rsidTr="00655DEE">
        <w:trPr>
          <w:cantSplit/>
          <w:jc w:val="center"/>
        </w:trPr>
        <w:tc>
          <w:tcPr>
            <w:tcW w:w="10842" w:type="dxa"/>
            <w:tcBorders>
              <w:top w:val="nil"/>
            </w:tcBorders>
            <w:shd w:val="clear" w:color="auto" w:fill="EAF3EF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321EA3F" w14:textId="3B96BFA3" w:rsidR="004809AF" w:rsidRDefault="004809AF" w:rsidP="00655DEE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lastRenderedPageBreak/>
              <w:t xml:space="preserve">Documenti allegati (barrare il simbolo </w:t>
            </w:r>
            <w:r w:rsidRPr="004809AF">
              <w:rPr>
                <w:rFonts w:ascii="Segoe UI Symbol" w:hAnsi="Segoe UI Symbol" w:cs="Segoe UI Symbol"/>
                <w:color w:val="263238"/>
                <w:sz w:val="20"/>
                <w:szCs w:val="20"/>
                <w:lang w:val="it-IT"/>
              </w:rPr>
              <w:t>☐</w:t>
            </w:r>
            <w:r>
              <w:rPr>
                <w:rFonts w:ascii="Segoe UI Symbol" w:hAnsi="Segoe UI Symbol" w:cs="Segoe UI Symbol"/>
                <w:color w:val="26323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in caso di presentazione)</w:t>
            </w:r>
          </w:p>
          <w:p w14:paraId="32356B46" w14:textId="581A3BB9" w:rsidR="004809AF" w:rsidRDefault="004809AF" w:rsidP="004809AF">
            <w:pPr>
              <w:pStyle w:val="Paragrafoelenco"/>
              <w:numPr>
                <w:ilvl w:val="0"/>
                <w:numId w:val="10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Preventivi</w:t>
            </w:r>
            <w:r w:rsidR="00D83C32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/documenti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;</w:t>
            </w:r>
          </w:p>
          <w:p w14:paraId="1052161E" w14:textId="03E28FA2" w:rsidR="004809AF" w:rsidRPr="004809AF" w:rsidRDefault="004809AF" w:rsidP="004809AF">
            <w:pPr>
              <w:pStyle w:val="Paragrafoelenco"/>
              <w:numPr>
                <w:ilvl w:val="0"/>
                <w:numId w:val="10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Copia di Documento di Identità del richiedente</w:t>
            </w: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(non obbligatoria in caso di firma digitale della presente istanza)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;</w:t>
            </w:r>
          </w:p>
          <w:p w14:paraId="728B395A" w14:textId="090BC334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fotografie stato attuale (</w:t>
            </w:r>
            <w:proofErr w:type="spellStart"/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max</w:t>
            </w:r>
            <w:proofErr w:type="spellEnd"/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5);</w:t>
            </w:r>
          </w:p>
          <w:p w14:paraId="2B4E16CE" w14:textId="1661A86C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E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ventuali schede tecniche;</w:t>
            </w:r>
          </w:p>
          <w:p w14:paraId="77D86225" w14:textId="4B4E5F2A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E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ventuale attestazione iscrizione alla CER;</w:t>
            </w:r>
          </w:p>
          <w:p w14:paraId="075BE2BB" w14:textId="0D104FEA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Eventuale 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u w:val="single"/>
                <w:lang w:val="it-IT"/>
              </w:rPr>
              <w:t>allegato 1.1 – Scheda informativa di accessibilità e fruibilità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;</w:t>
            </w:r>
          </w:p>
          <w:p w14:paraId="6F605C76" w14:textId="4DAD38FF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Eventuale autorizzazione della proprietà;</w:t>
            </w:r>
          </w:p>
          <w:p w14:paraId="2AABE5FA" w14:textId="5CD96F21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Eventuale dichiarazione del </w:t>
            </w:r>
            <w:r w:rsidR="0074430B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revisore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dei conti o del Commercialista di non detraibilità dell’imposta (obbligatoria in fase di rendicontazione);</w:t>
            </w:r>
          </w:p>
          <w:p w14:paraId="64F22B4C" w14:textId="5168A214" w:rsidR="004809AF" w:rsidRPr="004809AF" w:rsidRDefault="004809AF" w:rsidP="004809AF">
            <w:pPr>
              <w:pStyle w:val="Paragrafoelenco"/>
              <w:numPr>
                <w:ilvl w:val="0"/>
                <w:numId w:val="11"/>
              </w:num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A</w:t>
            </w:r>
            <w:r w:rsidRPr="004809AF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ltro ____________________</w:t>
            </w: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_______________________________________________________.</w:t>
            </w:r>
          </w:p>
          <w:p w14:paraId="6B15D91A" w14:textId="77777777" w:rsidR="004809AF" w:rsidRPr="00BC002D" w:rsidRDefault="004809AF" w:rsidP="00655DEE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020F10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Visure, dati territoriali e informazioni già detenute dalla PA sono acquisiti d’ufficio.</w:t>
            </w:r>
          </w:p>
        </w:tc>
      </w:tr>
    </w:tbl>
    <w:p w14:paraId="242491B8" w14:textId="77777777" w:rsidR="004809AF" w:rsidRDefault="004809AF">
      <w:pPr>
        <w:rPr>
          <w:lang w:val="it-IT"/>
        </w:rPr>
      </w:pPr>
    </w:p>
    <w:p w14:paraId="78147841" w14:textId="77777777" w:rsidR="00701EEE" w:rsidRPr="00E1692F" w:rsidRDefault="00701EEE">
      <w:p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bookmarkStart w:id="0" w:name="_Hlk243922803"/>
      <w:bookmarkStart w:id="1" w:name="_GoBack"/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Il richiedente s</w:t>
      </w:r>
      <w:r w:rsidR="00020F10"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i impegna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, ai sensi e per gli effetti degli artt. 46 e 47 del D.P.R. n. 445/2000 sotto la propria responsabilità:</w:t>
      </w:r>
    </w:p>
    <w:p w14:paraId="2BF3E916" w14:textId="004716FA" w:rsidR="00701EEE" w:rsidRPr="00E1692F" w:rsidRDefault="00701EEE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realizzare, concludere, fatturare, quietanzare integralmente e rendicontare gli interventi entro e non oltre il 30 giugno 2027, termine non prorogabile, presentando domanda mediante il modulo di rendicontazione (allegato 3)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1D8581A6" w14:textId="09CA123D" w:rsidR="00701EEE" w:rsidRPr="00E1692F" w:rsidRDefault="00701EEE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confermare, entro 10 giorn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i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dalla pubblicazione della graduatoria, a pena di esclusione, l’impegno a dare luogo all’investimento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531D298B" w14:textId="282A58A5" w:rsidR="007F45D6" w:rsidRPr="00E1692F" w:rsidRDefault="00701EEE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In caso di impresa di nuova costituzione e/o di nuovo insediamento, ad avviare l’attività nell’unità locale ubicata all’interno dell’</w:t>
      </w:r>
      <w:proofErr w:type="spellStart"/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Hub</w:t>
      </w:r>
      <w:proofErr w:type="spellEnd"/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</w:t>
      </w:r>
      <w:r w:rsidR="007F45D6"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prima dell’erogazione del beneficio economico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3AAD7138" w14:textId="7B978B67" w:rsidR="007F45D6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sostenere esclusivamente spese con fatture riportanti il CUP comunicato in sede di concessione di contributo, inserito direttamente dal fornitore, pagate per l’intero importo con strumenti tracciabili da conto intestato all’impresa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9F6F515" w14:textId="5B8752F9" w:rsidR="004809AF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A </w:t>
      </w:r>
      <w:r w:rsidR="00F3006C">
        <w:rPr>
          <w:rFonts w:asciiTheme="majorHAnsi" w:hAnsiTheme="majorHAnsi" w:cstheme="majorHAnsi"/>
          <w:color w:val="263238"/>
          <w:sz w:val="20"/>
          <w:szCs w:val="20"/>
          <w:lang w:val="it-IT"/>
        </w:rPr>
        <w:t>proseguire l’attività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nei locali oggetto della domanda per almeno tre anni dalla data di </w:t>
      </w:r>
      <w:r w:rsidR="00267F96">
        <w:rPr>
          <w:rFonts w:asciiTheme="majorHAnsi" w:hAnsiTheme="majorHAnsi" w:cstheme="majorHAnsi"/>
          <w:color w:val="263238"/>
          <w:sz w:val="20"/>
          <w:szCs w:val="20"/>
          <w:lang w:val="it-IT"/>
        </w:rPr>
        <w:t>ricezione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del contributo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4C29F1ED" w14:textId="6A6FF9E5" w:rsidR="007F45D6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fornire, nei modi e nei tempi previsti dal bando, tutta la documentazione e le informazioni eventualmente richieste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F49EC27" w14:textId="2A924F46" w:rsidR="007F45D6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A mantenere il possesso dei requisiti dichiarati fino alla liquidazione del contributo e a comunicare tempestivamente al Comune ogni variazione relativa </w:t>
      </w:r>
      <w:r w:rsidR="00F470C6">
        <w:rPr>
          <w:rFonts w:asciiTheme="majorHAnsi" w:hAnsiTheme="majorHAnsi" w:cstheme="majorHAnsi"/>
          <w:color w:val="263238"/>
          <w:sz w:val="20"/>
          <w:szCs w:val="20"/>
          <w:lang w:val="it-IT"/>
        </w:rPr>
        <w:t>al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progetto o ai requisiti, nonché l’eventuale rinuncia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3B57310B" w14:textId="2AB48571" w:rsidR="007F45D6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restituire il contributo ricevuto in caso di esclusione o revoca</w:t>
      </w:r>
      <w:r w:rsid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40682571" w14:textId="528BBDAC" w:rsidR="007F45D6" w:rsidRPr="00E1692F" w:rsidRDefault="007F45D6" w:rsidP="000D43B6">
      <w:pPr>
        <w:pStyle w:val="Paragrafoelenco"/>
        <w:numPr>
          <w:ilvl w:val="0"/>
          <w:numId w:val="13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Ad assicurare la copertura finanziaria del progetto per la parte di spese non coperta dal contributo.</w:t>
      </w:r>
    </w:p>
    <w:bookmarkEnd w:id="0"/>
    <w:bookmarkEnd w:id="1"/>
    <w:p w14:paraId="41D004AF" w14:textId="77777777" w:rsidR="00020F10" w:rsidRDefault="00020F10">
      <w:pPr>
        <w:rPr>
          <w:lang w:val="it-IT"/>
        </w:rPr>
      </w:pPr>
    </w:p>
    <w:p w14:paraId="7E009ADA" w14:textId="77777777" w:rsidR="00020F10" w:rsidRDefault="00020F10">
      <w:pPr>
        <w:rPr>
          <w:lang w:val="it-IT"/>
        </w:rPr>
      </w:pPr>
    </w:p>
    <w:p w14:paraId="0224EF6D" w14:textId="77777777" w:rsidR="004809AF" w:rsidRPr="00DD496E" w:rsidRDefault="004809AF">
      <w:pPr>
        <w:rPr>
          <w:lang w:val="it-IT"/>
        </w:rPr>
      </w:pP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  <w:gridCol w:w="56"/>
      </w:tblGrid>
      <w:tr w:rsidR="00811F6F" w14:paraId="2D8D9D73" w14:textId="77777777" w:rsidTr="007F45D6">
        <w:trPr>
          <w:jc w:val="center"/>
        </w:trPr>
        <w:tc>
          <w:tcPr>
            <w:tcW w:w="5443" w:type="dxa"/>
            <w:shd w:val="clear" w:color="auto" w:fill="315D5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297E106" w14:textId="77777777" w:rsidR="00811F6F" w:rsidRPr="00DD496E" w:rsidRDefault="007A262B">
            <w:pPr>
              <w:rPr>
                <w:lang w:val="it-IT"/>
              </w:rPr>
            </w:pPr>
            <w:r w:rsidRPr="00DD496E">
              <w:rPr>
                <w:b/>
                <w:color w:val="FFFFFF"/>
                <w:sz w:val="21"/>
                <w:lang w:val="it-IT"/>
              </w:rPr>
              <w:t>DICHIARAZIONE FINALE E FIRMA DEL RICHIEDENTE</w:t>
            </w:r>
          </w:p>
          <w:p w14:paraId="47A08A48" w14:textId="77777777" w:rsidR="00811F6F" w:rsidRDefault="007A262B">
            <w:proofErr w:type="spellStart"/>
            <w:r>
              <w:rPr>
                <w:b/>
                <w:color w:val="FFFFFF"/>
              </w:rPr>
              <w:t>Sottoscrizione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dell’Allegato</w:t>
            </w:r>
            <w:proofErr w:type="spellEnd"/>
            <w:r>
              <w:rPr>
                <w:b/>
                <w:color w:val="FFFFFF"/>
              </w:rPr>
              <w:t xml:space="preserve"> 1</w:t>
            </w:r>
          </w:p>
        </w:tc>
        <w:tc>
          <w:tcPr>
            <w:tcW w:w="5499" w:type="dxa"/>
            <w:gridSpan w:val="2"/>
            <w:shd w:val="clear" w:color="auto" w:fill="315D5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4E5C398" w14:textId="77777777" w:rsidR="00811F6F" w:rsidRDefault="007A262B">
            <w:pPr>
              <w:jc w:val="right"/>
            </w:pPr>
            <w:r>
              <w:rPr>
                <w:b/>
                <w:color w:val="FFFFFF"/>
                <w:sz w:val="16"/>
              </w:rPr>
              <w:t>H.U.B.</w:t>
            </w:r>
            <w:r>
              <w:rPr>
                <w:b/>
                <w:color w:val="FFFFFF"/>
                <w:sz w:val="16"/>
              </w:rPr>
              <w:br/>
              <w:t>CAMPAGNOLA</w:t>
            </w:r>
          </w:p>
        </w:tc>
      </w:tr>
      <w:tr w:rsidR="00811F6F" w:rsidRPr="0074430B" w14:paraId="5D020AD5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jc w:val="center"/>
        </w:trPr>
        <w:tc>
          <w:tcPr>
            <w:tcW w:w="10886" w:type="dxa"/>
            <w:gridSpan w:val="2"/>
            <w:shd w:val="clear" w:color="auto" w:fill="EAF3EF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DE08BD" w14:textId="55F855B0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sz w:val="15"/>
                <w:lang w:val="it-IT"/>
              </w:rPr>
              <w:t>Il/La richiedente dichiara che i dati e le dichiarazioni contenuti nel presente Allegato 1, le condizioni premiali selezionate e il piano finanziario corrispondono al progetto presentato e prende atto che l’ammissibilità, i punteggi e il contributo sono confermati dall’Ufficio sulla base delle verifiche previste dal bando.</w:t>
            </w:r>
          </w:p>
        </w:tc>
      </w:tr>
      <w:tr w:rsidR="00811F6F" w14:paraId="72CF3893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jc w:val="center"/>
        </w:trPr>
        <w:tc>
          <w:tcPr>
            <w:tcW w:w="5443" w:type="dxa"/>
            <w:shd w:val="clear" w:color="auto" w:fill="F7FA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4737F3" w14:textId="41295822" w:rsidR="00811F6F" w:rsidRDefault="007A262B">
            <w:proofErr w:type="spellStart"/>
            <w:r>
              <w:rPr>
                <w:color w:val="263238"/>
              </w:rPr>
              <w:t>Luogo</w:t>
            </w:r>
            <w:proofErr w:type="spellEnd"/>
            <w:r>
              <w:rPr>
                <w:color w:val="263238"/>
              </w:rPr>
              <w:t xml:space="preserve"> _________________________________________</w:t>
            </w:r>
            <w:r w:rsidR="006C46DA">
              <w:rPr>
                <w:color w:val="263238"/>
              </w:rPr>
              <w:t>___________________</w:t>
            </w:r>
            <w:r>
              <w:rPr>
                <w:color w:val="263238"/>
              </w:rPr>
              <w:t>_</w:t>
            </w:r>
          </w:p>
        </w:tc>
        <w:tc>
          <w:tcPr>
            <w:tcW w:w="5443" w:type="dxa"/>
            <w:shd w:val="clear" w:color="auto" w:fill="F7FA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3A0499" w14:textId="77777777" w:rsidR="00811F6F" w:rsidRDefault="007A262B">
            <w:r>
              <w:rPr>
                <w:color w:val="263238"/>
              </w:rPr>
              <w:t>Data ____ / ____ / ______</w:t>
            </w:r>
          </w:p>
        </w:tc>
      </w:tr>
      <w:tr w:rsidR="00811F6F" w14:paraId="45C9B94F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jc w:val="center"/>
        </w:trPr>
        <w:tc>
          <w:tcPr>
            <w:tcW w:w="5443" w:type="dxa"/>
            <w:shd w:val="clear" w:color="auto" w:fill="F7FA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BA4BD4" w14:textId="525F2A87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Nome e cognome del firmatario</w:t>
            </w:r>
            <w:r w:rsidRPr="00DD496E">
              <w:rPr>
                <w:color w:val="263238"/>
                <w:lang w:val="it-IT"/>
              </w:rPr>
              <w:br/>
              <w:t>_______________________________________________</w:t>
            </w:r>
            <w:r w:rsidR="006C46DA">
              <w:rPr>
                <w:color w:val="263238"/>
                <w:lang w:val="it-IT"/>
              </w:rPr>
              <w:t>___________________</w:t>
            </w:r>
          </w:p>
        </w:tc>
        <w:tc>
          <w:tcPr>
            <w:tcW w:w="5443" w:type="dxa"/>
            <w:shd w:val="clear" w:color="auto" w:fill="F7FA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FBB133" w14:textId="77777777" w:rsidR="00811F6F" w:rsidRDefault="007A262B">
            <w:proofErr w:type="spellStart"/>
            <w:r>
              <w:rPr>
                <w:color w:val="263238"/>
              </w:rPr>
              <w:t>Qualifica</w:t>
            </w:r>
            <w:proofErr w:type="spellEnd"/>
            <w:r>
              <w:rPr>
                <w:color w:val="263238"/>
              </w:rPr>
              <w:br/>
              <w:t>_______________________________________________</w:t>
            </w:r>
          </w:p>
        </w:tc>
      </w:tr>
      <w:tr w:rsidR="00811F6F" w:rsidRPr="0074430B" w14:paraId="5D41F007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jc w:val="center"/>
        </w:trPr>
        <w:tc>
          <w:tcPr>
            <w:tcW w:w="10886" w:type="dxa"/>
            <w:gridSpan w:val="2"/>
            <w:shd w:val="clear" w:color="auto" w:fill="F7FA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D6E5FC" w14:textId="53D0FF6A" w:rsidR="00811F6F" w:rsidRPr="00DD496E" w:rsidRDefault="007A262B">
            <w:pPr>
              <w:rPr>
                <w:lang w:val="it-IT"/>
              </w:rPr>
            </w:pPr>
            <w:r w:rsidRPr="00DD496E">
              <w:rPr>
                <w:color w:val="263238"/>
                <w:lang w:val="it-IT"/>
              </w:rPr>
              <w:t>Firma del richiedente / legale rappresentante</w:t>
            </w:r>
            <w:r w:rsidR="00F3006C">
              <w:rPr>
                <w:color w:val="263238"/>
                <w:lang w:val="it-IT"/>
              </w:rPr>
              <w:t>/procuratore</w:t>
            </w:r>
            <w:r w:rsidRPr="00DD496E">
              <w:rPr>
                <w:color w:val="263238"/>
                <w:lang w:val="it-IT"/>
              </w:rPr>
              <w:br/>
            </w:r>
            <w:r w:rsidRPr="00DD496E">
              <w:rPr>
                <w:color w:val="263238"/>
                <w:lang w:val="it-IT"/>
              </w:rPr>
              <w:br/>
              <w:t>_______________________________________________________________</w:t>
            </w:r>
          </w:p>
        </w:tc>
      </w:tr>
    </w:tbl>
    <w:p w14:paraId="45A22392" w14:textId="77777777" w:rsidR="00DA201C" w:rsidRPr="004F53BA" w:rsidRDefault="00DA5D38">
      <w:pPr>
        <w:spacing w:after="0" w:line="96" w:lineRule="auto"/>
        <w:rPr>
          <w:rFonts w:asciiTheme="majorHAnsi" w:hAnsiTheme="majorHAnsi" w:cstheme="majorHAnsi"/>
          <w:sz w:val="20"/>
          <w:szCs w:val="20"/>
          <w:lang w:val="it-IT"/>
        </w:rPr>
      </w:pPr>
      <w:r w:rsidRPr="004F53BA">
        <w:rPr>
          <w:rFonts w:asciiTheme="majorHAnsi" w:hAnsiTheme="majorHAnsi" w:cstheme="majorHAnsi"/>
          <w:sz w:val="20"/>
          <w:szCs w:val="20"/>
          <w:lang w:val="it-IT"/>
        </w:rPr>
        <w:br w:type="page"/>
      </w:r>
    </w:p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DA201C" w:rsidRPr="00DA5D38" w14:paraId="23115F47" w14:textId="77777777">
        <w:trPr>
          <w:cantSplit/>
          <w:jc w:val="center"/>
        </w:trPr>
        <w:tc>
          <w:tcPr>
            <w:tcW w:w="5443" w:type="dxa"/>
            <w:shd w:val="clear" w:color="auto" w:fill="C66A2B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3B6882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lastRenderedPageBreak/>
              <w:t>RISERVATO ALL’UFFICIO / COMMISSIONE</w:t>
            </w: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br/>
              <w:t>Istruttoria, verifiche d’ufficio, attribuzione dei punteggi ed esito</w:t>
            </w:r>
          </w:p>
        </w:tc>
        <w:tc>
          <w:tcPr>
            <w:tcW w:w="5443" w:type="dxa"/>
            <w:shd w:val="clear" w:color="auto" w:fill="C66A2B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254694" w14:textId="77777777" w:rsidR="00DA201C" w:rsidRPr="00DA5D38" w:rsidRDefault="00DA5D38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H.U.B.</w:t>
            </w: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br/>
              <w:t>CAMPAGNOLA</w:t>
            </w:r>
          </w:p>
        </w:tc>
      </w:tr>
    </w:tbl>
    <w:p w14:paraId="6C80F384" w14:textId="77777777" w:rsidR="00DA201C" w:rsidRPr="00DA5D38" w:rsidRDefault="00DA201C">
      <w:pPr>
        <w:spacing w:after="0" w:line="9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jc w:val="center"/>
        <w:tblBorders>
          <w:top w:val="single" w:sz="0" w:space="0" w:color="334B5C"/>
          <w:left w:val="single" w:sz="0" w:space="0" w:color="334B5C"/>
          <w:bottom w:val="single" w:sz="0" w:space="0" w:color="334B5C"/>
          <w:right w:val="single" w:sz="0" w:space="0" w:color="334B5C"/>
          <w:insideH w:val="single" w:sz="0" w:space="0" w:color="334B5C"/>
          <w:insideV w:val="single" w:sz="0" w:space="0" w:color="334B5C"/>
        </w:tblBorders>
        <w:tblLook w:val="04A0" w:firstRow="1" w:lastRow="0" w:firstColumn="1" w:lastColumn="0" w:noHBand="0" w:noVBand="1"/>
      </w:tblPr>
      <w:tblGrid>
        <w:gridCol w:w="1842"/>
        <w:gridCol w:w="1932"/>
        <w:gridCol w:w="1951"/>
        <w:gridCol w:w="1142"/>
        <w:gridCol w:w="2252"/>
        <w:gridCol w:w="1850"/>
        <w:gridCol w:w="27"/>
      </w:tblGrid>
      <w:tr w:rsidR="00DA201C" w:rsidRPr="0074430B" w14:paraId="05514348" w14:textId="77777777" w:rsidTr="00E746E7">
        <w:trPr>
          <w:cantSplit/>
          <w:jc w:val="center"/>
        </w:trPr>
        <w:tc>
          <w:tcPr>
            <w:tcW w:w="10996" w:type="dxa"/>
            <w:gridSpan w:val="7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0B0F28" w14:textId="77777777" w:rsidR="00DA201C" w:rsidRPr="004F53BA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1. VERIFICA PRELIMINARE E PRIORITÀ REGIONALE</w:t>
            </w:r>
          </w:p>
        </w:tc>
      </w:tr>
      <w:tr w:rsidR="00DA201C" w:rsidRPr="00DA5D38" w14:paraId="22C1168F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98EDB27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Ammissibilità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amministrativa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SÌ 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5244" w:type="dxa"/>
            <w:gridSpan w:val="3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87A3146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Motivo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eventuale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esclusione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</w:t>
            </w:r>
          </w:p>
        </w:tc>
      </w:tr>
      <w:tr w:rsidR="008240B3" w:rsidRPr="0074430B" w14:paraId="1BC0B982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vMerge w:val="restart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648B3467" w14:textId="77777777" w:rsidR="008240B3" w:rsidRDefault="008240B3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8240B3">
              <w:rPr>
                <w:rFonts w:asciiTheme="majorHAnsi" w:hAnsiTheme="majorHAnsi" w:cstheme="majorHAnsi"/>
                <w:b/>
                <w:bCs/>
                <w:color w:val="263238"/>
                <w:sz w:val="20"/>
                <w:szCs w:val="20"/>
                <w:lang w:val="it-IT"/>
              </w:rPr>
              <w:t xml:space="preserve">L. 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Priorità regionale piano terra / vetrina / accesso diretto</w:t>
            </w:r>
          </w:p>
          <w:p w14:paraId="4B66460F" w14:textId="77777777" w:rsidR="008240B3" w:rsidRPr="004F53BA" w:rsidRDefault="008240B3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SÌ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NO</w:t>
            </w:r>
          </w:p>
        </w:tc>
        <w:tc>
          <w:tcPr>
            <w:tcW w:w="5244" w:type="dxa"/>
            <w:gridSpan w:val="3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D9A83D8" w14:textId="77777777" w:rsidR="008240B3" w:rsidRPr="004F53BA" w:rsidRDefault="008240B3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Centro Storico RUE.1</w:t>
            </w:r>
            <w:proofErr w:type="gramStart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A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proofErr w:type="gramEnd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SÌ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NO</w:t>
            </w:r>
          </w:p>
        </w:tc>
      </w:tr>
      <w:tr w:rsidR="008240B3" w:rsidRPr="0074430B" w14:paraId="5544D523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vMerge/>
            <w:shd w:val="clear" w:color="auto" w:fill="E9EEF1"/>
            <w:tcMar>
              <w:top w:w="38" w:type="dxa"/>
              <w:left w:w="50" w:type="dxa"/>
              <w:bottom w:w="38" w:type="dxa"/>
              <w:right w:w="50" w:type="dxa"/>
            </w:tcMar>
          </w:tcPr>
          <w:p w14:paraId="4B996101" w14:textId="77777777" w:rsidR="008240B3" w:rsidRPr="004F53BA" w:rsidRDefault="008240B3" w:rsidP="008240B3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  <w:tc>
          <w:tcPr>
            <w:tcW w:w="5244" w:type="dxa"/>
            <w:gridSpan w:val="3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62B46B8" w14:textId="77777777" w:rsidR="008240B3" w:rsidRPr="004F53BA" w:rsidRDefault="008240B3" w:rsidP="008240B3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Locale inutilizzato </w:t>
            </w:r>
            <w: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in Centro Storico 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≥ 6 mesi (</w:t>
            </w:r>
            <w:proofErr w:type="gramStart"/>
            <w:r w:rsidRPr="008240B3">
              <w:rPr>
                <w:rFonts w:asciiTheme="majorHAnsi" w:hAnsiTheme="majorHAnsi" w:cstheme="majorHAnsi"/>
                <w:b/>
                <w:bCs/>
                <w:color w:val="263238"/>
                <w:sz w:val="20"/>
                <w:szCs w:val="20"/>
                <w:lang w:val="it-IT"/>
              </w:rPr>
              <w:t>G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)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proofErr w:type="gramEnd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SÌ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NO</w:t>
            </w:r>
          </w:p>
        </w:tc>
      </w:tr>
      <w:tr w:rsidR="008240B3" w:rsidRPr="0074430B" w14:paraId="518DD75E" w14:textId="77777777" w:rsidTr="00E746E7">
        <w:trPr>
          <w:cantSplit/>
          <w:jc w:val="center"/>
        </w:trPr>
        <w:tc>
          <w:tcPr>
            <w:tcW w:w="10996" w:type="dxa"/>
            <w:gridSpan w:val="7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B186D1" w14:textId="77777777" w:rsidR="008240B3" w:rsidRPr="004F53BA" w:rsidRDefault="008240B3" w:rsidP="008240B3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  <w:t>2. GRIGLIA DI ATTRIBUZIONE DEI PUNTEGGI</w:t>
            </w:r>
          </w:p>
        </w:tc>
      </w:tr>
      <w:tr w:rsidR="008240B3" w:rsidRPr="00DA5D38" w14:paraId="53D89E8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A9521F"/>
            <w:tcMar>
              <w:top w:w="22" w:type="dxa"/>
              <w:left w:w="28" w:type="dxa"/>
              <w:bottom w:w="22" w:type="dxa"/>
              <w:right w:w="28" w:type="dxa"/>
            </w:tcMar>
            <w:vAlign w:val="center"/>
          </w:tcPr>
          <w:p w14:paraId="498C0A03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CRIT.</w:t>
            </w:r>
          </w:p>
        </w:tc>
        <w:tc>
          <w:tcPr>
            <w:tcW w:w="1932" w:type="dxa"/>
            <w:shd w:val="clear" w:color="auto" w:fill="A9521F"/>
            <w:tcMar>
              <w:top w:w="22" w:type="dxa"/>
              <w:left w:w="28" w:type="dxa"/>
              <w:bottom w:w="22" w:type="dxa"/>
              <w:right w:w="28" w:type="dxa"/>
            </w:tcMar>
            <w:vAlign w:val="center"/>
          </w:tcPr>
          <w:p w14:paraId="1C68FF44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ORIGINE</w:t>
            </w:r>
          </w:p>
        </w:tc>
        <w:tc>
          <w:tcPr>
            <w:tcW w:w="3093" w:type="dxa"/>
            <w:gridSpan w:val="2"/>
            <w:shd w:val="clear" w:color="auto" w:fill="A9521F"/>
            <w:tcMar>
              <w:top w:w="22" w:type="dxa"/>
              <w:left w:w="28" w:type="dxa"/>
              <w:bottom w:w="22" w:type="dxa"/>
              <w:right w:w="28" w:type="dxa"/>
            </w:tcMar>
            <w:vAlign w:val="center"/>
          </w:tcPr>
          <w:p w14:paraId="031595F2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VERIFICA</w:t>
            </w:r>
          </w:p>
        </w:tc>
        <w:tc>
          <w:tcPr>
            <w:tcW w:w="2252" w:type="dxa"/>
            <w:shd w:val="clear" w:color="auto" w:fill="A9521F"/>
            <w:tcMar>
              <w:top w:w="22" w:type="dxa"/>
              <w:left w:w="28" w:type="dxa"/>
              <w:bottom w:w="22" w:type="dxa"/>
              <w:right w:w="28" w:type="dxa"/>
            </w:tcMar>
            <w:vAlign w:val="center"/>
          </w:tcPr>
          <w:p w14:paraId="6E2607E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PUNTI ATTRIBUITI</w:t>
            </w:r>
          </w:p>
        </w:tc>
        <w:tc>
          <w:tcPr>
            <w:tcW w:w="1850" w:type="dxa"/>
            <w:shd w:val="clear" w:color="auto" w:fill="A9521F"/>
            <w:tcMar>
              <w:top w:w="22" w:type="dxa"/>
              <w:left w:w="28" w:type="dxa"/>
              <w:bottom w:w="22" w:type="dxa"/>
              <w:right w:w="28" w:type="dxa"/>
            </w:tcMar>
            <w:vAlign w:val="center"/>
          </w:tcPr>
          <w:p w14:paraId="440A2274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NOTE</w:t>
            </w:r>
          </w:p>
        </w:tc>
      </w:tr>
      <w:tr w:rsidR="008240B3" w:rsidRPr="00DA5D38" w14:paraId="7107034B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846411D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A1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A3CC57B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870F89F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0FEA5D4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4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42CAD73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38DCFA9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5165174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A2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43F96B3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685166A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AB99BA0" w14:textId="481B6D21" w:rsidR="00811F6F" w:rsidRDefault="007A262B" w:rsidP="00E1692F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E1692F">
              <w:rPr>
                <w:b/>
                <w:color w:val="263238"/>
                <w:sz w:val="19"/>
              </w:rPr>
              <w:t>2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D942F06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53E9B21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085F448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A3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DF932F0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C2417A6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FAC1BE2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4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8B6B27A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40A11280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761BF92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B1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BFF2C1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74C39D6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253B6C3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4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0971F86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1477E5BF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E4F828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B2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B4F6C0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0F0337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9F33DC9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3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39634E3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7D416AEB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6B59ED6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B3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09B586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29B2709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5353FEB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6E1BDF6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04248AD4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1AFB06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C1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C105DED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AF03180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BA7E49F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4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2FAA1F9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2303E3FA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8EE916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C2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34DD518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BF4D309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A50C787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80355EB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50A8F22C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74DABD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D1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9C7000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259A021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360EEAC" w14:textId="4525C66B" w:rsidR="00811F6F" w:rsidRDefault="007A262B" w:rsidP="00E1692F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E1692F">
              <w:rPr>
                <w:b/>
                <w:color w:val="263238"/>
                <w:sz w:val="19"/>
              </w:rPr>
              <w:t>6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8B130C6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5D0ACB29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C5F5E71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D2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1B71AC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88BE6CB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A21B5C3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A46E6A4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2F011EBC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220DCD5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E1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1C4914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D06FA1D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FB5EB6B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3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115739E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7DEC8563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904DDD3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E2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ABED09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555066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59E447B5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3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59FC8F1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6D308AFC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5C61DE0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F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C74FE6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color w:val="263238"/>
                <w:sz w:val="18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F50A224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3690810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5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F66FE24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0F29A719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A50D290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G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9AAE99C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color w:val="263238"/>
                <w:sz w:val="18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CD0AC8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C78CE33" w14:textId="2C637445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3757B3">
              <w:rPr>
                <w:b/>
                <w:color w:val="263238"/>
                <w:sz w:val="19"/>
              </w:rPr>
              <w:t>4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18B7C3A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26757946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BFC1E75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H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2294712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>
              <w:rPr>
                <w:color w:val="263238"/>
                <w:sz w:val="18"/>
              </w:rPr>
              <w:t>dich./</w:t>
            </w:r>
            <w:proofErr w:type="spellStart"/>
            <w:proofErr w:type="gramEnd"/>
            <w:r>
              <w:rPr>
                <w:color w:val="263238"/>
                <w:sz w:val="18"/>
              </w:rPr>
              <w:t>verif</w:t>
            </w:r>
            <w:proofErr w:type="spellEnd"/>
            <w:r>
              <w:rPr>
                <w:color w:val="263238"/>
                <w:sz w:val="18"/>
              </w:rPr>
              <w:t>.</w:t>
            </w:r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4984BD7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1A249D5" w14:textId="77777777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2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9F711DF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16329284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3BA2888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I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7B1A26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color w:val="263238"/>
                <w:sz w:val="18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4B11235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b/>
                <w:color w:val="263238"/>
                <w:sz w:val="18"/>
              </w:rPr>
              <w:t>FASCIA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814303A" w14:textId="40AFBD89" w:rsidR="00811F6F" w:rsidRDefault="007A262B">
            <w:r>
              <w:rPr>
                <w:b/>
                <w:color w:val="263238"/>
                <w:sz w:val="18"/>
              </w:rPr>
              <w:t>___</w:t>
            </w:r>
            <w:proofErr w:type="gramStart"/>
            <w:r>
              <w:rPr>
                <w:b/>
                <w:color w:val="263238"/>
                <w:sz w:val="18"/>
              </w:rPr>
              <w:t xml:space="preserve">_  </w:t>
            </w:r>
            <w:r w:rsidR="003757B3">
              <w:rPr>
                <w:b/>
                <w:color w:val="263238"/>
                <w:sz w:val="18"/>
              </w:rPr>
              <w:t>7</w:t>
            </w:r>
            <w:proofErr w:type="gramEnd"/>
            <w:r>
              <w:rPr>
                <w:b/>
                <w:color w:val="263238"/>
                <w:sz w:val="18"/>
              </w:rPr>
              <w:t xml:space="preserve"> / 1</w:t>
            </w:r>
            <w:r w:rsidR="003757B3">
              <w:rPr>
                <w:b/>
                <w:color w:val="263238"/>
                <w:sz w:val="18"/>
              </w:rPr>
              <w:t>2</w:t>
            </w:r>
            <w:r>
              <w:rPr>
                <w:b/>
                <w:color w:val="263238"/>
                <w:sz w:val="18"/>
              </w:rPr>
              <w:t xml:space="preserve"> / 15 / 20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98B0B04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11FE97A4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D2B814F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J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90C85BE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>
              <w:rPr>
                <w:color w:val="263238"/>
                <w:sz w:val="18"/>
              </w:rPr>
              <w:t>dich./</w:t>
            </w:r>
            <w:proofErr w:type="spellStart"/>
            <w:proofErr w:type="gramEnd"/>
            <w:r>
              <w:rPr>
                <w:color w:val="263238"/>
                <w:sz w:val="18"/>
              </w:rPr>
              <w:t>verif</w:t>
            </w:r>
            <w:proofErr w:type="spellEnd"/>
            <w:r>
              <w:rPr>
                <w:color w:val="263238"/>
                <w:sz w:val="18"/>
              </w:rPr>
              <w:t>.</w:t>
            </w:r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7073C640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4898BC0" w14:textId="4048E6D2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3757B3">
              <w:rPr>
                <w:b/>
                <w:color w:val="263238"/>
                <w:sz w:val="19"/>
              </w:rPr>
              <w:t>10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BC2FA06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2C00A652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F0C31C9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K</w:t>
            </w:r>
          </w:p>
        </w:tc>
        <w:tc>
          <w:tcPr>
            <w:tcW w:w="193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1DEE999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color w:val="263238"/>
                <w:sz w:val="18"/>
              </w:rPr>
              <w:t>modulo</w:t>
            </w:r>
          </w:p>
        </w:tc>
        <w:tc>
          <w:tcPr>
            <w:tcW w:w="3093" w:type="dxa"/>
            <w:gridSpan w:val="2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1FB47CE8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6A28A074" w14:textId="66823EF1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3757B3">
              <w:rPr>
                <w:b/>
                <w:color w:val="263238"/>
                <w:sz w:val="19"/>
              </w:rPr>
              <w:t>5</w:t>
            </w:r>
          </w:p>
        </w:tc>
        <w:tc>
          <w:tcPr>
            <w:tcW w:w="1850" w:type="dxa"/>
            <w:shd w:val="clear" w:color="auto" w:fill="FFF8F3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33A0699E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240B3" w:rsidRPr="00DA5D38" w14:paraId="201F1E01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FF95C0D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18394B"/>
                <w:sz w:val="20"/>
                <w:szCs w:val="20"/>
              </w:rPr>
              <w:t>L</w:t>
            </w:r>
          </w:p>
        </w:tc>
        <w:tc>
          <w:tcPr>
            <w:tcW w:w="193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C4D2469" w14:textId="77777777" w:rsidR="008240B3" w:rsidRPr="00DA5D38" w:rsidRDefault="008240B3" w:rsidP="008240B3">
            <w:pPr>
              <w:jc w:val="center"/>
              <w:rPr>
                <w:rFonts w:asciiTheme="majorHAnsi" w:hAnsiTheme="majorHAnsi" w:cstheme="majorHAnsi"/>
                <w:color w:val="263238"/>
                <w:sz w:val="20"/>
                <w:szCs w:val="20"/>
              </w:rPr>
            </w:pPr>
            <w:proofErr w:type="spellStart"/>
            <w:r>
              <w:rPr>
                <w:color w:val="263238"/>
                <w:sz w:val="18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067A80C7" w14:textId="77777777" w:rsidR="008240B3" w:rsidRPr="00DA5D38" w:rsidRDefault="008240B3" w:rsidP="008240B3">
            <w:pPr>
              <w:jc w:val="center"/>
              <w:rPr>
                <w:rFonts w:ascii="MS Gothic" w:eastAsia="MS Gothic" w:hAnsi="MS Gothic" w:cs="MS Gothic"/>
                <w:color w:val="263238"/>
                <w:sz w:val="20"/>
                <w:szCs w:val="20"/>
              </w:rPr>
            </w:pP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gram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SÌ  </w:t>
            </w:r>
            <w:r w:rsidRPr="00DA5D38">
              <w:rPr>
                <w:rFonts w:cs="MS Gothic" w:hint="eastAsia"/>
                <w:color w:val="263238"/>
                <w:sz w:val="20"/>
                <w:szCs w:val="20"/>
              </w:rPr>
              <w:t>☐</w:t>
            </w:r>
            <w:proofErr w:type="gram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24AB015A" w14:textId="6C8C8975" w:rsidR="00811F6F" w:rsidRDefault="007A262B">
            <w:r>
              <w:rPr>
                <w:b/>
                <w:color w:val="263238"/>
                <w:sz w:val="19"/>
              </w:rPr>
              <w:t>___</w:t>
            </w:r>
            <w:proofErr w:type="gramStart"/>
            <w:r>
              <w:rPr>
                <w:b/>
                <w:color w:val="263238"/>
                <w:sz w:val="19"/>
              </w:rPr>
              <w:t>_  0</w:t>
            </w:r>
            <w:proofErr w:type="gramEnd"/>
            <w:r>
              <w:rPr>
                <w:b/>
                <w:color w:val="263238"/>
                <w:sz w:val="19"/>
              </w:rPr>
              <w:t xml:space="preserve"> / </w:t>
            </w:r>
            <w:r w:rsidR="003757B3">
              <w:rPr>
                <w:b/>
                <w:color w:val="263238"/>
                <w:sz w:val="19"/>
              </w:rPr>
              <w:t>15</w:t>
            </w:r>
          </w:p>
        </w:tc>
        <w:tc>
          <w:tcPr>
            <w:tcW w:w="1850" w:type="dxa"/>
            <w:shd w:val="clear" w:color="auto" w:fill="FBEADF"/>
            <w:tcMar>
              <w:top w:w="16" w:type="dxa"/>
              <w:left w:w="25" w:type="dxa"/>
              <w:bottom w:w="16" w:type="dxa"/>
              <w:right w:w="25" w:type="dxa"/>
            </w:tcMar>
            <w:vAlign w:val="center"/>
          </w:tcPr>
          <w:p w14:paraId="4F5F8FDE" w14:textId="77777777" w:rsidR="008240B3" w:rsidRPr="00DA5D38" w:rsidRDefault="008240B3" w:rsidP="008240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4CEC47C" w14:textId="77777777" w:rsidR="00DA201C" w:rsidRPr="00DA5D38" w:rsidRDefault="00DA5D38">
      <w:pPr>
        <w:jc w:val="right"/>
        <w:rPr>
          <w:rFonts w:asciiTheme="majorHAnsi" w:hAnsiTheme="majorHAnsi" w:cstheme="majorHAnsi"/>
          <w:sz w:val="20"/>
          <w:szCs w:val="20"/>
        </w:rPr>
      </w:pPr>
      <w:r w:rsidRPr="00DA5D38">
        <w:rPr>
          <w:rFonts w:asciiTheme="majorHAnsi" w:hAnsiTheme="majorHAnsi" w:cstheme="majorHAnsi"/>
          <w:b/>
          <w:color w:val="18394B"/>
          <w:sz w:val="20"/>
          <w:szCs w:val="20"/>
        </w:rPr>
        <w:t xml:space="preserve">PUNTEGGIO </w:t>
      </w:r>
      <w:proofErr w:type="gramStart"/>
      <w:r w:rsidRPr="00DA5D38">
        <w:rPr>
          <w:rFonts w:asciiTheme="majorHAnsi" w:hAnsiTheme="majorHAnsi" w:cstheme="majorHAnsi"/>
          <w:b/>
          <w:color w:val="18394B"/>
          <w:sz w:val="20"/>
          <w:szCs w:val="20"/>
        </w:rPr>
        <w:t>TOTALE  _</w:t>
      </w:r>
      <w:proofErr w:type="gramEnd"/>
      <w:r w:rsidRPr="00DA5D38">
        <w:rPr>
          <w:rFonts w:asciiTheme="majorHAnsi" w:hAnsiTheme="majorHAnsi" w:cstheme="majorHAnsi"/>
          <w:b/>
          <w:color w:val="18394B"/>
          <w:sz w:val="20"/>
          <w:szCs w:val="20"/>
        </w:rPr>
        <w:t>_____ / 100</w:t>
      </w:r>
    </w:p>
    <w:tbl>
      <w:tblPr>
        <w:tblW w:w="0" w:type="auto"/>
        <w:jc w:val="center"/>
        <w:tblBorders>
          <w:top w:val="single" w:sz="0" w:space="0" w:color="334B5C"/>
          <w:left w:val="single" w:sz="0" w:space="0" w:color="334B5C"/>
          <w:bottom w:val="single" w:sz="0" w:space="0" w:color="334B5C"/>
          <w:right w:val="single" w:sz="0" w:space="0" w:color="334B5C"/>
          <w:insideH w:val="single" w:sz="0" w:space="0" w:color="334B5C"/>
          <w:insideV w:val="single" w:sz="0" w:space="0" w:color="334B5C"/>
        </w:tblBorders>
        <w:tblLayout w:type="fixed"/>
        <w:tblLook w:val="04A0" w:firstRow="1" w:lastRow="0" w:firstColumn="1" w:lastColumn="0" w:noHBand="0" w:noVBand="1"/>
      </w:tblPr>
      <w:tblGrid>
        <w:gridCol w:w="7629"/>
        <w:gridCol w:w="2916"/>
        <w:gridCol w:w="451"/>
      </w:tblGrid>
      <w:tr w:rsidR="00DA201C" w:rsidRPr="00DA5D38" w14:paraId="29418CE8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54A4C2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3. ESITO ISTRUTTORIO</w:t>
            </w:r>
          </w:p>
        </w:tc>
      </w:tr>
      <w:tr w:rsidR="00DA201C" w:rsidRPr="0074430B" w14:paraId="77D21122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2C75F72" w14:textId="36A40E4C" w:rsidR="00DA201C" w:rsidRPr="00267F96" w:rsidRDefault="00DA5D38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proofErr w:type="gramStart"/>
            <w:r w:rsidRPr="00267F96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Esito  </w:t>
            </w:r>
            <w:r w:rsidRPr="00267F96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proofErr w:type="gramEnd"/>
            <w:r w:rsidRPr="00267F96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AMMESSA</w:t>
            </w:r>
            <w:r w:rsidR="00F3006C" w:rsidRPr="00267F96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(</w:t>
            </w:r>
            <w:r w:rsidR="00F3006C" w:rsidRPr="00267F96">
              <w:rPr>
                <w:lang w:val="it-IT"/>
              </w:rPr>
              <w:t>punteggio ≥ 40)</w:t>
            </w:r>
            <w:r w:rsidRPr="00267F96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  </w:t>
            </w:r>
            <w:r w:rsidRPr="00267F96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267F96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NON AMMESSA</w:t>
            </w:r>
          </w:p>
        </w:tc>
        <w:tc>
          <w:tcPr>
            <w:tcW w:w="451" w:type="dxa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5A576F9" w14:textId="77777777" w:rsidR="00DA201C" w:rsidRPr="00267F96" w:rsidRDefault="00DA201C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</w:tr>
      <w:tr w:rsidR="00DA201C" w:rsidRPr="00DA5D38" w14:paraId="2F93BD03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0E84E05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Spesa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ammessa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€ ______________________________</w:t>
            </w:r>
          </w:p>
        </w:tc>
        <w:tc>
          <w:tcPr>
            <w:tcW w:w="451" w:type="dxa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B05FBA4" w14:textId="77777777" w:rsidR="00DA201C" w:rsidRPr="00DA5D38" w:rsidRDefault="00DA201C" w:rsidP="00E746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A201C" w:rsidRPr="00DA5D38" w14:paraId="7DACFDAC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1C6EE6F" w14:textId="77777777" w:rsidR="00DA201C" w:rsidRPr="00DA5D38" w:rsidRDefault="00DA5D38" w:rsidP="00E746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Eventuale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rideterminazione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/ note </w:t>
            </w:r>
            <w:r w:rsidR="00390B46"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390B46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</w:t>
            </w:r>
          </w:p>
        </w:tc>
        <w:tc>
          <w:tcPr>
            <w:tcW w:w="451" w:type="dxa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7B60A10" w14:textId="77777777" w:rsidR="00DA201C" w:rsidRPr="00DA5D38" w:rsidRDefault="00DA201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A201C" w:rsidRPr="00DA5D38" w14:paraId="5EA1B71A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08CA4F8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4. DOCUMENTAZIONE E CONTROLLI</w:t>
            </w:r>
          </w:p>
        </w:tc>
      </w:tr>
      <w:tr w:rsidR="00DA201C" w:rsidRPr="0074430B" w14:paraId="264DA9A9" w14:textId="77777777" w:rsidTr="00E746E7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996" w:type="dxa"/>
            <w:gridSpan w:val="3"/>
            <w:shd w:val="clear" w:color="auto" w:fill="FFF8F3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CFA47C5" w14:textId="77777777" w:rsidR="00E746E7" w:rsidRPr="004F53BA" w:rsidRDefault="00DA5D38" w:rsidP="00E746E7">
            <w:pPr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334B5C"/>
                <w:sz w:val="20"/>
                <w:szCs w:val="20"/>
                <w:lang w:val="it-IT"/>
              </w:rPr>
              <w:t xml:space="preserve">Controlli d’ufficio.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Registro Imprese / REA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requisiti MPMI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DURC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minimis</w:t>
            </w:r>
            <w:proofErr w:type="spellEnd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/ aiuti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localizzazione </w:t>
            </w:r>
            <w:proofErr w:type="spellStart"/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Hub</w:t>
            </w:r>
            <w:proofErr w:type="spellEnd"/>
          </w:p>
          <w:p w14:paraId="28A03CEA" w14:textId="77777777" w:rsidR="00DA201C" w:rsidRPr="004F53BA" w:rsidRDefault="00DA5D38" w:rsidP="00E746E7">
            <w:pPr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Centro Storico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anzianità attività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stato locale inutilizzato  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CER </w:t>
            </w:r>
            <w:r w:rsidRPr="004F53BA">
              <w:rPr>
                <w:rFonts w:cs="MS Gothic" w:hint="eastAsia"/>
                <w:color w:val="263238"/>
                <w:sz w:val="20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 xml:space="preserve"> altri controlli previsti dal bando.</w:t>
            </w:r>
          </w:p>
        </w:tc>
      </w:tr>
      <w:tr w:rsidR="00DA201C" w:rsidRPr="00DA5D38" w14:paraId="21558580" w14:textId="77777777" w:rsidTr="00E746E7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996" w:type="dxa"/>
            <w:gridSpan w:val="3"/>
            <w:shd w:val="clear" w:color="auto" w:fill="FBEADF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C728B45" w14:textId="77777777" w:rsidR="00811F6F" w:rsidRDefault="007A262B">
            <w:r w:rsidRPr="00DD496E">
              <w:rPr>
                <w:lang w:val="it-IT"/>
              </w:rPr>
              <w:t xml:space="preserve">Documentazione del richiedente. ☐ domanda firmata   ☐ preventivi   ☐ fotografie   ☐ schede tecniche, se necessarie </w:t>
            </w:r>
            <w:r w:rsidRPr="00DD496E">
              <w:rPr>
                <w:lang w:val="it-IT"/>
              </w:rPr>
              <w:br/>
              <w:t xml:space="preserve">☐ documentazione integrativa ________________________________. </w:t>
            </w:r>
            <w:r>
              <w:t xml:space="preserve">☐ </w:t>
            </w:r>
            <w:proofErr w:type="spellStart"/>
            <w:r>
              <w:t>Allegato</w:t>
            </w:r>
            <w:proofErr w:type="spellEnd"/>
            <w:r>
              <w:t xml:space="preserve"> 1.1 (K)</w:t>
            </w:r>
          </w:p>
        </w:tc>
      </w:tr>
      <w:tr w:rsidR="00DA201C" w:rsidRPr="00DA5D38" w14:paraId="3B63D3EA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8EF3226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5. CHIUSURA DELL’ISTRUTTORIA</w:t>
            </w:r>
          </w:p>
        </w:tc>
      </w:tr>
      <w:tr w:rsidR="00DA201C" w:rsidRPr="00DA5D38" w14:paraId="0C7641D2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7FC5985D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Istruttore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</w:t>
            </w:r>
          </w:p>
        </w:tc>
        <w:tc>
          <w:tcPr>
            <w:tcW w:w="3367" w:type="dxa"/>
            <w:gridSpan w:val="2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5A731840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Data ____ / ____ / ______</w:t>
            </w:r>
          </w:p>
        </w:tc>
      </w:tr>
      <w:tr w:rsidR="00DA201C" w:rsidRPr="00DA5D38" w14:paraId="16EA63F7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2FC7BE5A" w14:textId="7777777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Commissione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/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Responsabile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</w:t>
            </w:r>
          </w:p>
        </w:tc>
        <w:tc>
          <w:tcPr>
            <w:tcW w:w="3367" w:type="dxa"/>
            <w:gridSpan w:val="2"/>
            <w:shd w:val="clear" w:color="auto" w:fill="FFF8F3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1CDE4ADB" w14:textId="77777777" w:rsidR="00DA201C" w:rsidRPr="00DA5D38" w:rsidRDefault="00DA5D38" w:rsidP="00E746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Firma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</w:t>
            </w:r>
            <w:r w:rsidR="00E746E7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</w:t>
            </w:r>
          </w:p>
        </w:tc>
      </w:tr>
      <w:tr w:rsidR="00DA201C" w:rsidRPr="00DA5D38" w14:paraId="3A726E77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3909BB3F" w14:textId="349CC4A7" w:rsidR="00DA201C" w:rsidRPr="00DA5D38" w:rsidRDefault="00DA5D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Note </w:t>
            </w:r>
            <w:proofErr w:type="spellStart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finali</w:t>
            </w:r>
            <w:proofErr w:type="spellEnd"/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 xml:space="preserve"> _________________________________________________________________________________________________________</w:t>
            </w:r>
            <w:r w:rsidR="006C46DA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___________________________________________</w:t>
            </w:r>
            <w:r w:rsidRPr="00DA5D38">
              <w:rPr>
                <w:rFonts w:asciiTheme="majorHAnsi" w:hAnsiTheme="majorHAnsi" w:cstheme="majorHAnsi"/>
                <w:color w:val="263238"/>
                <w:sz w:val="20"/>
                <w:szCs w:val="20"/>
              </w:rPr>
              <w:t>_</w:t>
            </w:r>
          </w:p>
        </w:tc>
        <w:tc>
          <w:tcPr>
            <w:tcW w:w="3367" w:type="dxa"/>
            <w:gridSpan w:val="2"/>
            <w:shd w:val="clear" w:color="auto" w:fill="FBEADF"/>
            <w:tcMar>
              <w:top w:w="38" w:type="dxa"/>
              <w:left w:w="50" w:type="dxa"/>
              <w:bottom w:w="38" w:type="dxa"/>
              <w:right w:w="50" w:type="dxa"/>
            </w:tcMar>
            <w:vAlign w:val="center"/>
          </w:tcPr>
          <w:p w14:paraId="4561226C" w14:textId="77777777" w:rsidR="00DA201C" w:rsidRPr="00DA5D38" w:rsidRDefault="00DA201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3048DEA" w14:textId="77777777" w:rsidR="00DA201C" w:rsidRPr="004F53BA" w:rsidRDefault="00DA201C" w:rsidP="008240B3">
      <w:pPr>
        <w:pStyle w:val="Tiny"/>
        <w:rPr>
          <w:rFonts w:asciiTheme="majorHAnsi" w:hAnsiTheme="majorHAnsi" w:cstheme="majorHAnsi"/>
          <w:sz w:val="20"/>
          <w:szCs w:val="20"/>
          <w:lang w:val="it-IT"/>
        </w:rPr>
      </w:pPr>
    </w:p>
    <w:sectPr w:rsidR="00DA201C" w:rsidRPr="004F53BA" w:rsidSect="00E746E7">
      <w:footerReference w:type="default" r:id="rId8"/>
      <w:pgSz w:w="11907" w:h="16839" w:code="9"/>
      <w:pgMar w:top="482" w:right="510" w:bottom="482" w:left="51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B9AD7" w14:textId="77777777" w:rsidR="00EB2B90" w:rsidRDefault="00EB2B90">
      <w:pPr>
        <w:spacing w:after="0" w:line="240" w:lineRule="auto"/>
      </w:pPr>
      <w:r>
        <w:separator/>
      </w:r>
    </w:p>
  </w:endnote>
  <w:endnote w:type="continuationSeparator" w:id="0">
    <w:p w14:paraId="3B60F172" w14:textId="77777777" w:rsidR="00EB2B90" w:rsidRDefault="00EB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715B4" w14:textId="77777777" w:rsidR="00D83C32" w:rsidRPr="004F53BA" w:rsidRDefault="00D83C32">
    <w:pPr>
      <w:pStyle w:val="Pidipagina"/>
      <w:jc w:val="center"/>
      <w:rPr>
        <w:lang w:val="it-IT"/>
      </w:rPr>
    </w:pPr>
    <w:r w:rsidRPr="00DD496E">
      <w:rPr>
        <w:color w:val="68777C"/>
        <w:sz w:val="12"/>
        <w:lang w:val="it-IT"/>
      </w:rPr>
      <w:t>Comune di Campagnola Emilia · H.U.B. – Human Urban Business · Allegato 1 – Domanda di contributo e scheda criteri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65108" w14:textId="77777777" w:rsidR="00EB2B90" w:rsidRDefault="00EB2B90">
      <w:pPr>
        <w:spacing w:after="0" w:line="240" w:lineRule="auto"/>
      </w:pPr>
      <w:r>
        <w:separator/>
      </w:r>
    </w:p>
  </w:footnote>
  <w:footnote w:type="continuationSeparator" w:id="0">
    <w:p w14:paraId="331D77B4" w14:textId="77777777" w:rsidR="00EB2B90" w:rsidRDefault="00EB2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7520C9"/>
    <w:multiLevelType w:val="hybridMultilevel"/>
    <w:tmpl w:val="D93A428C"/>
    <w:lvl w:ilvl="0" w:tplc="61F09B6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CC52FE"/>
    <w:multiLevelType w:val="hybridMultilevel"/>
    <w:tmpl w:val="580EA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C050B"/>
    <w:multiLevelType w:val="hybridMultilevel"/>
    <w:tmpl w:val="517ED6A2"/>
    <w:lvl w:ilvl="0" w:tplc="61F09B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B12C3"/>
    <w:multiLevelType w:val="hybridMultilevel"/>
    <w:tmpl w:val="F9C0F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5337B"/>
    <w:multiLevelType w:val="hybridMultilevel"/>
    <w:tmpl w:val="B2F63186"/>
    <w:lvl w:ilvl="0" w:tplc="A56C988C">
      <w:start w:val="4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F10"/>
    <w:rsid w:val="00034616"/>
    <w:rsid w:val="0005035E"/>
    <w:rsid w:val="0006063C"/>
    <w:rsid w:val="0006640F"/>
    <w:rsid w:val="000D43B6"/>
    <w:rsid w:val="000F1844"/>
    <w:rsid w:val="0015074B"/>
    <w:rsid w:val="001C3A6C"/>
    <w:rsid w:val="00267F96"/>
    <w:rsid w:val="0029639D"/>
    <w:rsid w:val="002A5D8A"/>
    <w:rsid w:val="002B29CF"/>
    <w:rsid w:val="00326F90"/>
    <w:rsid w:val="003757B3"/>
    <w:rsid w:val="00390B46"/>
    <w:rsid w:val="003D19BC"/>
    <w:rsid w:val="004201EA"/>
    <w:rsid w:val="004809AF"/>
    <w:rsid w:val="004D50AB"/>
    <w:rsid w:val="004F53BA"/>
    <w:rsid w:val="00511B51"/>
    <w:rsid w:val="0055077B"/>
    <w:rsid w:val="005A05F6"/>
    <w:rsid w:val="005D4764"/>
    <w:rsid w:val="005E5165"/>
    <w:rsid w:val="00602056"/>
    <w:rsid w:val="0062235A"/>
    <w:rsid w:val="00655DEE"/>
    <w:rsid w:val="006C46DA"/>
    <w:rsid w:val="00701EEE"/>
    <w:rsid w:val="0074430B"/>
    <w:rsid w:val="00772BBD"/>
    <w:rsid w:val="00790A3A"/>
    <w:rsid w:val="007A262B"/>
    <w:rsid w:val="007A28F8"/>
    <w:rsid w:val="007F45D6"/>
    <w:rsid w:val="00811F6F"/>
    <w:rsid w:val="008240B3"/>
    <w:rsid w:val="008406BF"/>
    <w:rsid w:val="00862700"/>
    <w:rsid w:val="00902B51"/>
    <w:rsid w:val="009F660A"/>
    <w:rsid w:val="00A01E96"/>
    <w:rsid w:val="00A16FE0"/>
    <w:rsid w:val="00A73BEF"/>
    <w:rsid w:val="00AA1D8D"/>
    <w:rsid w:val="00B47730"/>
    <w:rsid w:val="00BC002D"/>
    <w:rsid w:val="00BD5EE5"/>
    <w:rsid w:val="00CB0664"/>
    <w:rsid w:val="00CD6FAD"/>
    <w:rsid w:val="00CE0CC4"/>
    <w:rsid w:val="00D43CFA"/>
    <w:rsid w:val="00D83C32"/>
    <w:rsid w:val="00DA201C"/>
    <w:rsid w:val="00DA5D38"/>
    <w:rsid w:val="00DC7CC0"/>
    <w:rsid w:val="00DD496E"/>
    <w:rsid w:val="00DF7517"/>
    <w:rsid w:val="00E121DC"/>
    <w:rsid w:val="00E1692F"/>
    <w:rsid w:val="00E71E00"/>
    <w:rsid w:val="00E746E7"/>
    <w:rsid w:val="00EA633D"/>
    <w:rsid w:val="00EB2B90"/>
    <w:rsid w:val="00F3006C"/>
    <w:rsid w:val="00F3195D"/>
    <w:rsid w:val="00F470C6"/>
    <w:rsid w:val="00FA58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54BC3"/>
  <w14:defaultImageDpi w14:val="300"/>
  <w15:docId w15:val="{99533C56-82D9-49A3-A651-72CB1E5B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20" w:line="221" w:lineRule="auto"/>
    </w:pPr>
    <w:rPr>
      <w:rFonts w:ascii="Arial" w:eastAsia="Arial" w:hAnsi="Arial"/>
      <w:sz w:val="1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b/>
      <w:bCs/>
      <w:color w:val="18394B"/>
      <w:sz w:val="21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4F7C78"/>
      <w:sz w:val="17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rFonts w:ascii="Arial" w:hAnsi="Arial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rFonts w:ascii="Arial" w:hAnsi="Arial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rFonts w:ascii="Arial" w:hAnsi="Arial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rFonts w:ascii="Arial" w:hAnsi="Arial"/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rFonts w:ascii="Arial" w:hAnsi="Arial"/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rFonts w:ascii="Arial" w:hAnsi="Arial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">
    <w:name w:val="Tiny"/>
    <w:pPr>
      <w:spacing w:after="10" w:line="216" w:lineRule="auto"/>
    </w:pPr>
    <w:rPr>
      <w:rFonts w:ascii="Arial" w:eastAsia="Arial" w:hAnsi="Arial"/>
      <w:color w:val="263238"/>
      <w:sz w:val="12"/>
    </w:rPr>
  </w:style>
  <w:style w:type="paragraph" w:customStyle="1" w:styleId="TinyBold">
    <w:name w:val="TinyBold"/>
    <w:pPr>
      <w:spacing w:after="10" w:line="216" w:lineRule="auto"/>
    </w:pPr>
    <w:rPr>
      <w:rFonts w:ascii="Arial" w:eastAsia="Arial" w:hAnsi="Arial"/>
      <w:b/>
      <w:color w:val="263238"/>
      <w:sz w:val="12"/>
    </w:rPr>
  </w:style>
  <w:style w:type="paragraph" w:customStyle="1" w:styleId="Small">
    <w:name w:val="Small"/>
    <w:pPr>
      <w:spacing w:after="10" w:line="216" w:lineRule="auto"/>
    </w:pPr>
    <w:rPr>
      <w:rFonts w:ascii="Arial" w:eastAsia="Arial" w:hAnsi="Arial"/>
      <w:color w:val="263238"/>
      <w:sz w:val="13"/>
    </w:rPr>
  </w:style>
  <w:style w:type="paragraph" w:customStyle="1" w:styleId="SmallBold">
    <w:name w:val="SmallBold"/>
    <w:pPr>
      <w:spacing w:after="10" w:line="216" w:lineRule="auto"/>
    </w:pPr>
    <w:rPr>
      <w:rFonts w:ascii="Arial" w:eastAsia="Arial" w:hAnsi="Arial"/>
      <w:b/>
      <w:color w:val="263238"/>
      <w:sz w:val="1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3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7CC80F-66F3-4537-AE09-F9FE1C9C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3710</Words>
  <Characters>21152</Characters>
  <Application>Microsoft Office Word</Application>
  <DocSecurity>0</DocSecurity>
  <Lines>176</Lines>
  <Paragraphs>49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silvia bompani</cp:lastModifiedBy>
  <cp:revision>10</cp:revision>
  <cp:lastPrinted>2026-09-16T15:14:00Z</cp:lastPrinted>
  <dcterms:created xsi:type="dcterms:W3CDTF">2026-10-21T16:33:00Z</dcterms:created>
  <dcterms:modified xsi:type="dcterms:W3CDTF">2026-10-26T15:31:00Z</dcterms:modified>
</cp:coreProperties>
</file>