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0" w:space="0" w:color="203A4C"/>
          <w:left w:val="single" w:sz="0" w:space="0" w:color="203A4C"/>
          <w:bottom w:val="single" w:sz="0" w:space="0" w:color="203A4C"/>
          <w:right w:val="single" w:sz="0" w:space="0" w:color="203A4C"/>
          <w:insideH w:val="single" w:sz="0" w:space="0" w:color="203A4C"/>
          <w:insideV w:val="single" w:sz="0" w:space="0" w:color="203A4C"/>
        </w:tblBorders>
        <w:tblLayout w:type="fixed"/>
        <w:tblLook w:val="04A0" w:firstRow="1" w:lastRow="0" w:firstColumn="1" w:lastColumn="0" w:noHBand="0" w:noVBand="1"/>
      </w:tblPr>
      <w:tblGrid>
        <w:gridCol w:w="5273"/>
        <w:gridCol w:w="5273"/>
      </w:tblGrid>
      <w:tr w:rsidR="00876275" w14:paraId="39533FC5" w14:textId="77777777">
        <w:trPr>
          <w:jc w:val="center"/>
        </w:trPr>
        <w:tc>
          <w:tcPr>
            <w:tcW w:w="5273" w:type="dxa"/>
            <w:shd w:val="clear" w:color="auto" w:fill="203A4C"/>
            <w:tcMar>
              <w:top w:w="75" w:type="dxa"/>
              <w:left w:w="80" w:type="dxa"/>
              <w:bottom w:w="75" w:type="dxa"/>
              <w:right w:w="80" w:type="dxa"/>
            </w:tcMar>
          </w:tcPr>
          <w:p w14:paraId="5EE478FC" w14:textId="77777777" w:rsidR="00876275" w:rsidRPr="002C6F28" w:rsidRDefault="003D412A">
            <w:pPr>
              <w:rPr>
                <w:lang w:val="it-IT"/>
              </w:rPr>
            </w:pPr>
            <w:r w:rsidRPr="002C6F28">
              <w:rPr>
                <w:b/>
                <w:color w:val="FFFFFF"/>
                <w:sz w:val="18"/>
                <w:lang w:val="it-IT"/>
              </w:rPr>
              <w:t>COMUNE DI CAMPAGNOLA EMILIA</w:t>
            </w:r>
            <w:r w:rsidRPr="002C6F28">
              <w:rPr>
                <w:color w:val="EAF1F2"/>
                <w:sz w:val="14"/>
                <w:lang w:val="it-IT"/>
              </w:rPr>
              <w:br/>
              <w:t>HUB URBANO · H.U.B. – Human Urban Business</w:t>
            </w:r>
          </w:p>
        </w:tc>
        <w:tc>
          <w:tcPr>
            <w:tcW w:w="5273" w:type="dxa"/>
            <w:shd w:val="clear" w:color="auto" w:fill="203A4C"/>
            <w:tcMar>
              <w:top w:w="75" w:type="dxa"/>
              <w:left w:w="80" w:type="dxa"/>
              <w:bottom w:w="75" w:type="dxa"/>
              <w:right w:w="80" w:type="dxa"/>
            </w:tcMar>
          </w:tcPr>
          <w:p w14:paraId="7E024D0F" w14:textId="77777777" w:rsidR="00876275" w:rsidRDefault="003D412A">
            <w:pPr>
              <w:jc w:val="right"/>
            </w:pPr>
            <w:r>
              <w:rPr>
                <w:b/>
                <w:color w:val="FFFFFF"/>
                <w:sz w:val="21"/>
              </w:rPr>
              <w:t xml:space="preserve">ALLEGATO </w:t>
            </w:r>
            <w:r w:rsidR="00F31320">
              <w:rPr>
                <w:b/>
                <w:color w:val="FFFFFF"/>
                <w:sz w:val="21"/>
              </w:rPr>
              <w:t>1.</w:t>
            </w:r>
            <w:r>
              <w:rPr>
                <w:b/>
                <w:color w:val="FFFFFF"/>
                <w:sz w:val="21"/>
              </w:rPr>
              <w:t>1</w:t>
            </w:r>
          </w:p>
        </w:tc>
      </w:tr>
    </w:tbl>
    <w:p w14:paraId="49C24434" w14:textId="77777777" w:rsidR="00876275" w:rsidRPr="002C6F28" w:rsidRDefault="003D412A">
      <w:pPr>
        <w:spacing w:before="100"/>
        <w:rPr>
          <w:lang w:val="it-IT"/>
        </w:rPr>
      </w:pPr>
      <w:r w:rsidRPr="002C6F28">
        <w:rPr>
          <w:b/>
          <w:color w:val="203A4C"/>
          <w:sz w:val="30"/>
          <w:lang w:val="it-IT"/>
        </w:rPr>
        <w:t>SCHEDA INFORMATIVA DI ACCESSIBILITÀ E FRUIBILITÀ</w:t>
      </w:r>
    </w:p>
    <w:p w14:paraId="3CBF5E5A" w14:textId="77777777" w:rsidR="00876275" w:rsidRPr="002C6F28" w:rsidRDefault="003D412A">
      <w:pPr>
        <w:spacing w:after="80"/>
        <w:rPr>
          <w:lang w:val="it-IT"/>
        </w:rPr>
      </w:pPr>
      <w:r w:rsidRPr="002C6F28">
        <w:rPr>
          <w:color w:val="67757A"/>
          <w:sz w:val="16"/>
          <w:lang w:val="it-IT"/>
        </w:rPr>
        <w:t>Unità locale oggetto della domanda di contributo</w:t>
      </w:r>
    </w:p>
    <w:tbl>
      <w:tblPr>
        <w:tblW w:w="0" w:type="auto"/>
        <w:jc w:val="center"/>
        <w:tblBorders>
          <w:top w:val="single" w:sz="0" w:space="0" w:color="5E8B87"/>
          <w:left w:val="single" w:sz="0" w:space="0" w:color="5E8B87"/>
          <w:bottom w:val="single" w:sz="0" w:space="0" w:color="5E8B87"/>
          <w:right w:val="single" w:sz="0" w:space="0" w:color="5E8B87"/>
          <w:insideH w:val="single" w:sz="0" w:space="0" w:color="5E8B87"/>
          <w:insideV w:val="single" w:sz="0" w:space="0" w:color="5E8B87"/>
        </w:tblBorders>
        <w:tblLook w:val="04A0" w:firstRow="1" w:lastRow="0" w:firstColumn="1" w:lastColumn="0" w:noHBand="0" w:noVBand="1"/>
      </w:tblPr>
      <w:tblGrid>
        <w:gridCol w:w="5269"/>
        <w:gridCol w:w="5269"/>
        <w:gridCol w:w="8"/>
      </w:tblGrid>
      <w:tr w:rsidR="00876275" w:rsidRPr="002C6F28" w14:paraId="75B94C7F" w14:textId="77777777">
        <w:trPr>
          <w:gridAfter w:val="1"/>
          <w:wAfter w:w="8" w:type="dxa"/>
          <w:jc w:val="center"/>
        </w:trPr>
        <w:tc>
          <w:tcPr>
            <w:tcW w:w="10546" w:type="dxa"/>
            <w:gridSpan w:val="2"/>
            <w:shd w:val="clear" w:color="auto" w:fill="5E8B87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9365E9" w14:textId="77777777" w:rsidR="00876275" w:rsidRPr="002C6F28" w:rsidRDefault="003D412A">
            <w:pPr>
              <w:rPr>
                <w:lang w:val="it-IT"/>
              </w:rPr>
            </w:pPr>
            <w:r w:rsidRPr="002C6F28">
              <w:rPr>
                <w:b/>
                <w:color w:val="FFFFFF"/>
                <w:lang w:val="it-IT"/>
              </w:rPr>
              <w:t>A CURA DEL RICHIEDENTE · DATI DELL’IMPRESA</w:t>
            </w:r>
          </w:p>
        </w:tc>
      </w:tr>
      <w:tr w:rsidR="00876275" w14:paraId="3368232F" w14:textId="77777777">
        <w:tblPrEx>
          <w:tblBorders>
            <w:top w:val="single" w:sz="3" w:space="0" w:color="C7D3D5"/>
            <w:left w:val="single" w:sz="3" w:space="0" w:color="C7D3D5"/>
            <w:bottom w:val="single" w:sz="3" w:space="0" w:color="C7D3D5"/>
            <w:right w:val="single" w:sz="3" w:space="0" w:color="C7D3D5"/>
            <w:insideH w:val="single" w:sz="3" w:space="0" w:color="C7D3D5"/>
            <w:insideV w:val="single" w:sz="3" w:space="0" w:color="C7D3D5"/>
          </w:tblBorders>
        </w:tblPrEx>
        <w:trPr>
          <w:trHeight w:val="652"/>
          <w:jc w:val="center"/>
        </w:trPr>
        <w:tc>
          <w:tcPr>
            <w:tcW w:w="5273" w:type="dxa"/>
            <w:shd w:val="clear" w:color="auto" w:fill="F8FAF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0B88E75" w14:textId="77777777" w:rsidR="00876275" w:rsidRDefault="003D412A">
            <w:pPr>
              <w:spacing w:after="20"/>
            </w:pPr>
            <w:r>
              <w:rPr>
                <w:b/>
                <w:color w:val="67757A"/>
                <w:sz w:val="13"/>
              </w:rPr>
              <w:t>DENOMINAZIONE / RAGIONE SOCIALE</w:t>
            </w:r>
          </w:p>
          <w:p w14:paraId="233E151E" w14:textId="77777777" w:rsidR="00876275" w:rsidRDefault="003D412A">
            <w:r>
              <w:rPr>
                <w:color w:val="263238"/>
                <w:sz w:val="16"/>
              </w:rPr>
              <w:t>______________________________________________</w:t>
            </w:r>
          </w:p>
        </w:tc>
        <w:tc>
          <w:tcPr>
            <w:tcW w:w="5273" w:type="dxa"/>
            <w:gridSpan w:val="2"/>
            <w:shd w:val="clear" w:color="auto" w:fill="F8FAF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FBCE7FB" w14:textId="77777777" w:rsidR="00876275" w:rsidRDefault="003D412A">
            <w:pPr>
              <w:spacing w:after="20"/>
            </w:pPr>
            <w:r>
              <w:rPr>
                <w:b/>
                <w:color w:val="67757A"/>
                <w:sz w:val="13"/>
              </w:rPr>
              <w:t>FORMA GIURIDICA</w:t>
            </w:r>
          </w:p>
          <w:p w14:paraId="2D1C57FC" w14:textId="77777777" w:rsidR="00876275" w:rsidRDefault="003D412A">
            <w:r>
              <w:rPr>
                <w:color w:val="263238"/>
                <w:sz w:val="16"/>
              </w:rPr>
              <w:t>______________________________________________</w:t>
            </w:r>
          </w:p>
        </w:tc>
      </w:tr>
      <w:tr w:rsidR="00876275" w14:paraId="6B7EE622" w14:textId="77777777">
        <w:tblPrEx>
          <w:tblBorders>
            <w:top w:val="single" w:sz="3" w:space="0" w:color="C7D3D5"/>
            <w:left w:val="single" w:sz="3" w:space="0" w:color="C7D3D5"/>
            <w:bottom w:val="single" w:sz="3" w:space="0" w:color="C7D3D5"/>
            <w:right w:val="single" w:sz="3" w:space="0" w:color="C7D3D5"/>
            <w:insideH w:val="single" w:sz="3" w:space="0" w:color="C7D3D5"/>
            <w:insideV w:val="single" w:sz="3" w:space="0" w:color="C7D3D5"/>
          </w:tblBorders>
        </w:tblPrEx>
        <w:trPr>
          <w:trHeight w:val="652"/>
          <w:jc w:val="center"/>
        </w:trPr>
        <w:tc>
          <w:tcPr>
            <w:tcW w:w="5273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D1A843D" w14:textId="77777777" w:rsidR="00876275" w:rsidRDefault="003D412A">
            <w:pPr>
              <w:spacing w:after="20"/>
            </w:pPr>
            <w:r>
              <w:rPr>
                <w:b/>
                <w:color w:val="67757A"/>
                <w:sz w:val="13"/>
              </w:rPr>
              <w:t>CODICE FISCALE IMPRESA</w:t>
            </w:r>
          </w:p>
          <w:p w14:paraId="3D4FDA8C" w14:textId="77777777" w:rsidR="00876275" w:rsidRDefault="003D412A">
            <w:r>
              <w:rPr>
                <w:color w:val="263238"/>
                <w:sz w:val="16"/>
              </w:rPr>
              <w:t>______________________________________________</w:t>
            </w:r>
          </w:p>
        </w:tc>
        <w:tc>
          <w:tcPr>
            <w:tcW w:w="5273" w:type="dxa"/>
            <w:gridSpan w:val="2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B800427" w14:textId="77777777" w:rsidR="00876275" w:rsidRDefault="003D412A">
            <w:pPr>
              <w:spacing w:after="20"/>
            </w:pPr>
            <w:r>
              <w:rPr>
                <w:b/>
                <w:color w:val="67757A"/>
                <w:sz w:val="13"/>
              </w:rPr>
              <w:t>PARTITA IVA</w:t>
            </w:r>
          </w:p>
          <w:p w14:paraId="392C1719" w14:textId="77777777" w:rsidR="00876275" w:rsidRDefault="003D412A">
            <w:r>
              <w:rPr>
                <w:color w:val="263238"/>
                <w:sz w:val="16"/>
              </w:rPr>
              <w:t>______________________________________________</w:t>
            </w:r>
          </w:p>
        </w:tc>
      </w:tr>
      <w:tr w:rsidR="00876275" w14:paraId="3ECC0A00" w14:textId="77777777">
        <w:tblPrEx>
          <w:tblBorders>
            <w:top w:val="single" w:sz="3" w:space="0" w:color="C7D3D5"/>
            <w:left w:val="single" w:sz="3" w:space="0" w:color="C7D3D5"/>
            <w:bottom w:val="single" w:sz="3" w:space="0" w:color="C7D3D5"/>
            <w:right w:val="single" w:sz="3" w:space="0" w:color="C7D3D5"/>
            <w:insideH w:val="single" w:sz="3" w:space="0" w:color="C7D3D5"/>
            <w:insideV w:val="single" w:sz="3" w:space="0" w:color="C7D3D5"/>
          </w:tblBorders>
        </w:tblPrEx>
        <w:trPr>
          <w:trHeight w:val="652"/>
          <w:jc w:val="center"/>
        </w:trPr>
        <w:tc>
          <w:tcPr>
            <w:tcW w:w="5273" w:type="dxa"/>
            <w:shd w:val="clear" w:color="auto" w:fill="F8FAF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E4F8E33" w14:textId="77777777" w:rsidR="00876275" w:rsidRDefault="003D412A">
            <w:pPr>
              <w:spacing w:after="20"/>
            </w:pPr>
            <w:r>
              <w:rPr>
                <w:b/>
                <w:color w:val="67757A"/>
                <w:sz w:val="13"/>
              </w:rPr>
              <w:t>N. REA</w:t>
            </w:r>
          </w:p>
          <w:p w14:paraId="4D0F3170" w14:textId="77777777" w:rsidR="00876275" w:rsidRDefault="003D412A">
            <w:r>
              <w:rPr>
                <w:color w:val="263238"/>
                <w:sz w:val="16"/>
              </w:rPr>
              <w:t>______________________________________________</w:t>
            </w:r>
          </w:p>
        </w:tc>
        <w:tc>
          <w:tcPr>
            <w:tcW w:w="5273" w:type="dxa"/>
            <w:gridSpan w:val="2"/>
            <w:shd w:val="clear" w:color="auto" w:fill="F8FAF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AE879B7" w14:textId="77777777" w:rsidR="00876275" w:rsidRDefault="003D412A">
            <w:pPr>
              <w:spacing w:after="20"/>
            </w:pPr>
            <w:r>
              <w:rPr>
                <w:b/>
                <w:color w:val="67757A"/>
                <w:sz w:val="13"/>
              </w:rPr>
              <w:t>CCIAA</w:t>
            </w:r>
          </w:p>
          <w:p w14:paraId="23924E21" w14:textId="77777777" w:rsidR="00876275" w:rsidRDefault="003D412A">
            <w:r>
              <w:rPr>
                <w:color w:val="263238"/>
                <w:sz w:val="16"/>
              </w:rPr>
              <w:t>______________________________________________</w:t>
            </w:r>
          </w:p>
        </w:tc>
      </w:tr>
      <w:tr w:rsidR="00876275" w14:paraId="4C3FDA06" w14:textId="77777777">
        <w:tblPrEx>
          <w:tblBorders>
            <w:top w:val="single" w:sz="3" w:space="0" w:color="C7D3D5"/>
            <w:left w:val="single" w:sz="3" w:space="0" w:color="C7D3D5"/>
            <w:bottom w:val="single" w:sz="3" w:space="0" w:color="C7D3D5"/>
            <w:right w:val="single" w:sz="3" w:space="0" w:color="C7D3D5"/>
            <w:insideH w:val="single" w:sz="3" w:space="0" w:color="C7D3D5"/>
            <w:insideV w:val="single" w:sz="3" w:space="0" w:color="C7D3D5"/>
          </w:tblBorders>
        </w:tblPrEx>
        <w:trPr>
          <w:trHeight w:val="652"/>
          <w:jc w:val="center"/>
        </w:trPr>
        <w:tc>
          <w:tcPr>
            <w:tcW w:w="5273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4A87CD0" w14:textId="77777777" w:rsidR="00876275" w:rsidRDefault="003D412A">
            <w:pPr>
              <w:spacing w:after="20"/>
            </w:pPr>
            <w:r>
              <w:rPr>
                <w:b/>
                <w:color w:val="67757A"/>
                <w:sz w:val="13"/>
              </w:rPr>
              <w:t>CODICE ATECO PREVALENTE</w:t>
            </w:r>
          </w:p>
          <w:p w14:paraId="3EC91719" w14:textId="77777777" w:rsidR="00876275" w:rsidRDefault="003D412A">
            <w:r>
              <w:rPr>
                <w:color w:val="263238"/>
                <w:sz w:val="16"/>
              </w:rPr>
              <w:t>______________________________________________</w:t>
            </w:r>
          </w:p>
        </w:tc>
        <w:tc>
          <w:tcPr>
            <w:tcW w:w="5273" w:type="dxa"/>
            <w:gridSpan w:val="2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387E443" w14:textId="77777777" w:rsidR="00876275" w:rsidRDefault="003D412A">
            <w:pPr>
              <w:spacing w:after="20"/>
            </w:pPr>
            <w:r>
              <w:rPr>
                <w:b/>
                <w:color w:val="67757A"/>
                <w:sz w:val="13"/>
              </w:rPr>
              <w:t>DATA AVVIO IMPRESA</w:t>
            </w:r>
          </w:p>
          <w:p w14:paraId="4F4CB16F" w14:textId="77777777" w:rsidR="00876275" w:rsidRDefault="003D412A">
            <w:r>
              <w:rPr>
                <w:color w:val="263238"/>
                <w:sz w:val="16"/>
              </w:rPr>
              <w:t>____ / ____ / ______</w:t>
            </w:r>
          </w:p>
        </w:tc>
      </w:tr>
      <w:tr w:rsidR="00876275" w14:paraId="198EB01A" w14:textId="77777777">
        <w:tblPrEx>
          <w:tblBorders>
            <w:top w:val="single" w:sz="3" w:space="0" w:color="C7D3D5"/>
            <w:left w:val="single" w:sz="3" w:space="0" w:color="C7D3D5"/>
            <w:bottom w:val="single" w:sz="3" w:space="0" w:color="C7D3D5"/>
            <w:right w:val="single" w:sz="3" w:space="0" w:color="C7D3D5"/>
            <w:insideH w:val="single" w:sz="3" w:space="0" w:color="C7D3D5"/>
            <w:insideV w:val="single" w:sz="3" w:space="0" w:color="C7D3D5"/>
          </w:tblBorders>
        </w:tblPrEx>
        <w:trPr>
          <w:trHeight w:val="652"/>
          <w:jc w:val="center"/>
        </w:trPr>
        <w:tc>
          <w:tcPr>
            <w:tcW w:w="5273" w:type="dxa"/>
            <w:shd w:val="clear" w:color="auto" w:fill="F8FAF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89BE4D5" w14:textId="77777777" w:rsidR="00876275" w:rsidRPr="002C6F28" w:rsidRDefault="003D412A">
            <w:pPr>
              <w:spacing w:after="20"/>
              <w:rPr>
                <w:lang w:val="it-IT"/>
              </w:rPr>
            </w:pPr>
            <w:r w:rsidRPr="002C6F28">
              <w:rPr>
                <w:b/>
                <w:color w:val="67757A"/>
                <w:sz w:val="13"/>
                <w:lang w:val="it-IT"/>
              </w:rPr>
              <w:t>SEDE LEGALE</w:t>
            </w:r>
          </w:p>
          <w:p w14:paraId="1FA69240" w14:textId="77777777" w:rsidR="00EA4CD6" w:rsidRPr="002C6F28" w:rsidRDefault="003D412A" w:rsidP="00EA4CD6">
            <w:pPr>
              <w:rPr>
                <w:color w:val="263238"/>
                <w:sz w:val="16"/>
                <w:lang w:val="it-IT"/>
              </w:rPr>
            </w:pPr>
            <w:r w:rsidRPr="002C6F28">
              <w:rPr>
                <w:color w:val="263238"/>
                <w:sz w:val="16"/>
                <w:lang w:val="it-IT"/>
              </w:rPr>
              <w:t xml:space="preserve">Comune __________________ CAP ______ </w:t>
            </w:r>
          </w:p>
          <w:p w14:paraId="5445770B" w14:textId="77777777" w:rsidR="00876275" w:rsidRPr="002C6F28" w:rsidRDefault="003D412A" w:rsidP="00EA4CD6">
            <w:pPr>
              <w:rPr>
                <w:lang w:val="it-IT"/>
              </w:rPr>
            </w:pPr>
            <w:r w:rsidRPr="002C6F28">
              <w:rPr>
                <w:color w:val="263238"/>
                <w:sz w:val="16"/>
                <w:lang w:val="it-IT"/>
              </w:rPr>
              <w:t>Via/Piazza __________________ n. ____</w:t>
            </w:r>
          </w:p>
        </w:tc>
        <w:tc>
          <w:tcPr>
            <w:tcW w:w="5273" w:type="dxa"/>
            <w:gridSpan w:val="2"/>
            <w:shd w:val="clear" w:color="auto" w:fill="F8FAF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7F4BA04" w14:textId="77777777" w:rsidR="00876275" w:rsidRDefault="003D412A">
            <w:pPr>
              <w:spacing w:after="20"/>
            </w:pPr>
            <w:r>
              <w:rPr>
                <w:b/>
                <w:color w:val="67757A"/>
                <w:sz w:val="13"/>
              </w:rPr>
              <w:t>PEC / TELEFONO</w:t>
            </w:r>
          </w:p>
          <w:p w14:paraId="5290D6D6" w14:textId="77777777" w:rsidR="00876275" w:rsidRDefault="003D412A">
            <w:r>
              <w:rPr>
                <w:color w:val="263238"/>
                <w:sz w:val="16"/>
              </w:rPr>
              <w:t>PEC __________________________   Tel. ____________________</w:t>
            </w:r>
          </w:p>
        </w:tc>
      </w:tr>
      <w:tr w:rsidR="00876275" w:rsidRPr="002C6F28" w14:paraId="2323B05A" w14:textId="77777777">
        <w:tblPrEx>
          <w:tblBorders>
            <w:top w:val="single" w:sz="3" w:space="0" w:color="C7D3D5"/>
            <w:left w:val="single" w:sz="3" w:space="0" w:color="C7D3D5"/>
            <w:bottom w:val="single" w:sz="3" w:space="0" w:color="C7D3D5"/>
            <w:right w:val="single" w:sz="3" w:space="0" w:color="C7D3D5"/>
            <w:insideH w:val="single" w:sz="3" w:space="0" w:color="C7D3D5"/>
            <w:insideV w:val="single" w:sz="3" w:space="0" w:color="C7D3D5"/>
          </w:tblBorders>
        </w:tblPrEx>
        <w:trPr>
          <w:trHeight w:val="465"/>
          <w:jc w:val="center"/>
        </w:trPr>
        <w:tc>
          <w:tcPr>
            <w:tcW w:w="10546" w:type="dxa"/>
            <w:gridSpan w:val="3"/>
            <w:shd w:val="clear" w:color="auto" w:fill="EEF4F3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12069F8D" w14:textId="77777777" w:rsidR="00876275" w:rsidRPr="002C6F28" w:rsidRDefault="003D412A">
            <w:pPr>
              <w:rPr>
                <w:lang w:val="it-IT"/>
              </w:rPr>
            </w:pPr>
            <w:r w:rsidRPr="002C6F28">
              <w:rPr>
                <w:b/>
                <w:color w:val="67757A"/>
                <w:sz w:val="13"/>
                <w:lang w:val="it-IT"/>
              </w:rPr>
              <w:t xml:space="preserve">DIMENSIONE IMPRESA   </w:t>
            </w:r>
            <w:r w:rsidRPr="002C6F28">
              <w:rPr>
                <w:color w:val="263238"/>
                <w:sz w:val="16"/>
                <w:lang w:val="it-IT"/>
              </w:rPr>
              <w:t>☐ micro       ☐ piccola       ☐ media</w:t>
            </w:r>
          </w:p>
        </w:tc>
      </w:tr>
    </w:tbl>
    <w:p w14:paraId="2B313527" w14:textId="77777777" w:rsidR="00876275" w:rsidRPr="002C6F28" w:rsidRDefault="003D412A">
      <w:pPr>
        <w:spacing w:before="100"/>
        <w:rPr>
          <w:lang w:val="it-IT"/>
        </w:rPr>
      </w:pPr>
      <w:r w:rsidRPr="002C6F28">
        <w:rPr>
          <w:b/>
          <w:color w:val="203A4C"/>
          <w:sz w:val="21"/>
          <w:lang w:val="it-IT"/>
        </w:rPr>
        <w:t>ACCESSIBILITÀ E FRUIBILITÀ DELL’UNITÀ LOCALE</w:t>
      </w:r>
    </w:p>
    <w:p w14:paraId="19D0E573" w14:textId="77777777" w:rsidR="00876275" w:rsidRPr="002C6F28" w:rsidRDefault="003D412A">
      <w:pPr>
        <w:spacing w:after="60"/>
        <w:rPr>
          <w:lang w:val="it-IT"/>
        </w:rPr>
      </w:pPr>
      <w:r w:rsidRPr="002C6F28">
        <w:rPr>
          <w:color w:val="67757A"/>
          <w:sz w:val="14"/>
          <w:lang w:val="it-IT"/>
        </w:rPr>
        <w:t>Compilare sulla base dello stato di fatto dell’esercizio. Indicare dati oggettivi, senza valutazioni tecniche di conformità.</w:t>
      </w:r>
    </w:p>
    <w:tbl>
      <w:tblPr>
        <w:tblW w:w="0" w:type="auto"/>
        <w:jc w:val="center"/>
        <w:tblBorders>
          <w:top w:val="single" w:sz="3" w:space="0" w:color="C7D3D5"/>
          <w:left w:val="single" w:sz="3" w:space="0" w:color="C7D3D5"/>
          <w:bottom w:val="single" w:sz="3" w:space="0" w:color="C7D3D5"/>
          <w:right w:val="single" w:sz="3" w:space="0" w:color="C7D3D5"/>
          <w:insideH w:val="single" w:sz="3" w:space="0" w:color="C7D3D5"/>
          <w:insideV w:val="single" w:sz="3" w:space="0" w:color="C7D3D5"/>
        </w:tblBorders>
        <w:tblLayout w:type="fixed"/>
        <w:tblLook w:val="04A0" w:firstRow="1" w:lastRow="0" w:firstColumn="1" w:lastColumn="0" w:noHBand="0" w:noVBand="1"/>
      </w:tblPr>
      <w:tblGrid>
        <w:gridCol w:w="5273"/>
        <w:gridCol w:w="5273"/>
      </w:tblGrid>
      <w:tr w:rsidR="00876275" w:rsidRPr="002C6F28" w14:paraId="22CCD5F1" w14:textId="77777777">
        <w:trPr>
          <w:trHeight w:val="454"/>
          <w:jc w:val="center"/>
        </w:trPr>
        <w:tc>
          <w:tcPr>
            <w:tcW w:w="5273" w:type="dxa"/>
            <w:shd w:val="clear" w:color="auto" w:fill="F8FAF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DFF1CCE" w14:textId="77777777" w:rsidR="00876275" w:rsidRPr="002C6F28" w:rsidRDefault="003D412A">
            <w:pPr>
              <w:rPr>
                <w:lang w:val="it-IT"/>
              </w:rPr>
            </w:pPr>
            <w:r w:rsidRPr="002C6F28">
              <w:rPr>
                <w:b/>
                <w:color w:val="67757A"/>
                <w:sz w:val="14"/>
                <w:lang w:val="it-IT"/>
              </w:rPr>
              <w:t>Gradini tra spazio pubblico e ingresso</w:t>
            </w:r>
          </w:p>
        </w:tc>
        <w:tc>
          <w:tcPr>
            <w:tcW w:w="5273" w:type="dxa"/>
            <w:shd w:val="clear" w:color="auto" w:fill="F8FAF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F00F53C" w14:textId="77777777" w:rsidR="00876275" w:rsidRPr="002C6F28" w:rsidRDefault="003D412A">
            <w:pPr>
              <w:rPr>
                <w:lang w:val="it-IT"/>
              </w:rPr>
            </w:pPr>
            <w:r w:rsidRPr="002C6F28">
              <w:rPr>
                <w:color w:val="263238"/>
                <w:sz w:val="15"/>
                <w:lang w:val="it-IT"/>
              </w:rPr>
              <w:t>☐ nessuno     ☐ 1     ☐ più di 1     altezza indicativa ______ cm</w:t>
            </w:r>
          </w:p>
        </w:tc>
      </w:tr>
      <w:tr w:rsidR="00876275" w14:paraId="490A877C" w14:textId="77777777">
        <w:trPr>
          <w:trHeight w:val="454"/>
          <w:jc w:val="center"/>
        </w:trPr>
        <w:tc>
          <w:tcPr>
            <w:tcW w:w="5273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7383B8B" w14:textId="77777777" w:rsidR="00876275" w:rsidRDefault="003D412A">
            <w:r>
              <w:rPr>
                <w:b/>
                <w:color w:val="67757A"/>
                <w:sz w:val="14"/>
              </w:rPr>
              <w:t>Rampa / dispositivo di superamento</w:t>
            </w:r>
          </w:p>
        </w:tc>
        <w:tc>
          <w:tcPr>
            <w:tcW w:w="5273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35117CB" w14:textId="77777777" w:rsidR="00876275" w:rsidRDefault="003D412A">
            <w:r>
              <w:rPr>
                <w:color w:val="263238"/>
                <w:sz w:val="15"/>
              </w:rPr>
              <w:t>☐ sì     ☐ no</w:t>
            </w:r>
          </w:p>
        </w:tc>
      </w:tr>
      <w:tr w:rsidR="00876275" w14:paraId="239C9A9B" w14:textId="77777777">
        <w:trPr>
          <w:trHeight w:val="454"/>
          <w:jc w:val="center"/>
        </w:trPr>
        <w:tc>
          <w:tcPr>
            <w:tcW w:w="5273" w:type="dxa"/>
            <w:shd w:val="clear" w:color="auto" w:fill="F8FAF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3FC777D" w14:textId="77777777" w:rsidR="00876275" w:rsidRPr="002C6F28" w:rsidRDefault="003D412A">
            <w:pPr>
              <w:rPr>
                <w:lang w:val="it-IT"/>
              </w:rPr>
            </w:pPr>
            <w:r w:rsidRPr="002C6F28">
              <w:rPr>
                <w:b/>
                <w:color w:val="67757A"/>
                <w:sz w:val="14"/>
                <w:lang w:val="it-IT"/>
              </w:rPr>
              <w:t>Larghezza utile porta di ingresso</w:t>
            </w:r>
          </w:p>
        </w:tc>
        <w:tc>
          <w:tcPr>
            <w:tcW w:w="5273" w:type="dxa"/>
            <w:shd w:val="clear" w:color="auto" w:fill="F8FAF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780CF46" w14:textId="77777777" w:rsidR="00876275" w:rsidRDefault="003D412A">
            <w:r>
              <w:rPr>
                <w:color w:val="263238"/>
                <w:sz w:val="15"/>
              </w:rPr>
              <w:t>________ cm</w:t>
            </w:r>
          </w:p>
        </w:tc>
      </w:tr>
      <w:tr w:rsidR="00876275" w14:paraId="44638D0B" w14:textId="77777777">
        <w:trPr>
          <w:trHeight w:val="454"/>
          <w:jc w:val="center"/>
        </w:trPr>
        <w:tc>
          <w:tcPr>
            <w:tcW w:w="5273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9E3EE9F" w14:textId="77777777" w:rsidR="00876275" w:rsidRPr="002C6F28" w:rsidRDefault="003D412A">
            <w:pPr>
              <w:rPr>
                <w:lang w:val="it-IT"/>
              </w:rPr>
            </w:pPr>
            <w:r w:rsidRPr="002C6F28">
              <w:rPr>
                <w:b/>
                <w:color w:val="67757A"/>
                <w:sz w:val="14"/>
                <w:lang w:val="it-IT"/>
              </w:rPr>
              <w:t>Dislivelli negli spazi destinati alla clientela</w:t>
            </w:r>
          </w:p>
        </w:tc>
        <w:tc>
          <w:tcPr>
            <w:tcW w:w="5273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8461A16" w14:textId="77777777" w:rsidR="00876275" w:rsidRDefault="003D412A">
            <w:r>
              <w:rPr>
                <w:color w:val="263238"/>
                <w:sz w:val="15"/>
              </w:rPr>
              <w:t>☐ sì     ☐ no</w:t>
            </w:r>
          </w:p>
        </w:tc>
      </w:tr>
      <w:tr w:rsidR="00876275" w14:paraId="405F7D90" w14:textId="77777777">
        <w:trPr>
          <w:trHeight w:val="454"/>
          <w:jc w:val="center"/>
        </w:trPr>
        <w:tc>
          <w:tcPr>
            <w:tcW w:w="5273" w:type="dxa"/>
            <w:shd w:val="clear" w:color="auto" w:fill="F8FAF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A26AAAD" w14:textId="77777777" w:rsidR="00876275" w:rsidRPr="002C6F28" w:rsidRDefault="003D412A">
            <w:pPr>
              <w:rPr>
                <w:lang w:val="it-IT"/>
              </w:rPr>
            </w:pPr>
            <w:r w:rsidRPr="002C6F28">
              <w:rPr>
                <w:b/>
                <w:color w:val="67757A"/>
                <w:sz w:val="14"/>
                <w:lang w:val="it-IT"/>
              </w:rPr>
              <w:t>Servizio igienico destinato alla clientela</w:t>
            </w:r>
          </w:p>
        </w:tc>
        <w:tc>
          <w:tcPr>
            <w:tcW w:w="5273" w:type="dxa"/>
            <w:shd w:val="clear" w:color="auto" w:fill="F8FAF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86E73DA" w14:textId="77777777" w:rsidR="00876275" w:rsidRDefault="003D412A">
            <w:r>
              <w:rPr>
                <w:color w:val="263238"/>
                <w:sz w:val="15"/>
              </w:rPr>
              <w:t>☐ presente     ☐ assente</w:t>
            </w:r>
          </w:p>
        </w:tc>
      </w:tr>
      <w:tr w:rsidR="00876275" w14:paraId="26E6D5CE" w14:textId="77777777">
        <w:trPr>
          <w:trHeight w:val="454"/>
          <w:jc w:val="center"/>
        </w:trPr>
        <w:tc>
          <w:tcPr>
            <w:tcW w:w="5273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A60D175" w14:textId="77777777" w:rsidR="00876275" w:rsidRPr="002C6F28" w:rsidRDefault="003D412A">
            <w:pPr>
              <w:rPr>
                <w:lang w:val="it-IT"/>
              </w:rPr>
            </w:pPr>
            <w:r w:rsidRPr="002C6F28">
              <w:rPr>
                <w:b/>
                <w:color w:val="67757A"/>
                <w:sz w:val="14"/>
                <w:lang w:val="it-IT"/>
              </w:rPr>
              <w:t>Accesso al servizio igienico senza gradini</w:t>
            </w:r>
          </w:p>
        </w:tc>
        <w:tc>
          <w:tcPr>
            <w:tcW w:w="5273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F504EAB" w14:textId="77777777" w:rsidR="00876275" w:rsidRDefault="003D412A">
            <w:r>
              <w:rPr>
                <w:color w:val="263238"/>
                <w:sz w:val="15"/>
              </w:rPr>
              <w:t>☐ sì     ☐ no     ☐ non applicabile</w:t>
            </w:r>
          </w:p>
        </w:tc>
      </w:tr>
      <w:tr w:rsidR="00876275" w14:paraId="5C29EB38" w14:textId="77777777">
        <w:trPr>
          <w:trHeight w:val="454"/>
          <w:jc w:val="center"/>
        </w:trPr>
        <w:tc>
          <w:tcPr>
            <w:tcW w:w="5273" w:type="dxa"/>
            <w:shd w:val="clear" w:color="auto" w:fill="F8FAF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0A517F5" w14:textId="77777777" w:rsidR="00876275" w:rsidRPr="002C6F28" w:rsidRDefault="003D412A">
            <w:pPr>
              <w:rPr>
                <w:lang w:val="it-IT"/>
              </w:rPr>
            </w:pPr>
            <w:r w:rsidRPr="002C6F28">
              <w:rPr>
                <w:b/>
                <w:color w:val="67757A"/>
                <w:sz w:val="14"/>
                <w:lang w:val="it-IT"/>
              </w:rPr>
              <w:t>Bancone / punto di servizio da posizione seduta</w:t>
            </w:r>
          </w:p>
        </w:tc>
        <w:tc>
          <w:tcPr>
            <w:tcW w:w="5273" w:type="dxa"/>
            <w:shd w:val="clear" w:color="auto" w:fill="F8FAF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894B67E" w14:textId="77777777" w:rsidR="00876275" w:rsidRDefault="003D412A">
            <w:r>
              <w:rPr>
                <w:color w:val="263238"/>
                <w:sz w:val="15"/>
              </w:rPr>
              <w:t>☐ sì     ☐ no</w:t>
            </w:r>
          </w:p>
        </w:tc>
      </w:tr>
      <w:tr w:rsidR="00876275" w:rsidRPr="002C6F28" w14:paraId="7C8B0C96" w14:textId="77777777">
        <w:trPr>
          <w:trHeight w:val="510"/>
          <w:jc w:val="center"/>
        </w:trPr>
        <w:tc>
          <w:tcPr>
            <w:tcW w:w="5273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F31BAC7" w14:textId="77777777" w:rsidR="00876275" w:rsidRDefault="003D412A">
            <w:r>
              <w:rPr>
                <w:b/>
                <w:color w:val="67757A"/>
                <w:sz w:val="14"/>
              </w:rPr>
              <w:t>Pubblicazione dei dati descrittivi</w:t>
            </w:r>
          </w:p>
        </w:tc>
        <w:tc>
          <w:tcPr>
            <w:tcW w:w="5273" w:type="dxa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1D752AA" w14:textId="77777777" w:rsidR="00876275" w:rsidRPr="002C6F28" w:rsidRDefault="003D412A">
            <w:pPr>
              <w:rPr>
                <w:lang w:val="it-IT"/>
              </w:rPr>
            </w:pPr>
            <w:r w:rsidRPr="002C6F28">
              <w:rPr>
                <w:color w:val="263238"/>
                <w:sz w:val="15"/>
                <w:lang w:val="it-IT"/>
              </w:rPr>
              <w:t>☐ autorizzo la pubblicazione negli strumenti informativi dell’Hub</w:t>
            </w:r>
          </w:p>
        </w:tc>
      </w:tr>
      <w:tr w:rsidR="00876275" w:rsidRPr="002C6F28" w14:paraId="1D9FD9E6" w14:textId="77777777">
        <w:tblPrEx>
          <w:tblBorders>
            <w:top w:val="single" w:sz="3" w:space="0" w:color="D4E0E1"/>
            <w:left w:val="single" w:sz="3" w:space="0" w:color="D4E0E1"/>
            <w:bottom w:val="single" w:sz="3" w:space="0" w:color="D4E0E1"/>
            <w:right w:val="single" w:sz="3" w:space="0" w:color="D4E0E1"/>
            <w:insideH w:val="single" w:sz="3" w:space="0" w:color="D4E0E1"/>
            <w:insideV w:val="single" w:sz="3" w:space="0" w:color="D4E0E1"/>
          </w:tblBorders>
        </w:tblPrEx>
        <w:trPr>
          <w:trHeight w:val="624"/>
          <w:jc w:val="center"/>
        </w:trPr>
        <w:tc>
          <w:tcPr>
            <w:tcW w:w="10546" w:type="dxa"/>
            <w:gridSpan w:val="2"/>
            <w:shd w:val="clear" w:color="auto" w:fill="EEF4F3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7D6EC59C" w14:textId="77777777" w:rsidR="00876275" w:rsidRPr="002C6F28" w:rsidRDefault="003D412A">
            <w:pPr>
              <w:rPr>
                <w:lang w:val="it-IT"/>
              </w:rPr>
            </w:pPr>
            <w:r w:rsidRPr="002C6F28">
              <w:rPr>
                <w:b/>
                <w:color w:val="5E8B87"/>
                <w:sz w:val="14"/>
                <w:lang w:val="it-IT"/>
              </w:rPr>
              <w:t xml:space="preserve">NOTA </w:t>
            </w:r>
            <w:r w:rsidRPr="002C6F28">
              <w:rPr>
                <w:color w:val="263238"/>
                <w:sz w:val="14"/>
                <w:lang w:val="it-IT"/>
              </w:rPr>
              <w:t>La scheda ha finalità esclusivamente informativa e non costituisce certificazione, asseverazione o attestazione della conformità dell’immobile alla normativa in materia di accessibilità e superamento delle barriere architettoniche.</w:t>
            </w:r>
          </w:p>
        </w:tc>
      </w:tr>
      <w:tr w:rsidR="00876275" w:rsidRPr="002C6F28" w14:paraId="2C1A589C" w14:textId="77777777">
        <w:tblPrEx>
          <w:tblBorders>
            <w:top w:val="single" w:sz="0" w:space="0" w:color="5E8B87"/>
            <w:left w:val="single" w:sz="0" w:space="0" w:color="5E8B87"/>
            <w:bottom w:val="single" w:sz="0" w:space="0" w:color="5E8B87"/>
            <w:right w:val="single" w:sz="0" w:space="0" w:color="5E8B87"/>
            <w:insideH w:val="single" w:sz="0" w:space="0" w:color="5E8B87"/>
            <w:insideV w:val="single" w:sz="0" w:space="0" w:color="5E8B87"/>
          </w:tblBorders>
        </w:tblPrEx>
        <w:trPr>
          <w:jc w:val="center"/>
        </w:trPr>
        <w:tc>
          <w:tcPr>
            <w:tcW w:w="10546" w:type="dxa"/>
            <w:gridSpan w:val="2"/>
            <w:shd w:val="clear" w:color="auto" w:fill="5E8B87"/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8771982" w14:textId="77777777" w:rsidR="00876275" w:rsidRPr="002C6F28" w:rsidRDefault="003D412A">
            <w:pPr>
              <w:rPr>
                <w:lang w:val="it-IT"/>
              </w:rPr>
            </w:pPr>
            <w:r w:rsidRPr="002C6F28">
              <w:rPr>
                <w:b/>
                <w:color w:val="FFFFFF"/>
                <w:lang w:val="it-IT"/>
              </w:rPr>
              <w:t>DICHIARAZIONE FINALE E FIRMA DEL RICHIEDENTE</w:t>
            </w:r>
          </w:p>
        </w:tc>
      </w:tr>
      <w:tr w:rsidR="00876275" w:rsidRPr="002C6F28" w14:paraId="107900B3" w14:textId="77777777">
        <w:trPr>
          <w:trHeight w:val="850"/>
          <w:jc w:val="center"/>
        </w:trPr>
        <w:tc>
          <w:tcPr>
            <w:tcW w:w="10546" w:type="dxa"/>
            <w:gridSpan w:val="2"/>
            <w:shd w:val="clear" w:color="auto" w:fill="F8FAFA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9C61DFC" w14:textId="77777777" w:rsidR="00876275" w:rsidRPr="002C6F28" w:rsidRDefault="003D412A">
            <w:pPr>
              <w:rPr>
                <w:lang w:val="it-IT"/>
              </w:rPr>
            </w:pPr>
            <w:r w:rsidRPr="002C6F28">
              <w:rPr>
                <w:color w:val="263238"/>
                <w:sz w:val="15"/>
                <w:lang w:val="it-IT"/>
              </w:rPr>
              <w:t>Il/La richiedente dichiara che i dati riportati nella presente scheda corrispondono allo stato di fatto dell’unità locale e autorizza, ove selezionato, la pubblicazione dei dati descrittivi ai fini dell’informazione sull’accessibilità dell’Hub.</w:t>
            </w:r>
          </w:p>
        </w:tc>
      </w:tr>
      <w:tr w:rsidR="00876275" w:rsidRPr="002C6F28" w14:paraId="1B2FBD8B" w14:textId="77777777">
        <w:trPr>
          <w:trHeight w:val="964"/>
          <w:jc w:val="center"/>
        </w:trPr>
        <w:tc>
          <w:tcPr>
            <w:tcW w:w="10546" w:type="dxa"/>
            <w:gridSpan w:val="2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D1C96B1" w14:textId="77777777" w:rsidR="00876275" w:rsidRPr="002C6F28" w:rsidRDefault="003D412A">
            <w:pPr>
              <w:rPr>
                <w:lang w:val="it-IT"/>
              </w:rPr>
            </w:pPr>
            <w:r w:rsidRPr="002C6F28">
              <w:rPr>
                <w:color w:val="263238"/>
                <w:sz w:val="15"/>
                <w:lang w:val="it-IT"/>
              </w:rPr>
              <w:t>Luogo ____________________________________     Data ____ / ____ / ______</w:t>
            </w:r>
          </w:p>
          <w:p w14:paraId="1CCDB89A" w14:textId="77777777" w:rsidR="00876275" w:rsidRPr="002C6F28" w:rsidRDefault="003D412A">
            <w:pPr>
              <w:spacing w:before="60"/>
              <w:rPr>
                <w:lang w:val="it-IT"/>
              </w:rPr>
            </w:pPr>
            <w:r w:rsidRPr="002C6F28">
              <w:rPr>
                <w:color w:val="263238"/>
                <w:sz w:val="15"/>
                <w:lang w:val="it-IT"/>
              </w:rPr>
              <w:t>Firma del richiedente ____________________________________________________________</w:t>
            </w:r>
          </w:p>
        </w:tc>
      </w:tr>
    </w:tbl>
    <w:p w14:paraId="11874FEC" w14:textId="77777777" w:rsidR="003D412A" w:rsidRPr="002C6F28" w:rsidRDefault="003D412A">
      <w:pPr>
        <w:rPr>
          <w:lang w:val="it-IT"/>
        </w:rPr>
      </w:pPr>
    </w:p>
    <w:sectPr w:rsidR="003D412A" w:rsidRPr="002C6F28" w:rsidSect="00034616">
      <w:footerReference w:type="default" r:id="rId8"/>
      <w:pgSz w:w="11906" w:h="16838"/>
      <w:pgMar w:top="510" w:right="680" w:bottom="510" w:left="680" w:header="17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DF211" w14:textId="77777777" w:rsidR="002E710A" w:rsidRDefault="002E710A">
      <w:pPr>
        <w:spacing w:line="240" w:lineRule="auto"/>
      </w:pPr>
      <w:r>
        <w:separator/>
      </w:r>
    </w:p>
  </w:endnote>
  <w:endnote w:type="continuationSeparator" w:id="0">
    <w:p w14:paraId="2BBA3D20" w14:textId="77777777" w:rsidR="002E710A" w:rsidRDefault="002E71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50AD1" w14:textId="6AC7CAA4" w:rsidR="00876275" w:rsidRPr="002C6F28" w:rsidRDefault="003D412A">
    <w:pPr>
      <w:pStyle w:val="Pidipagina"/>
      <w:jc w:val="center"/>
      <w:rPr>
        <w:lang w:val="it-IT"/>
      </w:rPr>
    </w:pPr>
    <w:r w:rsidRPr="002C6F28">
      <w:rPr>
        <w:color w:val="67757A"/>
        <w:sz w:val="12"/>
        <w:lang w:val="it-IT"/>
      </w:rPr>
      <w:t>Comune di Campagnola Emilia · HUB Urbano · Allegato 1</w:t>
    </w:r>
    <w:r w:rsidR="002C6F28">
      <w:rPr>
        <w:color w:val="67757A"/>
        <w:sz w:val="12"/>
        <w:lang w:val="it-IT"/>
      </w:rPr>
      <w:t>.1</w:t>
    </w:r>
    <w:r w:rsidRPr="002C6F28">
      <w:rPr>
        <w:color w:val="67757A"/>
        <w:sz w:val="12"/>
        <w:lang w:val="it-IT"/>
      </w:rPr>
      <w:t xml:space="preserve"> – Scheda informativa di accessibilità e fruibilità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3D1F2" w14:textId="77777777" w:rsidR="002E710A" w:rsidRDefault="002E710A">
      <w:pPr>
        <w:spacing w:line="240" w:lineRule="auto"/>
      </w:pPr>
      <w:r>
        <w:separator/>
      </w:r>
    </w:p>
  </w:footnote>
  <w:footnote w:type="continuationSeparator" w:id="0">
    <w:p w14:paraId="6143E470" w14:textId="77777777" w:rsidR="002E710A" w:rsidRDefault="002E710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7933014">
    <w:abstractNumId w:val="8"/>
  </w:num>
  <w:num w:numId="2" w16cid:durableId="880286001">
    <w:abstractNumId w:val="6"/>
  </w:num>
  <w:num w:numId="3" w16cid:durableId="1383020343">
    <w:abstractNumId w:val="5"/>
  </w:num>
  <w:num w:numId="4" w16cid:durableId="1197041476">
    <w:abstractNumId w:val="4"/>
  </w:num>
  <w:num w:numId="5" w16cid:durableId="117259179">
    <w:abstractNumId w:val="7"/>
  </w:num>
  <w:num w:numId="6" w16cid:durableId="1291399852">
    <w:abstractNumId w:val="3"/>
  </w:num>
  <w:num w:numId="7" w16cid:durableId="541138227">
    <w:abstractNumId w:val="2"/>
  </w:num>
  <w:num w:numId="8" w16cid:durableId="1589315885">
    <w:abstractNumId w:val="1"/>
  </w:num>
  <w:num w:numId="9" w16cid:durableId="436026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6F28"/>
    <w:rsid w:val="002E710A"/>
    <w:rsid w:val="00326F90"/>
    <w:rsid w:val="003D412A"/>
    <w:rsid w:val="00876275"/>
    <w:rsid w:val="00AA1D8D"/>
    <w:rsid w:val="00B15319"/>
    <w:rsid w:val="00B47730"/>
    <w:rsid w:val="00CB0664"/>
    <w:rsid w:val="00D069C1"/>
    <w:rsid w:val="00EA4CD6"/>
    <w:rsid w:val="00F313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71A8A6"/>
  <w14:defaultImageDpi w14:val="300"/>
  <w15:docId w15:val="{3D3F24BA-4FED-4B1F-BA50-030A93383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0"/>
    </w:pPr>
    <w:rPr>
      <w:rFonts w:ascii="Arial" w:eastAsia="Arial" w:hAnsi="Arial"/>
      <w:sz w:val="17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03A2ED-34D0-40D3-AC44-777A5F29A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Alessandro Santachiara</cp:lastModifiedBy>
  <cp:revision>3</cp:revision>
  <dcterms:created xsi:type="dcterms:W3CDTF">2026-10-22T10:15:00Z</dcterms:created>
  <dcterms:modified xsi:type="dcterms:W3CDTF">2026-10-22T19:44:00Z</dcterms:modified>
  <cp:category/>
</cp:coreProperties>
</file>